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6월 둘째 주 대표 기도문 모음 (2025년)</w:t>
      </w:r>
    </w:p>
    <w:p/>
    <w:p>
      <w:pPr>
        <w:spacing w:before="240" w:after="240"/>
        <w:ind w:firstLine="403"/>
        <w:jc w:val="both"/>
      </w:pPr>
      <w:r>
        <w:t xml:space="preserve"> 6월 둘째 주 대표 기도문 모음</w:t>
      </w:r>
    </w:p>
    <w:p>
      <w:pPr>
        <w:spacing w:before="240" w:after="240"/>
        <w:ind w:firstLine="403"/>
        <w:jc w:val="both"/>
      </w:pPr>
      <w:r>
        <w:t>6월 둘째 주 대표 기도문 모음을 통해 성도님들의 신앙 생활에 도움이 되고자 합니다. 초여름의 싱그러운 계절을 맞아 주님의 은혜를 더욱 깊이 체험하는 시간이 되길 바랍니다. 2025년 6월 둘째 주는 성령강림절 이후 교회력 상 성령의 인도하심을 더욱 깊이 체험하는 시기입니다. 이 기도문들을 통해 하나님과의 깊은 교제 가운데 충만한 은혜를 경험하시길 소망합니다.</w:t>
      </w:r>
    </w:p>
    <w:p>
      <w:pPr>
        <w:jc w:val="center"/>
      </w:pPr>
      <w:r>
        <w:t>---------------------------------------------------------------------</w:t>
      </w:r>
    </w:p>
    <w:p>
      <w:r>
        <w:rPr>
          <w:b/>
          <w:sz w:val="28"/>
          <w:u w:val="single"/>
        </w:rPr>
        <w:t>6월 둘째 주 대표 기도문 모음 (1) - 은혜와 감사</w:t>
      </w:r>
    </w:p>
    <w:p>
      <w:pPr>
        <w:spacing w:before="240" w:after="240"/>
        <w:ind w:firstLine="403"/>
        <w:jc w:val="both"/>
      </w:pPr>
      <w:r>
        <w:t>"여호와여 주의 인자하심이 하늘에 있고 주의 진실하심이 공중에 사무쳤으며" (시편 36:5)</w:t>
      </w:r>
    </w:p>
    <w:p>
      <w:pPr>
        <w:spacing w:before="240" w:after="240"/>
        <w:ind w:firstLine="403"/>
        <w:jc w:val="both"/>
      </w:pPr>
      <w:r>
        <w:t>하나님 아버지, 2025년 6월 둘째 주를 시작하며 주님의 은혜와 사랑에 감사드립니다. 초여름의 생명력 넘치는 자연 속에서 창조주 하나님의 손길을 느끼며, 새로운 한 주를 허락하신 은혜에 감사드립니다. 지금까지 인도하신 신실하신 주님을 찬양합니다.</w:t>
      </w:r>
    </w:p>
    <w:p>
      <w:pPr>
        <w:spacing w:before="240" w:after="240"/>
        <w:ind w:firstLine="403"/>
        <w:jc w:val="both"/>
      </w:pPr>
      <w:r>
        <w:t>지난 한 주 동안 저희를 지키시고 보호하신 하나님의 섭리에 감사드립니다. 어려움 가운데서도 함께하셨고, 기쁨의 순간에도 동행하셨습니다. 특별히 이 계절에 느낄 수 있는 생명의 활기와 풍성함을 통해 주님의 선하심을 경험하게 하시니 감사합니다. 최근 경제적 어려움과 사회적 갈등 속에서도 주님의 평안을 누리게 하심에 감사드립니다.</w:t>
      </w:r>
    </w:p>
    <w:p>
      <w:pPr>
        <w:spacing w:before="240" w:after="240"/>
        <w:ind w:firstLine="403"/>
        <w:jc w:val="both"/>
      </w:pPr>
      <w:r>
        <w:t>주님, 때로는 일상의 분주함에 쫓겨 주님의 은혜를 당연하게 여기고 감사하지 못했던 순간들을 회개합니다. 작은 것에도 감사하는 마음을 회복시켜 주시고, 모든 상황 속에서 주님의 뜻을 찾는 지혜를 주옵소서. 특별히 디지털 미디어와 인공지능의 발전으로 빠르게 변화하는 현대 사회 속에서도 주님의 변함없는 진리에 집중할 수 있게 하옵소서.</w:t>
      </w:r>
    </w:p>
    <w:p>
      <w:pPr>
        <w:spacing w:before="240" w:after="240"/>
        <w:ind w:firstLine="403"/>
        <w:jc w:val="both"/>
      </w:pPr>
      <w:r>
        <w:t>하나님, 이 6월 둘째 주에도 저희의 삶 가운데 주님의 은혜가 새롭게 부어지게 하시고, 감사의 고백이 넘치는 한 주가 되게 하옵소서. 모든 것이 주님으로부터 왔음을 기억하며, 받은 복을 나누는 축복의 통로가 되게 하옵소서. 예수 그리스도의 이름으로 기도드립니다. 아멘.</w:t>
      </w:r>
    </w:p>
    <w:p>
      <w:pPr>
        <w:jc w:val="center"/>
      </w:pPr>
      <w:r>
        <w:t>---------------------------------------------------------------------</w:t>
      </w:r>
    </w:p>
    <w:p>
      <w:r>
        <w:rPr>
          <w:b/>
          <w:sz w:val="28"/>
          <w:u w:val="single"/>
        </w:rPr>
        <w:t>6월 둘째 주 대표 기도문 모음 (2) - 가정과 자녀를 위한 기도</w:t>
      </w:r>
    </w:p>
    <w:p>
      <w:pPr>
        <w:spacing w:before="240" w:after="240"/>
        <w:ind w:firstLine="403"/>
        <w:jc w:val="both"/>
      </w:pPr>
      <w:r>
        <w:t>"내가 진실로 너희에게 이르노니 누구든지 하나님의 나라를 어린 아이와 같이 받아들이지 않는 자는 결단코 그 곳에 들어가지 못하리라 하시고" (마가복음 10:15)</w:t>
      </w:r>
    </w:p>
    <w:p>
      <w:pPr>
        <w:spacing w:before="240" w:after="240"/>
        <w:ind w:firstLine="403"/>
        <w:jc w:val="both"/>
      </w:pPr>
      <w:r>
        <w:t>사랑의 하나님, 6월 둘째 주를 맞아 저희 가정과 자녀들을 주님께 올려드립니다. 여름방학을 앞둔 이 시기에 자녀들의 마음과 생각을 지켜주시고, 가정 안에 주님의 평화가 충만하게 하옵소서.</w:t>
      </w:r>
    </w:p>
    <w:p>
      <w:pPr>
        <w:spacing w:before="240" w:after="240"/>
        <w:ind w:firstLine="403"/>
        <w:jc w:val="both"/>
      </w:pPr>
      <w:r>
        <w:t>하나님, 현대 사회의 도전 속에서 가정의 소중함이 더욱 강조되고 있습니다. 2025년 현재 디지털 기기 의존도 증가와 소통 부재로 인한 가정 해체 현상이 심각해지고 있습니다. 저희 가정이 이러한 시대적 흐름에 휩쓸리지 않고, 말씀과 기도로 단단히 세워지게 하옵소서. 특별히 가족 간 대화의 시간을 소중히 여기고, 서로에게 진심으로 귀 기울이는 가정이 되게 하옵소서.</w:t>
      </w:r>
    </w:p>
    <w:p>
      <w:pPr>
        <w:spacing w:before="240" w:after="240"/>
        <w:ind w:firstLine="403"/>
        <w:jc w:val="both"/>
      </w:pPr>
      <w:r>
        <w:t>자녀들을 위해 기도합니다. 최근 증가하는 청소년 우울증과 불안 문제, 학업 스트레스로부터 우리 자녀들을 보호하여 주시고, 건강한 정서와 영성을 갖춘 아이들로 자라나게 하옵소서. 디지털 미디어의 유해한 영향으로부터 지켜주시고, 바른 가치관을 형성할 수 있도록 도와주옵소서. 학교와 학원에서의 모든 활동 가운데 주님의 지혜로 인도하여 주옵소서.</w:t>
      </w:r>
    </w:p>
    <w:p>
      <w:pPr>
        <w:spacing w:before="240" w:after="240"/>
        <w:ind w:firstLine="403"/>
        <w:jc w:val="both"/>
      </w:pPr>
      <w:r>
        <w:t>부모된 저희에게 자녀를 양육할 지혜와 인내를 허락하옵소서. 자녀들에게 모범이 되는 삶을 살게 하시고, 가정 예배를 통해 신앙을 바르게 전수할 수 있게 하옵소서. 모든 가족 구성원이 서로를 존중하고 격려하며, 그리스도의 사랑으로 하나 되게 하옵소서. 예수님의 이름으로 기도드립니다. 아멘.</w:t>
      </w:r>
    </w:p>
    <w:p>
      <w:pPr>
        <w:jc w:val="center"/>
      </w:pPr>
      <w:r>
        <w:t>---------------------------------------------------------------------</w:t>
      </w:r>
    </w:p>
    <w:p>
      <w:r>
        <w:rPr>
          <w:b/>
          <w:sz w:val="28"/>
          <w:u w:val="single"/>
        </w:rPr>
        <w:t>6월 둘째 주 대표 기도문 모음 (3) - 교회와 나라를 위한 기도</w:t>
      </w:r>
    </w:p>
    <w:p>
      <w:pPr>
        <w:spacing w:before="240" w:after="240"/>
        <w:ind w:firstLine="403"/>
        <w:jc w:val="both"/>
      </w:pPr>
      <w:r>
        <w:t>"의인의 기도는 역사하는 힘이 큼이니라" (야고보서 5:16)</w:t>
      </w:r>
    </w:p>
    <w:p>
      <w:pPr>
        <w:spacing w:before="240" w:after="240"/>
        <w:ind w:firstLine="403"/>
        <w:jc w:val="both"/>
      </w:pPr>
      <w:r>
        <w:t>전능하신 하나님, 6월 둘째 주를 맞아 한국 교회와 대한민국을 위해 간절히 기도드립니다. 성령강림절 이후 교회가 더욱 성령의 능력으로 충만하여 세상의 빛과 소금의 역할을 감당할 수 있도록 인도하여 주옵소서.</w:t>
      </w:r>
    </w:p>
    <w:p>
      <w:pPr>
        <w:spacing w:before="240" w:after="240"/>
        <w:ind w:firstLine="403"/>
        <w:jc w:val="both"/>
      </w:pPr>
      <w:r>
        <w:t>한국 교회를 위해 기도합니다. 2025년 현재 교회 출석률 감소와 세대 간 신앙 단절이라는 위기 앞에서, 교회가 본질을 회복하고 새로운 시대에 맞는 선교적 사명을 감당할 수 있게 하옵소서. 특별히 온라인 예배와 디지털 선교의 균형을 잘 이루어, 공동체성을 회복하면서도 새로운 세대에게 효과적으로 복음을 전할 수 있는 지혜를 주옵소서. 최근 일부 교회의 신뢰 하락과 세속화 문제를 해결하기 위해, 투명하고 섬김의 리더십이 교회 안에 세워지게 하옵소서.</w:t>
      </w:r>
    </w:p>
    <w:p>
      <w:pPr>
        <w:spacing w:before="240" w:after="240"/>
        <w:ind w:firstLine="403"/>
        <w:jc w:val="both"/>
      </w:pPr>
      <w:r>
        <w:t>대한민국을 위해 기도합니다. 저출산 고령화, 청년 실업, 경제적 양극화, 사회적 갈등 등 국가적 과제들 앞에서 지도자들에게 지혜를 주시고, 국민 모두가 협력하여 해결책을 찾아갈 수 있게 하옵소서. 특별히 남북 관계의 평화적 진전과 통일을 위한 길을 열어주시고, 국제 정세 불안 속에서도 대한민국이 평화와 번영의 길을 걸을 수 있게 인도하여 주옵소서.</w:t>
      </w:r>
    </w:p>
    <w:p>
      <w:pPr>
        <w:spacing w:before="240" w:after="240"/>
        <w:ind w:firstLine="403"/>
        <w:jc w:val="both"/>
      </w:pPr>
      <w:r>
        <w:t>교회와 국가 지도자들에게 청렴과 정의, 섬김의 리더십을 허락하시고, 모든 그리스도인들이 직장과 가정, 사회 각 영역에서 그리스도의 향기를 전하는 삶을 살게 하옵소서. 이 모든 기도를 예수 그리스도의 이름으로 드립니다. 아멘.</w:t>
      </w:r>
    </w:p>
    <w:p>
      <w:pPr>
        <w:jc w:val="center"/>
      </w:pPr>
      <w:r>
        <w:t>---------------------------------------------------------------------</w:t>
      </w:r>
    </w:p>
    <w:p>
      <w:r>
        <w:rPr>
          <w:b/>
          <w:sz w:val="28"/>
          <w:u w:val="single"/>
        </w:rPr>
        <w:t>6월 둘째 주 대표 기도문 모음 (4) - 개인의 영적 성장</w:t>
      </w:r>
    </w:p>
    <w:p>
      <w:pPr>
        <w:spacing w:before="240" w:after="240"/>
        <w:ind w:firstLine="403"/>
        <w:jc w:val="both"/>
      </w:pPr>
      <w:r>
        <w:t>"내가 그리스도와 함께 십자가에 못 박혔나니 그런즉 이제는 내가 사는 것이 아니요 오직 내 안에 그리스도께서 사시는 것이라 이제 내가 육체 가운데 사는 것은 나를 사랑하사 나를 위하여 자기 자신을 버리신 하나님의 아들을 믿는 믿음 안에서 사는 것이라" (갈라디아서 2:20)</w:t>
      </w:r>
    </w:p>
    <w:p>
      <w:pPr>
        <w:spacing w:before="240" w:after="240"/>
        <w:ind w:firstLine="403"/>
        <w:jc w:val="both"/>
      </w:pPr>
      <w:r>
        <w:t>거룩하신 하나님, 6월 둘째 주를 맞이하여 제 영적 성장을 위해 기도드립니다. 일상의 분주함 속에서 주님과의 친밀한 교제를 놓치고 살았던 날들을 회개합니다. 이제 다시 주님께 집중하며 신앙의 깊이를 더해가기 원합니다.</w:t>
      </w:r>
    </w:p>
    <w:p>
      <w:pPr>
        <w:spacing w:before="240" w:after="240"/>
        <w:ind w:firstLine="403"/>
        <w:jc w:val="both"/>
      </w:pPr>
      <w:r>
        <w:t>하나님, 제 마음 중심에 계신 그리스도를 더욱 깊이 알아가게 하옵소서. 말씀 묵상과 기도 생활에 더욱 성실하게 하시고, 영적 훈련의 기쁨을 경험하게 하옵소서. 특별히 2025년 현재 우리 사회에 만연한 불안과 우울, 번아웃과 같은 정신적 어려움 속에서도, 주님 안에서 참된 평안과 안식을 누리게 하옵소서.</w:t>
      </w:r>
    </w:p>
    <w:p>
      <w:pPr>
        <w:spacing w:before="240" w:after="240"/>
        <w:ind w:firstLine="403"/>
        <w:jc w:val="both"/>
      </w:pPr>
      <w:r>
        <w:t>매일의 삶 속에서 성령의 인도하심을 민감하게 느끼고 따르게 하옵소서. 저의 생각과 감정, 결정이 성령의 음성에 순종하는 가운데 이루어지게 하시고, 그 과정에서 저를 더욱 그리스도의 형상으로 변화시켜 주옵소서. 디지털 기기 사용과 소셜 미디어 활동 가운데서도 지혜롭게 시간을 관리하고, 영적 성장을 위한 시간을 우선순위에 두게 하옵소서.</w:t>
      </w:r>
    </w:p>
    <w:p>
      <w:pPr>
        <w:spacing w:before="240" w:after="240"/>
        <w:ind w:firstLine="403"/>
        <w:jc w:val="both"/>
      </w:pPr>
      <w:r>
        <w:t>주님, 제가 세상의 유혹과 시험 앞에서 흔들리지 않고 굳건히 설 수 있도록 믿음을 견고히 하여 주옵소서. 교만과 이기심을 버리고 겸손과 섬김의 마음을 품게 하시며, 다른 이들의 필요에 민감하게 반응하는 그리스도의 제자가 되게 하옵소서. 이번 6월 둘째 주가 영적으로 한 단계 더 성장하는 축복의 시간이 되게 하옵소서. 예수님의 이름으로 기도드립니다. 아멘.</w:t>
      </w:r>
    </w:p>
    <w:p>
      <w:pPr>
        <w:jc w:val="center"/>
      </w:pPr>
      <w:r>
        <w:t>---------------------------------------------------------------------</w:t>
      </w:r>
    </w:p>
    <w:p>
      <w:r>
        <w:rPr>
          <w:b/>
          <w:sz w:val="28"/>
          <w:u w:val="single"/>
        </w:rPr>
        <w:t>6월 둘째 주 대표 기도문 모음 (5) - 세계 선교와 복음 전파</w:t>
      </w:r>
    </w:p>
    <w:p>
      <w:pPr>
        <w:spacing w:before="240" w:after="240"/>
        <w:ind w:firstLine="403"/>
        <w:jc w:val="both"/>
      </w:pPr>
      <w:r>
        <w:t>"그러므로 너희는 가서 모든 민족을 제자로 삼아 아버지와 아들과 성령의 이름으로 세례를 베풀고 내가 너희에게 분부한 모든 것을 가르쳐 지키게 하라 볼지어다 내가 세상 끝날까지 너희와 항상 함께 있으리라 하시니라" (마태복음 28:19-20)</w:t>
      </w:r>
    </w:p>
    <w:p>
      <w:pPr>
        <w:spacing w:before="240" w:after="240"/>
        <w:ind w:firstLine="403"/>
        <w:jc w:val="both"/>
      </w:pPr>
      <w:r>
        <w:t>선교의 하나님, 6월 둘째 주를 맞이하여 세계 선교와 복음 전파를 위해 기도드립니다. 주님의 지상 명령을 따라 땅끝까지 복음을 전하는 사명을 감당할 수 있도록 저희에게 열정과 담대함을 부어주옵소서.</w:t>
      </w:r>
    </w:p>
    <w:p>
      <w:pPr>
        <w:spacing w:before="240" w:after="240"/>
        <w:ind w:firstLine="403"/>
        <w:jc w:val="both"/>
      </w:pPr>
      <w:r>
        <w:t>현재 전 세계 곳곳에서 복음을 위해 헌신하고 있는 선교사들을 위해 기도합니다. 2025년 현재 중동과 아시아 지역에서 발생하고 있는 분쟁과 종교적 박해 속에서도 그들을 안전하게 보호하여 주시고, 필요한 자원과 지혜를 공급하여 주옵소서. 특별히 종교의 자유가 제한된 국가들에서 지혜롭게 복음을 전할 수 있는 창의적인 방법을 열어주시고, 그곳의 크리스천들에게 믿음의 인내와 용기를 주옵소서.</w:t>
      </w:r>
    </w:p>
    <w:p>
      <w:pPr>
        <w:spacing w:before="240" w:after="240"/>
        <w:ind w:firstLine="403"/>
        <w:jc w:val="both"/>
      </w:pPr>
      <w:r>
        <w:t>디지털 시대의 새로운 선교 전략을 개발하고 활용할 수 있게 하옵소서. 인공지능, 메타버스, 소셜 미디어 등 현대 기술을 통해 복음이 효과적으로 전파되게 하시고, 문화와 세대 간 장벽을 넘어 모든 이들에게 그리스도의 사랑이 전해지게 하옵소서. 코로나19 이후 확장된 온라인 선교의 가능성이 더욱 발전하게 하옵소서.</w:t>
      </w:r>
    </w:p>
    <w:p>
      <w:pPr>
        <w:spacing w:before="240" w:after="240"/>
        <w:ind w:firstLine="403"/>
        <w:jc w:val="both"/>
      </w:pPr>
      <w:r>
        <w:t>저희 모두가 삶의 자리에서 선교사로 살아가게 하옵소서. 직장과 학교, 이웃 관계 속에서 복음을 증거하는 삶을 살게 하시고, 선교적 비전을 품은 다음 세대가 일어나게 하옵소서. 특별히 한국 교회가 세계 선교의 중요한 역할을 감당할 수 있도록 영적, 물질적 자원을 풍성히 공급하여 주옵소서. 예수 그리스도의 이름으로 기도드립니다. 아멘.</w:t>
      </w:r>
    </w:p>
    <w:p>
      <w:pPr>
        <w:spacing w:before="240" w:after="240"/>
        <w:ind w:firstLine="403"/>
        <w:jc w:val="both"/>
      </w:pPr>
      <w:r>
        <w:t>결론: 6월 둘째 주를 맞이하는 우리의 자세</w:t>
      </w:r>
    </w:p>
    <w:p>
      <w:pPr>
        <w:spacing w:before="240" w:after="240"/>
        <w:ind w:firstLine="403"/>
        <w:jc w:val="both"/>
      </w:pPr>
      <w:r>
        <w:t>6월 둘째 주 대표 기도문 모음을 통해 여러분의 기도 생활이 더욱 풍성해지길 바랍니다. 초여름의 생동감처럼 우리의 영적 생활도 활기차게 성장하는 시간이 되길 소망합니다. 성령님의 인도하심을 따라 하루하루 믿음의 여정을 걸어가며, 주변의 이웃들에게 그리스도의 사랑을 전하는 복된 한 주가 되시길 기도합니다. 어떤 상황 속에서도 하나님의 신실하심을 기억하며, 감사와 찬양으로 충만한 6월 둘째 주를 보내시길 축복합니다.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6월 둘째 주 대표 기도문 모음 (2025년)</dc:title>
  <dc:subject>기도문 모음</dc:subject>
  <dc:creator>대표 기도문 나눔터</dc:creator>
  <cp:keywords>둘째, 대표, 기도문, 모음</cp:keywords>
  <dc:description>6월 둘째 주 대표 기도문 모음 (2025년) - 더 많은 기도문은 https://prayer-church.co.kr/ 에서 확인하세요
웹사이트: https://prayer-church.co.kr/
콘텐츠 유형: 기도문
SEO 설명: 6월 둘째 주 대표 기도문 모음 (2025년)...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