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jc w:val="center"/>
      </w:pPr>
      <w:r>
        <w:t>영어 예배 기도문 모음</w:t>
      </w:r>
    </w:p>
    <w:p/>
    <w:p>
      <w:pPr>
        <w:spacing w:before="240" w:after="240"/>
        <w:ind w:firstLine="403"/>
        <w:jc w:val="both"/>
      </w:pPr>
      <w:r>
        <w:t xml:space="preserve"> 영어 예배 기도문 모음</w:t>
      </w:r>
    </w:p>
    <w:p>
      <w:pPr>
        <w:jc w:val="center"/>
      </w:pPr>
      <w:r>
        <w:t>---------------------------------------------------------------------</w:t>
      </w:r>
    </w:p>
    <w:p>
      <w:pPr>
        <w:spacing w:before="240" w:after="240"/>
        <w:ind w:firstLine="403"/>
        <w:jc w:val="both"/>
      </w:pPr>
      <w:r>
        <w:t xml:space="preserve">영어 예배 기도문은 국제적인 교회 공동체나 영어권 성도들과 함께하는 예배에서 하나님께 드리는 소중한 기도입니다. 다문화 시대를 살아가는 오늘날, 영어로 드리는 기도는 언어의 경계를 넘어 세계 교회와 연합하는 아름다운 통로가 되어줍니다. 이 글을 통해 다양한 상황에서 사용할 수 있는 영어 예배 기도문들을 만나보시기 바랍니다. </w:t>
      </w:r>
    </w:p>
    <w:p>
      <w:r>
        <w:rPr>
          <w:b/>
          <w:sz w:val="28"/>
          <w:u w:val="single"/>
        </w:rPr>
        <w:t>영어 예배 기도문 1 - 예배 시작 기도</w:t>
      </w:r>
    </w:p>
    <w:p>
      <w:pPr>
        <w:spacing w:before="240" w:after="240"/>
        <w:ind w:firstLine="403"/>
        <w:jc w:val="both"/>
      </w:pPr>
      <w:r>
        <w:t>"Come, let us bow down in worship, let us kneel before the Lord our Maker." - Psalm 95:6</w:t>
      </w:r>
    </w:p>
    <w:p>
      <w:pPr>
        <w:jc w:val="center"/>
      </w:pPr>
      <w:r>
        <w:t>---------------------------------------------------------------------</w:t>
      </w:r>
    </w:p>
    <w:p>
      <w:pPr>
        <w:spacing w:before="240" w:after="240"/>
        <w:ind w:firstLine="403"/>
        <w:jc w:val="both"/>
      </w:pPr>
      <w:r>
        <w:t xml:space="preserve">오늘 우리가 하나님 앞에 나아가 예배를 시작하는 이 순간, 마음을 겸손히 낮추고 주님의 임재를 간구하는 기도입니다. 예배의 시작은 우리 마음을 주님께 향하게 하는 중요한 시간이며, 영어로 드리는 기도를 통해 더욱 넓은 공동체와 연합할 수 있습니다. Heavenly Father, we gather together in Your holy name on this blessed day. As we come before Your throne of grace, we humble our hearts and prepare our spirits to worship You. Lord, You are worthy of all praise and honor, for You are the Creator of heaven and earth, the Alpha and Omega, the beginning and the end. We thank You for bringing us safely to this place of worship. Despite our busy lives and various challenges, You have called us out of the world to fellowship with You and with one another. We acknowledge that without Your grace and mercy, we could not stand in Your presence. Cleanse our hearts from all unrighteousness and remove any distractions that might hinder our worship. Father, we pray that Your Holy Spirit would fill this sanctuary and every heart present here today. Let Your presence be known among us as we lift our voices in praise and thanksgiving. May our worship be pleasing and acceptable to You, not just with our lips but with sincere hearts that truly seek Your face. Help us to worship You in spirit and in truth, as You have commanded us. As we open Your Word today, illuminate our minds with Your divine wisdom. Speak to us through Your servant who will deliver the message, and let every word that comes forth be according to Your will. Transform our hearts, renew our minds, and strengthen our faith through this time of worship and fellowship. Lord, we commit this entire service into Your hands. May Your name be glorified, Your kingdom advanced, and Your people blessed. We pray that everyone who enters this place may encounter Your love and grace in a powerful way. In Jesus' precious name, we pray. Amen. </w:t>
      </w:r>
    </w:p>
    <w:p>
      <w:r>
        <w:rPr>
          <w:b/>
          <w:sz w:val="28"/>
          <w:u w:val="single"/>
        </w:rPr>
        <w:t>영어 예배 기도문 2 - 성찬식 기도</w:t>
      </w:r>
    </w:p>
    <w:p>
      <w:pPr>
        <w:spacing w:before="240" w:after="240"/>
        <w:ind w:firstLine="403"/>
        <w:jc w:val="both"/>
      </w:pPr>
      <w:r>
        <w:t>"And he took bread, gave thanks and broke it, and gave it to them, saying, 'This is my body given for you; do this in remembrance of me.'" - Luke 22:19</w:t>
      </w:r>
    </w:p>
    <w:p>
      <w:pPr>
        <w:jc w:val="center"/>
      </w:pPr>
      <w:r>
        <w:t>---------------------------------------------------------------------</w:t>
      </w:r>
    </w:p>
    <w:p>
      <w:pPr>
        <w:spacing w:before="240" w:after="240"/>
        <w:ind w:firstLine="403"/>
        <w:jc w:val="both"/>
      </w:pPr>
      <w:r>
        <w:t xml:space="preserve">성찬식은 예수님의 십자가 사랑을 기억하고 그분의 몸과 피를 나누는 거룩한 시간입니다. 이 기도는 성찬의 의미를 되새기며 우리의 마음을 주님께 집중하도록 도와줍니다. 영어로 드리는 성찬 기도를 통해 전 세계 교회와 하나 됨을 경험할 수 있습니다. Most gracious God, we come before You with hearts full of gratitude as we prepare to partake in this holy communion. We remember with deep reverence the sacrifice that Your Son, Jesus Christ, made for us on the cross of Calvary. This bread and cup represent the greatest love story ever told – the story of Your unconditional love for humanity. Father, as we look upon this bread, we remember how Jesus said, "This is my body, broken for you." We are overwhelmed by the reality that the sinless Son of God willingly gave His body to be broken so that we might be made whole. Every stripe He bore, every wound He suffered, every drop of blood He shed was for our redemption and healing. We thank You that through His broken body, we can find forgiveness, restoration, and eternal life. As we prepare to drink from this cup, we remember Jesus' words, "This is my blood of the new covenant, poured out for many for the forgiveness of sins." Lord, we acknowledge that it is only through the precious blood of Jesus that we can approach Your throne of grace. His blood has washed away our sins, made us righteous in Your sight, and given us access to Your presence. We are no longer strangers and foreigners, but fellow citizens with the saints and members of the household of God. We pray that as we partake in these elements, You would search our hearts and reveal any area where we need Your cleansing and forgiveness. Help us to examine ourselves honestly and to approach this table with clean hands and pure hearts. May this communion not be just a ritual, but a genuine encounter with Your love and grace that transforms our lives. Bless this bread and cup, and bless each person who partakes. May this time of remembrance strengthen our faith, deepen our love for You and for one another, and inspire us to live lives worthy of the calling we have received. We pray this in the mighty name of Jesus Christ, our Lord and Savior. Amen. </w:t>
      </w:r>
    </w:p>
    <w:p>
      <w:r>
        <w:rPr>
          <w:b/>
          <w:sz w:val="28"/>
          <w:u w:val="single"/>
        </w:rPr>
        <w:t>영어 예배 기도문 3 - 헌금 봉헌 기도</w:t>
      </w:r>
    </w:p>
    <w:p>
      <w:pPr>
        <w:spacing w:before="240" w:after="240"/>
        <w:ind w:firstLine="403"/>
        <w:jc w:val="both"/>
      </w:pPr>
      <w:r>
        <w:t>"Each of you should give what you have decided in your heart to give, not reluctantly or under compulsion, for God loves a cheerful giver." - 2 Corinthians 9:7</w:t>
      </w:r>
    </w:p>
    <w:p>
      <w:pPr>
        <w:jc w:val="center"/>
      </w:pPr>
      <w:r>
        <w:t>---------------------------------------------------------------------</w:t>
      </w:r>
    </w:p>
    <w:p>
      <w:pPr>
        <w:spacing w:before="240" w:after="240"/>
        <w:ind w:firstLine="403"/>
        <w:jc w:val="both"/>
      </w:pPr>
      <w:r>
        <w:t xml:space="preserve">하나님께 드리는 헌금은 단순한 의무가 아니라 감사와 사랑의 표현입니다. 이 기도는 우리가 드리는 물질적 예물이 하나님 나라 확장을 위해 사용되기를 간구하며, 진정한 봉헌의 마음가짐을 다지는 시간입니다. Loving Father, we come before You now with grateful hearts as we prepare to bring our tithes and offerings to You. We acknowledge that everything we have comes from Your generous hand. You are the source of all blessings, the provider of all our needs, and the giver of every good and perfect gift that we enjoy in our lives. Lord, we recognize that these material gifts we bring today are just a small reflection of what You have already given us. You gave us life, breath, family, health, opportunities, and most importantly, You gave us Your Son Jesus Christ for our salvation. In response to Your amazing grace and love, we joyfully return a portion of what You have entrusted to us, not because You need our money, but because You desire our hearts. We pray that You would bless these offerings and use them for the advancement of Your kingdom here on earth. May they be used to spread the Gospel to those who have not yet heard the good news, to feed the hungry, to comfort the broken-hearted, to support missionaries around the world, and to maintain this house of worship where people can encounter Your presence and grow in their faith. Father, we also pray that You would bless the givers. You have promised that those who give generously will be blessed abundantly. We don't give to receive, but we trust in Your faithfulness to provide for all our needs according to Your riches in glory. Help us to be good stewards of all that You have given us, and teach us to hold loosely to material things while holding tightly to eternal values. May our giving today be an act of worship that brings glory to Your name and demonstrates our trust in Your provision. Help us to be cheerful givers who understand the joy and privilege of participating in Your work here on earth. We offer these gifts in the precious name of Jesus Christ, our Lord. Amen. </w:t>
      </w:r>
    </w:p>
    <w:p>
      <w:r>
        <w:rPr>
          <w:b/>
          <w:sz w:val="28"/>
          <w:u w:val="single"/>
        </w:rPr>
        <w:t>영어 예배 기도문 4 - 말씀 선포 전 기도</w:t>
      </w:r>
    </w:p>
    <w:p>
      <w:pPr>
        <w:spacing w:before="240" w:after="240"/>
        <w:ind w:firstLine="403"/>
        <w:jc w:val="both"/>
      </w:pPr>
      <w:r>
        <w:t>"Your word is a lamp for my feet, a light on my path." - Psalm 119:105</w:t>
      </w:r>
    </w:p>
    <w:p>
      <w:pPr>
        <w:jc w:val="center"/>
      </w:pPr>
      <w:r>
        <w:t>---------------------------------------------------------------------</w:t>
      </w:r>
    </w:p>
    <w:p>
      <w:pPr>
        <w:spacing w:before="240" w:after="240"/>
        <w:ind w:firstLine="403"/>
        <w:jc w:val="both"/>
      </w:pPr>
      <w:r>
        <w:t xml:space="preserve">하나님의 말씀이 선포되기 전에 드리는 기도는 우리의 마음을 준비시키고 성령님께서 말씀을 통해 역사하시기를 간구하는 중요한 시간입니다. 이 기도를 통해 듣는 이들의 마음이 열리고 말씀이 살아 역사하기를 기대합니다. Almighty God, we thank You for the precious gift of Your Word. Your Word is living and active, sharper than any two-edged sword, and it has the power to transform hearts and change lives. As we prepare to hear Your Word proclaimed today, we humbly ask that You would open our hearts and minds to receive what You want to say to us. Father, we pray for Your servant who will bring us the message today. Grant them wisdom, clarity, and boldness as they open Your Word. May they speak not their own words, but Your words. Let the Holy Spirit guide their preparation and delivery, so that every word spoken will be according to Your will and purpose. Give them the anointing to communicate Your truth in a way that touches hearts and transforms lives. Lord, we also pray for every person who will hear the Word today. Remove any distractions, worries, or preoccupations that might prevent us from fully engaging with Your truth. Soften hard hearts, open closed minds, and prepare fertile ground in our souls where Your Word can take root and bear fruit. Help us not to be merely hearers of the Word, but doers also. We pray that Your Word would accomplish the purpose for which You send it forth. Let it bring conviction where there is sin, comfort where there is sorrow, hope where there is despair, and direction where there is confusion. May Your truth set free those who are bound, heal those who are broken, and strengthen those who are weak. Holy Spirit, we invite You to be our teacher today. Illuminate the Scriptures for us and help us to understand not just the words on the page, but the deeper spiritual truths that You want to reveal to us. May this time in Your Word draw us closer to You and equip us for the work You have prepared for us to do. We pray this in Jesus' mighty name. Amen. </w:t>
      </w:r>
    </w:p>
    <w:p>
      <w:r>
        <w:rPr>
          <w:b/>
          <w:sz w:val="28"/>
          <w:u w:val="single"/>
        </w:rPr>
        <w:t>영어 예배 기도문 5 - 마침 축복 기도</w:t>
      </w:r>
    </w:p>
    <w:p>
      <w:pPr>
        <w:spacing w:before="240" w:after="240"/>
        <w:ind w:firstLine="403"/>
        <w:jc w:val="both"/>
      </w:pPr>
      <w:r>
        <w:t>"The Lord bless you and keep you; the Lord make his face shine on you and be gracious to you." - Numbers 6:24-25</w:t>
      </w:r>
    </w:p>
    <w:p>
      <w:pPr>
        <w:spacing w:before="240" w:after="240"/>
        <w:ind w:firstLine="403"/>
        <w:jc w:val="both"/>
      </w:pPr>
      <w:r>
        <w:t>예배를 마치며 드리는 축복 기도는 성도들이 세상으로 나아가는 발걸음에 하나님의 축복과 보호하심이 함께하기를 간구하는 소중한 시간입니다. 이 기도를 통해 예배의 은혜가 일상 삶에서도 계속 이어지기를 소망합니다. Gracious Heavenly Father, as we conclude this time of worship and fellowship, we lift our hearts in gratitude for all that You have done for us today. You have met with us in this place, spoken to us through Your Word, and blessed us with Your presence. We thank You for every moment of this precious time together in Your house. As we prepare to leave this sanctuary and return to our daily lives, we pray for Your continued blessing and protection upon each person present here today. Lord, You know the challenges, struggles, and opportunities that await us in the week ahead. We ask that You would go before us and prepare the way, walking beside us as our constant companion and following behind us as our rear guard. Father, may the joy we have experienced in worship today remain in our hearts throughout the week. When we face difficulties or discouragement, remind us of Your faithfulness and love. When we encounter opportunities to serve or share Your love with others, give us courage and wisdom to be faithful witnesses of Your grace. Help us to carry the light of Christ into every situation we encounter. We pray for Your blessing upon our families, our work, our relationships, and our communities. May we be salt and light in this world, reflecting Your character in all that we say and do. Strengthen our faith, increase our love, and fill us with hope as we trust in Your perfect plan for our lives. Lord, we also commit to Your care those who are not with us today – the sick, the lonely, the struggling, and the searching. Extend Your healing touch, Your comforting presence, and Your saving grace to all who need You. Use us as instruments of Your peace and love in reaching others with the Gospel. Until we meet again in this place of worship, keep us safely in Your care. May Your face shine upon us, may Your peace guard our hearts and minds, and may Your love surround us always. We go forth in the power of Your Spirit and in the authority of Your name. 이제 우리가 예배를 마치고 각자의 삶의 현장으로 돌아가는 이 순간, 주님께서 우리와 함께 동행해 주시기를 간구합니다. 오늘 받은 은혜와 감동이 우리의 일상을 변화시키는 힘이 되고, 세상을 향한 하나님의 사랑을 전하는 통로가 되게 하여 주옵소서. 더 많은 영어 예배 기도문과 예배 자료를 찾고 계신다면 [영어 예배 기도문 모음](https://www.kumnan.org/board_mPeU84)을 참고하시기 바랍니다. In Jesus' precious and powerful name, we pray. Amen.</w:t>
      </w:r>
    </w:p>
    <w:p/>
    <w:p>
      <w:pPr>
        <w:spacing w:line="400" w:lineRule="exact"/>
        <w:jc w:val="center"/>
      </w:pPr>
      <w:r>
        <w:rPr>
          <w:b/>
          <w:sz w:val="28"/>
        </w:rPr>
        <w:t>더 많은 기도문 보러가기:</w:t>
      </w:r>
      <w:r>
        <w:br/>
      </w:r>
      <w:r>
        <w:rPr>
          <w:b/>
          <w:sz w:val="28"/>
        </w:rPr>
        <w:t xml:space="preserve">[대표 기도문 나눔터] </w:t>
      </w:r>
      <w:r>
        <w:rPr>
          <w:b/>
          <w:sz w:val="28"/>
        </w:rPr>
      </w:r>
      <w:hyperlink r:id="rId9">
        <w:r>
          <w:rPr>
            <w:b/>
            <w:sz w:val="28"/>
            <w:color w:val="0000FF"/>
            <w:u w:val="single"/>
          </w:rPr>
          <w:t>https://prayer-church.co.kr/</w:t>
        </w:r>
      </w:hyperlink>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prayer-church.co.k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영어 예배 기도문 모음</dc:title>
  <dc:subject>기도문 모음</dc:subject>
  <dc:creator>대표 기도문 나눔터</dc:creator>
  <cp:keywords>영어, 예배, 기도문, 모음</cp:keywords>
  <dc:description>영어 예배 기도문 모음 - 더 많은 기도문은 https://prayer-church.co.kr/ 에서 확인하세요
웹사이트: https://prayer-church.co.kr/
콘텐츠 유형: 기도문
SEO 설명: 영어 예배 기도문 모음... - 대표 기도문 나눔터에서 제공하는 기도문 모음</dc:description>
  <cp:lastModifiedBy/>
  <cp:revision>1</cp:revision>
  <dcterms:created xsi:type="dcterms:W3CDTF">2013-12-23T23:15:00Z</dcterms:created>
  <dcterms:modified xsi:type="dcterms:W3CDTF">2013-12-23T23:15:00Z</dcterms:modified>
  <cp:category>종교/신앙</cp:category>
  <cp:contentStatus>최종</cp:contentStatus>
</cp:coreProperties>
</file>