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주일 예배 영어 기도문</w:t>
      </w:r>
    </w:p>
    <w:p/>
    <w:p>
      <w:pPr>
        <w:spacing w:before="240" w:after="240"/>
        <w:ind w:firstLine="403"/>
        <w:jc w:val="both"/>
      </w:pPr>
      <w:r>
        <w:t xml:space="preserve"> 주일 예배 영어 기도문</w:t>
      </w:r>
    </w:p>
    <w:p>
      <w:pPr>
        <w:jc w:val="center"/>
      </w:pPr>
      <w:r>
        <w:t>---------------------------------------------------------------------</w:t>
      </w:r>
    </w:p>
    <w:p>
      <w:pPr>
        <w:spacing w:before="240" w:after="240"/>
        <w:ind w:firstLine="403"/>
        <w:jc w:val="both"/>
      </w:pPr>
      <w:r>
        <w:t xml:space="preserve">주일 예배 영어 기도문으로 하나님과 깊이 소통하며 영적 성장을 경험해보세요. 글로벌 시대에 맞춰 영어로 드리는 기도는 우리의 신앙을 더욱 풍성하게 만들어줍니다. 오늘 함께 나누는 영어 기도문들을 통해 하나님 앞에 진실한 마음으로 나아가는 시간이 되길 바랍니다. </w:t>
      </w:r>
    </w:p>
    <w:p>
      <w:r>
        <w:rPr>
          <w:b/>
          <w:sz w:val="28"/>
          <w:u w:val="single"/>
        </w:rPr>
        <w:t>주일 예배 영어 기도문 1 - 감사와 찬양의 기도</w:t>
      </w:r>
    </w:p>
    <w:p>
      <w:pPr>
        <w:spacing w:before="240" w:after="240"/>
        <w:ind w:firstLine="403"/>
        <w:jc w:val="both"/>
      </w:pPr>
      <w:r>
        <w:t>"Give thanks to the Lord, for he is good; his love endures forever." - Psalm 107:1</w:t>
      </w:r>
    </w:p>
    <w:p>
      <w:pPr>
        <w:jc w:val="center"/>
      </w:pPr>
      <w:r>
        <w:t>---------------------------------------------------------------------</w:t>
      </w:r>
    </w:p>
    <w:p>
      <w:pPr>
        <w:spacing w:before="240" w:after="240"/>
        <w:ind w:firstLine="403"/>
        <w:jc w:val="both"/>
      </w:pPr>
      <w:r>
        <w:t xml:space="preserve">한 주간 우리를 지켜주신 하나님께 감사를 드리며 시작하는 기도입니다. 주일이 주는 특별한 은혜 속에서 우리 마음을 활짝 열고 하나님의 선하심을 찬양해보세요. Heavenly Father, we gather before You on this blessed Sunday morning with hearts full of gratitude and praise. We thank You for Your faithfulness throughout this past week, for Your protection over our families, and for the countless blessings You have showered upon us. Lord, we acknowledge that every good and perfect gift comes from above. We praise You for Your unfailing love that never ceases, for Your mercy that is new every morning, and for Your grace that sustains us through each day. As we come together in worship today, help us to set aside the worries and distractions of this world. We lift up our voices in thanksgiving for this sacred time of fellowship and worship. May our hearts be united as one body in Christ, and may our worship be pleasing in Your sight. Fill us with Your Holy Spirit, that we may worship You in spirit and in truth. Father, as we prepare to receive Your Word today, open our hearts and minds to understand and apply Your teachings to our lives. May this time of worship strengthen our faith and draw us closer to You. We pray that Your presence would be felt powerfully among us, transforming our hearts and renewing our spirits. We offer this prayer in the precious name of Jesus Christ, our Lord and Savior. Amen. </w:t>
      </w:r>
    </w:p>
    <w:p>
      <w:r>
        <w:rPr>
          <w:b/>
          <w:sz w:val="28"/>
          <w:u w:val="single"/>
        </w:rPr>
        <w:t>주일 예배 영어 기도문 2 - 죄 사함과 정결함의 기도</w:t>
      </w:r>
    </w:p>
    <w:p>
      <w:pPr>
        <w:spacing w:before="240" w:after="240"/>
        <w:ind w:firstLine="403"/>
        <w:jc w:val="both"/>
      </w:pPr>
      <w:r>
        <w:t>"If we confess our sins, he is faithful and just and will forgive us our sins and purify us from all unrighteousness." - 1 John 1:9</w:t>
      </w:r>
    </w:p>
    <w:p>
      <w:pPr>
        <w:jc w:val="center"/>
      </w:pPr>
      <w:r>
        <w:t>---------------------------------------------------------------------</w:t>
      </w:r>
    </w:p>
    <w:p>
      <w:pPr>
        <w:spacing w:before="240" w:after="240"/>
        <w:ind w:firstLine="403"/>
        <w:jc w:val="both"/>
      </w:pPr>
      <w:r>
        <w:t xml:space="preserve">하나님 앞에서 우리의 연약함을 인정하고 용서를 구하는 회개의 기도입니다. 겸손한 마음으로 하나님의 은혜를 구하며 새로운 마음으로 예배를 준비해보세요. Merciful God, we come before Your holy presence acknowledging our sins and shortcomings. We confess that we have fallen short of Your glory and have not lived according to Your perfect will. We have sinned in thought, word, and deed, both by what we have done and by what we have left undone. Lord, we ask for Your forgiveness for the times we have been selfish, prideful, and unloving toward others. Forgive us for the moments when we have failed to show compassion to those in need, when we have harbored unforgiveness in our hearts, and when we have not been faithful stewards of the gifts You have given us. We thank You for the precious blood of Jesus Christ that cleanses us from all sin. Through His sacrifice on the cross, we find redemption and new life. Wash us clean, O Lord, and create in us pure hearts that desire to please You in all things. Help us to turn away from our old ways and to walk in newness of life. Grant us the strength to resist temptation and to live lives that honor and glorify Your name. May we be living testimonies of Your transforming power and grace. In Jesus' name, we pray for Your mercy and forgiveness. Amen. </w:t>
      </w:r>
    </w:p>
    <w:p>
      <w:r>
        <w:rPr>
          <w:b/>
          <w:sz w:val="28"/>
          <w:u w:val="single"/>
        </w:rPr>
        <w:t>주일 예배 영어 기도문 3 - 하나님의 말씀을 위한 기도</w:t>
      </w:r>
    </w:p>
    <w:p>
      <w:pPr>
        <w:spacing w:before="240" w:after="240"/>
        <w:ind w:firstLine="403"/>
        <w:jc w:val="both"/>
      </w:pPr>
      <w:r>
        <w:t>"Your word is a lamp for my feet, a light on my path." - Psalm 119:105</w:t>
      </w:r>
    </w:p>
    <w:p>
      <w:pPr>
        <w:jc w:val="center"/>
      </w:pPr>
      <w:r>
        <w:t>---------------------------------------------------------------------</w:t>
      </w:r>
    </w:p>
    <w:p>
      <w:pPr>
        <w:spacing w:before="240" w:after="240"/>
        <w:ind w:firstLine="403"/>
        <w:jc w:val="both"/>
      </w:pPr>
      <w:r>
        <w:t xml:space="preserve">하나님의 말씀이 우리 마음에 생명의 씨앗으로 심어지기를 간구하는 기도입니다. 성경 말씀을 통해 주시는 하나님의 음성에 귀 기울이며 순종하는 마음을 준비해보세요. Gracious Father, we thank You for the gift of Your holy Word, which is living and active, sharper than any two-edged sword. As we prepare to hear Your message today, we humbly ask that You would open our hearts and minds to receive what You want to speak to us. Lord, we pray for our pastor and all those who will share Your Word today. Grant them wisdom, clarity, and boldness as they proclaim Your truth. May they be faithful servants of Your Word, speaking not their own words but the words that You have given them. Anoint them with Your Holy Spirit and use them as vessels of Your grace. We ask that Your Word would not return empty but would accomplish the purpose for which You have sent it. May it penetrate the depths of our hearts, convict us where we need correction, comfort us in our sorrows, and guide us in the paths of righteousness. Help us to be not merely hearers of the Word but doers also. Give us the courage and strength to apply what we learn to our daily lives. May Your truth transform us from the inside out, making us more like Jesus Christ each day. We pray that every person in this congregation would encounter You personally through Your Word today. May seeds of faith be planted, may hearts be healed, and may lives be changed for Your glory. In the mighty name of Jesus, we pray. Amen. </w:t>
      </w:r>
    </w:p>
    <w:p>
      <w:r>
        <w:rPr>
          <w:b/>
          <w:sz w:val="28"/>
          <w:u w:val="single"/>
        </w:rPr>
        <w:t>주일 예배 영어 기도문 4 - 교회 공동체를 위한 기도</w:t>
      </w:r>
    </w:p>
    <w:p>
      <w:pPr>
        <w:spacing w:before="240" w:after="240"/>
        <w:ind w:firstLine="403"/>
        <w:jc w:val="both"/>
      </w:pPr>
      <w:r>
        <w:t>"And let us consider how we may spur one another on toward love and good deeds, not giving up meeting together." - Hebrews 10:24-25</w:t>
      </w:r>
    </w:p>
    <w:p>
      <w:pPr>
        <w:jc w:val="center"/>
      </w:pPr>
      <w:r>
        <w:t>---------------------------------------------------------------------</w:t>
      </w:r>
    </w:p>
    <w:p>
      <w:pPr>
        <w:spacing w:before="240" w:after="240"/>
        <w:ind w:firstLine="403"/>
        <w:jc w:val="both"/>
      </w:pPr>
      <w:r>
        <w:t xml:space="preserve">하나님의 가족인 교회 공동체가 하나 되어 서로 사랑하며 성장해 나가기를 위한 기도입니다. 함께 모인 성도들이 그리스도 안에서 하나 되는 아름다운 교제를 경험해보세요. Loving Father, we thank You for the precious gift of Christian fellowship and for bringing us together as Your church family. We are grateful for each person who has gathered here today, knowing that You have called us together for a divine purpose. Lord, we pray for unity among Your people. Help us to love one another as Christ loved us, to bear one another's burdens, and to encourage each other in our faith journey. May we be quick to forgive, slow to anger, and always ready to extend grace to our brothers and sisters in Christ. We lift up the needs of our church community before You. We pray for those who are struggling with illness, financial difficulties, family problems, or spiritual battles. Comfort those who are grieving, heal those who are sick, and provide for those who are in need. Use us as instruments of Your love and compassion to minister to one another. Father, we pray for the leadership of our church - our pastors, elders, deacons, and all who serve in various ministries. Grant them wisdom in their decision-making, strength for their service, and protection over their families. Help us to support and encourage them as they faithfully serve You and Your people. May our church be a beacon of hope in our community, a place where the lost can find salvation, the hurting can find healing, and the lonely can find belonging. Help us to be Your hands and feet in this world, sharing the good news of Jesus Christ with everyone we meet. We commit our church family into Your loving hands, trusting that You will continue to build and strengthen us for Your glory. In Jesus' precious name, we pray. Amen. </w:t>
      </w:r>
    </w:p>
    <w:p>
      <w:r>
        <w:rPr>
          <w:b/>
          <w:sz w:val="28"/>
          <w:u w:val="single"/>
        </w:rPr>
        <w:t>주일 예배 영어 기도문 5 - 세상과 열방을 위한 기도</w:t>
      </w:r>
    </w:p>
    <w:p>
      <w:pPr>
        <w:spacing w:before="240" w:after="240"/>
        <w:ind w:firstLine="403"/>
        <w:jc w:val="both"/>
      </w:pPr>
      <w:r>
        <w:t>"For God so loved the world that he gave his one and only Son, that whoever believes in him shall not perish but have eternal life." - John 3:16</w:t>
      </w:r>
    </w:p>
    <w:p>
      <w:pPr>
        <w:spacing w:before="240" w:after="240"/>
        <w:ind w:firstLine="403"/>
        <w:jc w:val="both"/>
      </w:pPr>
      <w:r>
        <w:t>하나님의 사랑이 온 세상에 전해지기를 바라는 마음으로 드리는 선교적 기도입니다. 모든 민족과 나라가 복음의 빛으로 밝아지기를 간구하며 우리의 사명을 다짐해보세요. Almighty God, Creator of heaven and earth, we lift up the nations of the world before Your throne of grace. We pray for Your kingdom to come and Your will to be done on earth as it is in heaven. May Your love and salvation reach every corner of the earth, touching every heart and transforming every life. Lord, we pray for world peace and justice. We ask for Your intervention in areas of conflict and war, that leaders would choose the path of peace rather than violence. Comfort those who are suffering from oppression, persecution, and injustice. Raise up advocates for the voiceless and protectors for the vulnerable. We pray for the spread of the Gospel to all nations and peoples. Strengthen missionaries around the world who are faithfully serving You in difficult and dangerous places. Protect them, provide for their needs, and grant them fruitful ministry. Open doors that seem impossible to open, and soften hearts that seem hardened to the Gospel. Father, we intercede for our nation and its leaders. Grant wisdom to those in positions of authority, that they may govern with righteousness and integrity. Help us as citizens to be salt and light in our society, standing for truth and justice while showing Christ's love to all people. We pray for revival in our churches and spiritual awakening in our communities. Pour out Your Spirit upon us, that we may be bold witnesses of Your love and grace. Use us to reach our families, friends, neighbors, and colleagues with the life-changing message of Jesus Christ. May Your name be glorified among all peoples, and may Your kingdom advance throughout the earth until every knee bows and every tongue confesses that Jesus Christ is Lord. In the powerful name of Jesus, we pray. Amen. 이러한 주일 예배 영어 기도문들을 통해 하나님과의 깊은 교제를 경험하시고, 영어로 드리는 기도의 은혜를 누리시기 바랍니다. 더 많은 영어 예배와 기도 자료를 원하신다면 [한국어 교회 주일 예배 페이지](http://klmc.church/klmc/worship/sunday-worship.do)를 참고해보세요.</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주일 예배 영어 기도문</dc:title>
  <dc:subject>기도문 모음</dc:subject>
  <dc:creator>대표 기도문 나눔터</dc:creator>
  <cp:keywords>주일, 예배, 영어, 기도문</cp:keywords>
  <dc:description>주일 예배 영어 기도문 - 더 많은 기도문은 https://prayer-church.co.kr/ 에서 확인하세요
웹사이트: https://prayer-church.co.kr/
콘텐츠 유형: 기도문
SEO 설명: 주일 예배 영어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