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짧은 대표기도문 모음 11월</w:t>
      </w:r>
    </w:p>
    <w:p/>
    <w:p>
      <w:pPr>
        <w:spacing w:before="240" w:after="240"/>
        <w:ind w:firstLine="403"/>
        <w:jc w:val="both"/>
      </w:pPr>
      <w:r>
        <w:t xml:space="preserve"> 짧은 대표기도문 모음 11월 - 감사와 은혜가 넘치는 기도</w:t>
      </w:r>
    </w:p>
    <w:p>
      <w:pPr>
        <w:jc w:val="center"/>
      </w:pPr>
      <w:r>
        <w:t>---------------------------------------------------------------------</w:t>
      </w:r>
    </w:p>
    <w:p>
      <w:pPr>
        <w:spacing w:before="240" w:after="240"/>
        <w:ind w:firstLine="403"/>
        <w:jc w:val="both"/>
      </w:pPr>
      <w:r>
        <w:t xml:space="preserve">11월은 추수감사절과 함께 한 해의 마무리를 준비하는 소중한 시기입니다. 이 시기에 하나님께 드리는 대표기도는 더욱 특별한 의미를 지닙니다. 한 해 동안 베풀어주신 하나님의 은혜에 감사드리며, 마음을 모아 드리는 기도를 통해 신앙 공동체가 하나되는 귀한 시간이 되길 소망합니다. </w:t>
      </w:r>
    </w:p>
    <w:p>
      <w:r>
        <w:rPr>
          <w:b/>
          <w:sz w:val="28"/>
          <w:u w:val="single"/>
        </w:rPr>
        <w:t>짧은 대표기도문 모음 11월 (1) - 추수감사 기도</w:t>
      </w:r>
    </w:p>
    <w:p>
      <w:pPr>
        <w:spacing w:before="240" w:after="240"/>
        <w:ind w:firstLine="403"/>
        <w:jc w:val="both"/>
      </w:pPr>
      <w:r>
        <w:t>"여호와께 감사하며 그의 이름을 불러 아뢰며 그의 행사를 만민 중에 알게 할지어다" (시편 105:1)</w:t>
      </w:r>
    </w:p>
    <w:p>
      <w:pPr>
        <w:jc w:val="center"/>
      </w:pPr>
      <w:r>
        <w:t>---------------------------------------------------------------------</w:t>
      </w:r>
    </w:p>
    <w:p>
      <w:pPr>
        <w:spacing w:before="240" w:after="240"/>
        <w:ind w:firstLine="403"/>
        <w:jc w:val="both"/>
      </w:pPr>
      <w:r>
        <w:t xml:space="preserve">사랑하시는 하나님 아버지, 11월의 문턱에서 한 해 동안 베풀어주신 은혜에 감사드립니다. 봄에 뿌린 씨앗이 가을에 풍성한 열매로 맺어지듯, 우리의 삶 가운데도 주님의 선하신 계획이 이루어짐을 고백합니다. 코로나19의 어려움 속에서도 우리를 지켜주시고, 변화하는 시대 속에서도 흔들리지 않는 믿음을 주신 하나님께 찬양을 올려드립니다. 경제적 어려움과 사회적 갈등이 있었지만, 교회 공동체 안에서 서로 돌아보며 사랑을 나눌 수 있게 하신 주님의 은혜가 크셨습니다. 가정과 직장에서 건강을 지켜주시고, 자녀들의 학업과 진로를 인도해주신 것을 감사드립니다. 때로는 어려운 길이었지만, 그 길 위에서도 주님이 함께 걸어주셨음을 고백합니다. 추수감사절을 맞아 물질적 풍요보다 영적인 풍성함을 더욱 갈망하게 하시고, 받은 은혜를 이웃과 나눌 수 있는 넉넉한 마음을 허락해주세요. 11월 한 달도 감사와 기쁨으로 시작하게 하시고, 우리의 삶이 하나님께 영광이 되는 산 제물이 되게 도와주세요. 어려운 이웃들을 돌아보며 주님의 사랑을 실천하는 교회가 되게 하시고, 모든 성도들이 건강하고 평안한 가운데 주님을 섬길 수 있게 해주세요. 예수님의 이름으로 기도드립니다. 아멘. </w:t>
      </w:r>
    </w:p>
    <w:p>
      <w:r>
        <w:rPr>
          <w:b/>
          <w:sz w:val="28"/>
          <w:u w:val="single"/>
        </w:rPr>
        <w:t>짧은 대표기도문 모음 11월 (2) - 가정을 위한 기도</w:t>
      </w:r>
    </w:p>
    <w:p>
      <w:pPr>
        <w:spacing w:before="240" w:after="240"/>
        <w:ind w:firstLine="403"/>
        <w:jc w:val="both"/>
      </w:pPr>
      <w:r>
        <w:t>"오직 나와 내 집은 여호와를 섬기겠노라" (여호수아 24:15)</w:t>
      </w:r>
    </w:p>
    <w:p>
      <w:pPr>
        <w:spacing w:before="240" w:after="240"/>
        <w:ind w:firstLine="403"/>
        <w:jc w:val="both"/>
      </w:pPr>
      <w:r>
        <w:t>전능하신 하나님 아버지, 11월을 맞아 우리 가정들을 주님께 올려드립니다. 한 해 동안 각 가정마다 크고 작은 일들이 있었지만, 그 모든 과정에서 하나님의 인도하심이 있었음을 감사드립니다. 혼란스러운 세상 속에서도 가정이 하나님을 경외하는 거룩한 공간이 되게 해주세요. 부모와 자녀 사이에 진정한 소통이 이루어지고, 서로를 이해하고 사랑할 수 있는 지혜를 주세요. 특히 요즘 시대의 자녀들이 올바른 가치관을 세우고, SNS와 인터넷 문화 속에서도 건전한 정체성을 가질 수 있도록 인도해주세요. 경제적으로 어려움을 겪는 가정들에게는 하나님의 공급하심을 경험하게 해주시고, 건강의 문제로 고통받는 가족들에게는 치유의 은혜를 베풀어주세요. 갈등과 오해로 상처받은 가정들에게는 용서와 화해의 역사가 일어나게 하시고, 사랑으로 하나되는 가정이 되게 해주세요. 홀로 계신 어르신들과 한부모 가정, 다문화 가정들도 특별히 돌봐주세요. 교회 공동체가 이런 가정들에게 든든한 울타리가 되어, 함께 기쁨과 슬픔을 나누며 주님의 사랑을 실천하게 도와주세요. 11월 한 달 동안 모든 가정에 하나님의 평강과 기쁨이 충만하게 해주세요. 예수님의 이름으로 기도드립니다. 아멘. 가정 화목을 위한 짧은 기도</w:t>
      </w:r>
    </w:p>
    <w:p>
      <w:pPr>
        <w:jc w:val="center"/>
      </w:pPr>
      <w:r>
        <w:t>---------------------------------------------------------------------</w:t>
      </w:r>
    </w:p>
    <w:p>
      <w:pPr>
        <w:spacing w:before="240" w:after="240"/>
        <w:ind w:firstLine="403"/>
        <w:jc w:val="both"/>
      </w:pPr>
      <w:r>
        <w:t xml:space="preserve">사랑의 하나님, 우리 가정에 주님의 사랑이 가득하게 해주세요. 서로 이해하고 배려하며, 감사와 기쁨이 넘치는 가정이 되게 도와주세요. </w:t>
      </w:r>
    </w:p>
    <w:p>
      <w:r>
        <w:rPr>
          <w:b/>
          <w:sz w:val="28"/>
          <w:u w:val="single"/>
        </w:rPr>
        <w:t>짧은 대표기도문 모음 11월 (3) - 교회와 성도들을 위한 기도</w:t>
      </w:r>
    </w:p>
    <w:p>
      <w:pPr>
        <w:spacing w:before="240" w:after="240"/>
        <w:ind w:firstLine="403"/>
        <w:jc w:val="both"/>
      </w:pPr>
      <w:r>
        <w:t>"그러므로 형제들아 내가 하나님의 모든 자비하심으로 너희를 권하노니 너희 몸을 하나님이 기뻐하시는 거룩한 산 제물로 드리라" (로마서 12:1)</w:t>
      </w:r>
    </w:p>
    <w:p>
      <w:pPr>
        <w:jc w:val="center"/>
      </w:pPr>
      <w:r>
        <w:t>---------------------------------------------------------------------</w:t>
      </w:r>
    </w:p>
    <w:p>
      <w:pPr>
        <w:spacing w:before="240" w:after="240"/>
        <w:ind w:firstLine="403"/>
        <w:jc w:val="both"/>
      </w:pPr>
      <w:r>
        <w:t xml:space="preserve">거룩하신 하나님 아버지, 11월을 맞아 우리 교회와 모든 성도들을 주님 앞에 올려드립니다. 한 해 동안 어려운 환경 속에서도 교회가 세상의 빛과 소금의 역할을 감당할 수 있게 하신 것을 감사드립니다. 코로나 이후 변화된 예배 환경 속에서도 성도들의 신앙이 더욱 견고해지게 하시고, 온라인과 오프라인을 통해 복음이 더 널리 전해지게 해주세요. 목회자들에게는 건강과 지혜를 주시고, 말씀을 준비하고 전할 때마다 성령님의 감동하심이 함께하게 해주세요. 교회 임원들과 봉사자들에게도 섬김의 기쁨을 주시고, 각자의 사명을 감당할 수 있는 힘을 주세요. 새신자들이 교회에 잘 정착할 수 있도록 도와주시고, 신앙의 기초를 튼튼히 세울 수 있게 해주세요. 청년들에게는 진로와 결혼, 취업의 문제들을 주님의 뜻 안에서 해결해 나갈 수 있는 지혜를 주시고, 중장년층에게는 다음 세대를 섬기는 멘토의 역할을 감당할 수 있게 해주세요. 어려운 상황에 있는 성도들, 질병으로 고생하는 분들, 경제적 어려움을 겪는 가정들을 특별히 돌봐주세요. 교회가 이들에게 실질적인 도움과 영적인 위로를 줄 수 있는 공동체가 되게 해주세요. 11월 한 달 동안 모든 성도들이 건강하고 평안한 가운데 주님을 섬길 수 있게 해주세요. 예수님의 이름으로 기도드립니다. 아멘. </w:t>
      </w:r>
    </w:p>
    <w:p>
      <w:r>
        <w:rPr>
          <w:b/>
          <w:sz w:val="28"/>
          <w:u w:val="single"/>
        </w:rPr>
        <w:t>짧은 대표기도문 모음 11월 (4) - 나라와 민족을 위한 기도</w:t>
      </w:r>
    </w:p>
    <w:p>
      <w:pPr>
        <w:spacing w:before="240" w:after="240"/>
        <w:ind w:firstLine="403"/>
        <w:jc w:val="both"/>
      </w:pPr>
      <w:r>
        <w:t>"내가 먼저 권하노니 모든 사람을 위하여 간구와 기도와 도고와 감사를 하되 임금들과 높은 지위에 있는 모든 사람을 위하여 하라" (디모데전서 2:1-2)</w:t>
      </w:r>
    </w:p>
    <w:p>
      <w:pPr>
        <w:jc w:val="center"/>
      </w:pPr>
      <w:r>
        <w:t>---------------------------------------------------------------------</w:t>
      </w:r>
    </w:p>
    <w:p>
      <w:pPr>
        <w:spacing w:before="240" w:after="240"/>
        <w:ind w:firstLine="403"/>
        <w:jc w:val="both"/>
      </w:pPr>
      <w:r>
        <w:t xml:space="preserve">만왕의 왕이신 하나님, 11월을 맞아 우리 대한민국과 민족을 위해 기도드립니다. 한 해 동안 국내외적으로 많은 변화와 도전이 있었지만, 하나님의 주권 아래 모든 것이 합력하여 선을 이루게 하심을 믿습니다. 정치적 갈등과 사회적 분열로 어려움을 겪고 있는 우리나라에 하나님의 지혜와 화평을 주세요. 지도자들이 개인의 이익보다 국민의 안녕과 행복을 먼저 생각하며, 공의와 정의로 나라를 다스릴 수 있게 해주세요. 국정 운영에 있어 투명성과 책임감을 가지고, 미래 세대를 위한 올바른 정책을 펼칠 수 있도록 인도해주세요. 경제적 어려움 속에서도 서민들의 생활이 안정되게 하시고, 청년들에게는 희망찬 미래를 볼 수 있는 일자리와 기회들을 주세요. 출산율 저하와 고령화 사회의 문제들을 지혜롭게 해결해 나갈 수 있게 하시고, 사회 안전망이 더욱 튼튼해지게 해주세요. 북한과의 관계에서도 하나님의 평화가 임하게 하시고, 분단의 아픔이 치유되는 날이 속히 오게 해주세요. 세계적으로는 전쟁과 갈등이 그치고, 모든 민족이 하나님 안에서 평화를 누릴 수 있게 해주세요. 우리나라가 세계 선교에 더욱 힘쓰며, 복음으로 열방을 섬기는 나라가 되게 해주세요. 예수님의 이름으로 기도드립니다. 아멘. </w:t>
      </w:r>
    </w:p>
    <w:p>
      <w:r>
        <w:rPr>
          <w:b/>
          <w:sz w:val="28"/>
          <w:u w:val="single"/>
        </w:rPr>
        <w:t>짧은 대표기도문 모음 11월 (5) - 건강과 치유를 위한 기도</w:t>
      </w:r>
    </w:p>
    <w:p>
      <w:pPr>
        <w:spacing w:before="240" w:after="240"/>
        <w:ind w:firstLine="403"/>
        <w:jc w:val="both"/>
      </w:pPr>
      <w:r>
        <w:t>"여호와여 나를 긍휼히 여기소서 내가 연약함이니이다 여호와여 나를 고치소서 내 뼈가 떨림이니이다" (시편 6:2)</w:t>
      </w:r>
    </w:p>
    <w:p>
      <w:pPr>
        <w:jc w:val="center"/>
      </w:pPr>
      <w:r>
        <w:t>---------------------------------------------------------------------</w:t>
      </w:r>
    </w:p>
    <w:p>
      <w:pPr>
        <w:spacing w:before="240" w:after="240"/>
        <w:ind w:firstLine="403"/>
        <w:jc w:val="both"/>
      </w:pPr>
      <w:r>
        <w:t xml:space="preserve">치유의 하나님, 11월을 맞아 건강의 문제로 어려움을 겪고 있는 모든 분들을 위해 기도드립니다. 질병과 아픔 가운데서도 하나님의 사랑과 돌보심을 경험할 수 있게 해주세요. 암으로 투병하고 계신 분들에게는 완전한 치유의 은혜를 베풀어주시고, 치료 과정에서 몸과 마음의 고통이 줄어들게 해주세요. 의료진들에게는 정확한 진단과 최선의 치료 방법을 찾을 수 있는 지혜를 주시고, 환자와 가족들에게는 소망과 용기를 주세요. 만성질환으로 오랜 기간 고생하고 계신 분들에게는 인내의 힘을 주시고, 일상생활을 건강하게 유지할 수 있도록 도와주세요. 당뇨, 고혈압, 관절염 등으로 불편함을 겪는 분들의 증상이 호전되게 하시고, 적절한 관리를 통해 건강을 지킬 수 있게 해주세요. 정신적, 정서적 어려움을 겪고 있는 분들에게는 마음의 평안을 주세요. 우울감과 불안함, 스트레스로 힘들어하는 현대인들에게 주님의 위로와 치유의 손길이 임하게 해주세요. 특히 청소년들과 청년들이 학업과 진로의 부담감을 건강하게 이겨낼 수 있도록 도와주세요. 의료진들과 간병인들에게도 건강과 안전을 지켜주시고, 그들의 헌신적인 섬김에 감사드립니다. 11월 한 달 동안 모든 성도들이 몸과 마음이 건강한 가운데 주님을 섬길 수 있게 해주세요. 예수님의 이름으로 기도드립니다. 아멘. </w:t>
      </w:r>
    </w:p>
    <w:p>
      <w:r>
        <w:rPr>
          <w:b/>
          <w:sz w:val="28"/>
          <w:u w:val="single"/>
        </w:rPr>
        <w:t>짧은 대표기도문 모음 11월 (6) - 선교와 전도를 위한 기도</w:t>
      </w:r>
    </w:p>
    <w:p>
      <w:pPr>
        <w:spacing w:before="240" w:after="240"/>
        <w:ind w:firstLine="403"/>
        <w:jc w:val="both"/>
      </w:pPr>
      <w:r>
        <w:t>"그러므로 너희는 가서 모든 민족을 제자로 삼아 아버지와 아들과 성령의 이름으로 세례를 베풀고" (마태복음 28:19)</w:t>
      </w:r>
    </w:p>
    <w:p>
      <w:pPr>
        <w:spacing w:before="240" w:after="240"/>
        <w:ind w:firstLine="403"/>
        <w:jc w:val="both"/>
      </w:pPr>
      <w:r>
        <w:t>선교의 하나님, 11월을 맞아 복음 전파의 사명을 위해 기도드립니다. 한 해 동안 어려운 환경 속에서도 복음이 땅 끝까지 전해질 수 있게 하신 것을 감사드립니다. 해외에서 수고하고 계신 선교사님들을 특별히 기억합니다. 코로나 이후 변화된 선교 환경 속에서도 창의적인 방법으로 복음을 전할 수 있는 지혜를 주세요. 현지인들과의 관계가 더욱 깊어지고, 문화적 차이를 뛰어넘는 하나님의 사랑이 전해지게 해주세요. 선교사님들의 건강과 안전을 지켜주시고, 사역에 필요한 모든 것들을 공급해주세요. 국내에서도 복음 전도의 열정이 더욱 뜨겁게 타오르게 해주세요. 각 성도들이 삶의 현장에서 그리스도의 향기를 발하며, 자연스럽게 복음을 전할 수 있는 기회들을 주세요. 직장과 학교, 동네에서 만나는 사람들에게 주님의 사랑을 실천으로 보여줄 수 있게 해주세요. 청년들과 다음 세대가 선교에 대한 비전을 품고, 세계 복음화의 꿈을 가질 수 있게 해주세요. 단기선교와 장기선교, 그리고 직업을 통한 선교 등 다양한 방법으로 하나님의 나라를 확장해 나갈 수 있도록 인도해주세요. 아직 복음을 듣지 못한 미전도 종족들에게 복음이 전해지게 하시고, 닫혀있는 나라들에도 주님의 문이 열리게 해주세요. 11월 한 달 동안 우리 교회가 선교에 더욱 헌신하며, 온 교인이 전도자의 마음을 품을 수 있게 해주세요. 예수님의 이름으로 기도드립니다. 아멘. 11월은 감사와 소망이 어우러진 특별한 달입니다. 이 시기에 드리는 기도들이 하나님께 상달되어, 우리 모두가 더욱 깊은 신앙의 경험을 하게 되기를 소망합니다. 매일의 기도 생활을 통해 주님과의 교제가 더욱 깊어지고, 삶 속에서 하나님의 영광을 드러내는 성도들이 되시길 바랍니다. 더 많은 기도문과 신앙 자료는 [여기](https://yfgc.fgtv.com/y2/01.asp)에서 확인하실 수 있습니다.</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짧은 대표기도문 모음 11월</dc:title>
  <dc:subject>기도문 모음</dc:subject>
  <dc:creator>대표 기도문 나눔터</dc:creator>
  <cp:keywords>짧은, 대표기도문, 모음</cp:keywords>
  <dc:description>짧은 대표기도문 모음 11월 - 더 많은 기도문은 https://prayer-church.co.kr/ 에서 확인하세요
웹사이트: https://prayer-church.co.kr/
콘텐츠 유형: 기도문
SEO 설명: 짧은 대표기도문 모음 11월...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