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짧은 대표기도문 모음 5월</w:t>
      </w:r>
    </w:p>
    <w:p/>
    <w:p>
      <w:pPr>
        <w:jc w:val="center"/>
      </w:pPr>
      <w:r>
        <w:t>---------------------------------------------------------------------</w:t>
      </w:r>
    </w:p>
    <w:p>
      <w:r>
        <w:rPr>
          <w:b/>
          <w:sz w:val="28"/>
          <w:u w:val="single"/>
        </w:rPr>
        <w:t>짧은 대표기도문 모음 5월 (1) - 믿음의 성장을 위한 기도</w:t>
      </w:r>
    </w:p>
    <w:p>
      <w:pPr>
        <w:spacing w:before="240" w:after="240"/>
        <w:ind w:firstLine="403"/>
        <w:jc w:val="both"/>
      </w:pPr>
      <w:r>
        <w:t>짧은 대표기도문 모음 5월 버전을 소개합니다. 5월은 가정의 달이자 성령강림을 기다리는 시기로, 많은 분들이 영적으로 더욱 깊이 있는 기도를 원하시는 때입니다. 오늘은 다양한 상황에서 활용할 수 있는 짧지만 의미 있는 대표기도문들을 모아보았습니다. 이 기도문들이 여러분의 신앙생활에 작은 도움이 되길 바랍니다.</w:t>
      </w:r>
    </w:p>
    <w:p>
      <w:pPr>
        <w:jc w:val="center"/>
      </w:pPr>
      <w:r>
        <w:t>---------------------------------------------------------------------</w:t>
      </w:r>
    </w:p>
    <w:p>
      <w:r>
        <w:rPr>
          <w:b/>
          <w:sz w:val="28"/>
          <w:u w:val="single"/>
        </w:rPr>
        <w:t>짧은 대표기도문 모음 5월 (2) - 주일예배를 위한 대표기도</w:t>
      </w:r>
    </w:p>
    <w:p>
      <w:pPr>
        <w:spacing w:before="240" w:after="240"/>
        <w:ind w:firstLine="403"/>
        <w:jc w:val="both"/>
      </w:pPr>
      <w:r>
        <w:t>"아무 것도 염려하지 말고 다만 모든 일에 기도와 간구로, 너희 구할 것을 감사함으로 하나님께 아뢰라" (빌립보서 4:6)</w:t>
      </w:r>
    </w:p>
    <w:p>
      <w:pPr>
        <w:spacing w:before="240" w:after="240"/>
        <w:ind w:firstLine="403"/>
        <w:jc w:val="both"/>
      </w:pPr>
      <w:r>
        <w:t>하나님 아버지, 오늘도 저희를 주님의 전으로 불러주셔서 감사합니다. 5월의 푸르른 생명력처럼 저희의 신앙도 날마다 새롭게 성장하기를 원합니다.</w:t>
      </w:r>
    </w:p>
    <w:p>
      <w:pPr>
        <w:spacing w:before="240" w:after="240"/>
        <w:ind w:firstLine="403"/>
        <w:jc w:val="both"/>
      </w:pPr>
      <w:r>
        <w:t>주님, 때로는 일상의 바쁨과 세상의 근심으로 주님을 향한 첫사랑을 잊을 때가 있습니다. 오늘 이 예배를 통해 다시 한번 주님의 은혜를 기억하며 영과 진리로 예배드릴 수 있도록 도와주세요. 말씀을 전하시는 목사님에게 성령의 기름부음이 있게 하시고, 듣는 저희에게는 깨달음과 순종의 마음을 부어주소서.</w:t>
      </w:r>
    </w:p>
    <w:p>
      <w:pPr>
        <w:spacing w:before="240" w:after="240"/>
        <w:ind w:firstLine="403"/>
        <w:jc w:val="both"/>
      </w:pPr>
      <w:r>
        <w:t>특별히 교회 공동체 안에 어려움을 겪고 있는 분들을 위로해 주시고, 지치고 아픈 영혼들에게 치유의 은혜를 베풀어 주옵소서. 저희 모두가 서로를 향한 그리스도의 사랑으로 하나 되어 참된 교회의 모습을 이루어가게 하소서.</w:t>
      </w:r>
    </w:p>
    <w:p>
      <w:pPr>
        <w:spacing w:before="240" w:after="240"/>
        <w:ind w:firstLine="403"/>
        <w:jc w:val="both"/>
      </w:pPr>
      <w:r>
        <w:t>이 예배를 통해 하나님의 영광이 나타나며, 우리 모두가 변화된 삶으로 세상에 빛과 소금의 역할을 감당하게 하소서. 예수님의 이름으로 기도드립니다. 아멘.</w:t>
      </w:r>
    </w:p>
    <w:p>
      <w:pPr>
        <w:jc w:val="center"/>
      </w:pPr>
      <w:r>
        <w:t>---------------------------------------------------------------------</w:t>
      </w:r>
    </w:p>
    <w:p>
      <w:r>
        <w:rPr>
          <w:b/>
          <w:sz w:val="28"/>
          <w:u w:val="single"/>
        </w:rPr>
        <w:t>짧은 대표기도문 모음 5월 (3) - 가정의 달 감사기도</w:t>
      </w:r>
    </w:p>
    <w:p>
      <w:pPr>
        <w:spacing w:before="240" w:after="240"/>
        <w:ind w:firstLine="403"/>
        <w:jc w:val="both"/>
      </w:pPr>
      <w:r>
        <w:t>"네 부모를 공경하라 그리하면 네 하나님 여호와가 네게 준 땅에서 네 생명이 길리라" (출애굽기 20:12)</w:t>
      </w:r>
    </w:p>
    <w:p>
      <w:pPr>
        <w:spacing w:before="240" w:after="240"/>
        <w:ind w:firstLine="403"/>
        <w:jc w:val="both"/>
      </w:pPr>
      <w:r>
        <w:t>은혜로우신 하나님, 가정의 달 5월을 맞아 저희에게 가정이라는 소중한 선물을 주심에 감사드립니다. 특별히 어버이날과 가정의 달을 통해 저희를 키워주신 부모님의 사랑을 다시 한번 깊이 생각하게 하심에 감사드립니다.</w:t>
      </w:r>
    </w:p>
    <w:p>
      <w:pPr>
        <w:spacing w:before="240" w:after="240"/>
        <w:ind w:firstLine="403"/>
        <w:jc w:val="both"/>
      </w:pPr>
      <w:r>
        <w:t>주님, 2025년 가정의 달을 맞아 세대 간의 갈등과 단절이 심해지는 이 시대에 저희 가정이 믿음 안에서 더욱 단단히 연합되게 하소서. 부모는 자녀를 주님의 말씀으로 양육하고, 자녀는 부모를 공경하며, 서로가 서로에게 그리스도의 사랑을 실천하는 가정이 되게 하소서.</w:t>
      </w:r>
    </w:p>
    <w:p>
      <w:pPr>
        <w:spacing w:before="240" w:after="240"/>
        <w:ind w:firstLine="403"/>
        <w:jc w:val="both"/>
      </w:pPr>
      <w:r>
        <w:t>또한 가정의 어려움을 겪고 있는 이들, 특히 한부모 가정, 조손 가정, 다문화 가정들을 기억하시고 그들에게 필요한 지혜와 힘을 주옵소서. 우리 교회가 이러한 가정들을 품고 함께 성장하는 신앙 공동체가 되게 하소서.</w:t>
      </w:r>
    </w:p>
    <w:p>
      <w:pPr>
        <w:spacing w:before="240" w:after="240"/>
        <w:ind w:firstLine="403"/>
        <w:jc w:val="both"/>
      </w:pPr>
      <w:r>
        <w:t>가정이 하나님의 뜻대로 세워질 때 교회와 사회도 건강해짐을 알게 하시고, 모든 가정이 하나님 나라의 모형이 되어 세상에 선한 영향력을 끼치게 하소서. 예수님의 이름으로 기도합니다. 아멘.</w:t>
      </w:r>
    </w:p>
    <w:p>
      <w:pPr>
        <w:jc w:val="center"/>
      </w:pPr>
      <w:r>
        <w:t>---------------------------------------------------------------------</w:t>
      </w:r>
    </w:p>
    <w:p>
      <w:r>
        <w:rPr>
          <w:b/>
          <w:sz w:val="28"/>
          <w:u w:val="single"/>
        </w:rPr>
        <w:t>짧은 대표기도문 모음 5월 (4) - 성령강림을 기다리며</w:t>
      </w:r>
    </w:p>
    <w:p>
      <w:pPr>
        <w:spacing w:before="240" w:after="240"/>
        <w:ind w:firstLine="403"/>
        <w:jc w:val="both"/>
      </w:pPr>
      <w:r>
        <w:t>"오직 성령이 너희에게 임하시면 너희가 권능을 받고 예루살렘과 온 유대와 사마리아와 땅 끝까지 이르러 내 증인이 되리라" (사도행전 1:8)</w:t>
      </w:r>
    </w:p>
    <w:p>
      <w:pPr>
        <w:spacing w:before="240" w:after="240"/>
        <w:ind w:firstLine="403"/>
        <w:jc w:val="both"/>
      </w:pPr>
      <w:r>
        <w:t>전능하신 하나님, 5월의 따스한 봄바람처럼 저희 마음에도 성령의 바람이 불어오기를 간절히 기도합니다. 성령강림주일을 앞두고 저희의 마음을 준비시켜 주시니 감사합니다.</w:t>
      </w:r>
    </w:p>
    <w:p>
      <w:pPr>
        <w:spacing w:before="240" w:after="240"/>
        <w:ind w:firstLine="403"/>
        <w:jc w:val="both"/>
      </w:pPr>
      <w:r>
        <w:t>주님, 초대교회 성도들이 다락방에 모여 한마음으로 기도하며 성령을 기다렸던 것처럼, 저희도 간절한 마음으로 성령의 임재를 구합니다. 저희의 메마른 영혼에 생수의 강을 부어주시고, 차갑게 식어버린 믿음에 성령의 불을 다시 지펴주소서.</w:t>
      </w:r>
    </w:p>
    <w:p>
      <w:pPr>
        <w:spacing w:before="240" w:after="240"/>
        <w:ind w:firstLine="403"/>
        <w:jc w:val="both"/>
      </w:pPr>
      <w:r>
        <w:t>특별히 이 시대에 교회가 세상의 방식이 아닌 성령의 인도하심을 따라 움직이게 하소서. 저희 개인의 삶 속에서도 성령의 열매를 맺으며, 성령의 은사를 통해 교회와 이웃을 섬기는 자들이 되게 하소서.</w:t>
      </w:r>
    </w:p>
    <w:p>
      <w:pPr>
        <w:spacing w:before="240" w:after="240"/>
        <w:ind w:firstLine="403"/>
        <w:jc w:val="both"/>
      </w:pPr>
      <w:r>
        <w:t>2025년 오순절을 맞아 한국 교회와 전 세계 교회에 새로운 영적 부흥을 허락하시고, 성령의 능력으로 복음이 땅끝까지 전파되는 역사가 일어나게 하소서. 예수 그리스도의 이름으로 기도합니다. 아멘.</w:t>
      </w:r>
    </w:p>
    <w:p>
      <w:pPr>
        <w:jc w:val="center"/>
      </w:pPr>
      <w:r>
        <w:t>---------------------------------------------------------------------</w:t>
      </w:r>
    </w:p>
    <w:p>
      <w:r>
        <w:rPr>
          <w:b/>
          <w:sz w:val="28"/>
          <w:u w:val="single"/>
        </w:rPr>
        <w:t>짧은 대표기도문 모음 5월 (5) - 청년들을 위한 기도</w:t>
      </w:r>
    </w:p>
    <w:p>
      <w:pPr>
        <w:spacing w:before="240" w:after="240"/>
        <w:ind w:firstLine="403"/>
        <w:jc w:val="both"/>
      </w:pPr>
      <w:r>
        <w:t>"너의 행사를 여호와께 맡기라 그리하면 네가 경영하는 것이 이루어지리라" (잠언 16:3)</w:t>
      </w:r>
    </w:p>
    <w:p>
      <w:pPr>
        <w:spacing w:before="240" w:after="240"/>
        <w:ind w:firstLine="403"/>
        <w:jc w:val="both"/>
      </w:pPr>
      <w:r>
        <w:t>사랑의 하나님, 5월의 푸른 생명력처럼 우리 교회의 청년들에게도 활기찬 믿음을 허락해 주심에 감사드립니다. 미래를 준비하는 청년들의 걸음을 인도하여 주시니 감사합니다.</w:t>
      </w:r>
    </w:p>
    <w:p>
      <w:pPr>
        <w:spacing w:before="240" w:after="240"/>
        <w:ind w:firstLine="403"/>
        <w:jc w:val="both"/>
      </w:pPr>
      <w:r>
        <w:t>주님, 현재 우리 청년들은 취업난, 주거문제, 미래에 대한 불안 등 많은 도전에 직면해 있습니다. 2025년 5월 현재, 청년 실업률이 높고 사회적 분위기도 어려운 상황에서 우리 청년들이 세상의 가치관에 휩쓸리지 않고 하나님의 말씀을 기준으로 살아가게 하소서.</w:t>
      </w:r>
    </w:p>
    <w:p>
      <w:pPr>
        <w:spacing w:before="240" w:after="240"/>
        <w:ind w:firstLine="403"/>
        <w:jc w:val="both"/>
      </w:pPr>
      <w:r>
        <w:t>청년들이 자신의 정체성을 하나님의 자녀로 확고히 세우고, 물질과 성공이 아닌 하나님 나라의 가치를 추구하며 살게 하소서. 또한 그들에게 믿음의 멘토와 좋은 신앙 공동체를 만나게 하시고, 서로 격려하며 함께 성장할 수 있는 환경을 허락하소서.</w:t>
      </w:r>
    </w:p>
    <w:p>
      <w:pPr>
        <w:spacing w:before="240" w:after="240"/>
        <w:ind w:firstLine="403"/>
        <w:jc w:val="both"/>
      </w:pPr>
      <w:r>
        <w:t>특별히 진로와 배우자 선택 등 중요한 결정 앞에 서 있는 청년들에게 지혜를 주시고, 그들이 내리는 모든 결정 가운데 하나님의 뜻이 이루어지게 하소서. 우리 교회의 청년들이 이 시대를 변화시키는 복음의 증인들로 세워지게 하소서. 예수님의 이름으로 기도드립니다. 아멘.</w:t>
      </w:r>
    </w:p>
    <w:p>
      <w:pPr>
        <w:jc w:val="center"/>
      </w:pPr>
      <w:r>
        <w:t>---------------------------------------------------------------------</w:t>
      </w:r>
    </w:p>
    <w:p>
      <w:r>
        <w:rPr>
          <w:b/>
          <w:sz w:val="28"/>
          <w:u w:val="single"/>
        </w:rPr>
        <w:t>짧은 대표기도문 모음 5월 (6) - 국가와 지도자를 위한 기도</w:t>
      </w:r>
    </w:p>
    <w:p>
      <w:pPr>
        <w:spacing w:before="240" w:after="240"/>
        <w:ind w:firstLine="403"/>
        <w:jc w:val="both"/>
      </w:pPr>
      <w:r>
        <w:t>"내가 너희에게 권하노니 첫째로 간구와 기도와 도고와 감사를 모든 사람을 위하여 하되 임금들과 높은 지위에 있는 모든 사람을 위하여 하라" (디모데전서 2:1-2)</w:t>
      </w:r>
    </w:p>
    <w:p>
      <w:pPr>
        <w:spacing w:before="240" w:after="240"/>
        <w:ind w:firstLine="403"/>
        <w:jc w:val="both"/>
      </w:pPr>
      <w:r>
        <w:t>전능하신 하나님, 5월 가정의 달을 맞아 우리나라 대한민국을 하나의 큰 가정으로 품어주심에 감사드립니다. 이 나라의 발전과 안녕을 위해 수고하는 모든 지도자와 국민들을 축복해 주시기를 기도합니다.</w:t>
      </w:r>
    </w:p>
    <w:p>
      <w:pPr>
        <w:spacing w:before="240" w:after="240"/>
        <w:ind w:firstLine="403"/>
        <w:jc w:val="both"/>
      </w:pPr>
      <w:r>
        <w:t>주님, 우리나라의 대통령과 정부 지도자들, 국회의원들이 개인의 이익이나 당파적 이해관계가 아닌 국민 전체의 행복과 안녕을 위해 지혜롭게 결정하고 행동하게 하소서. 특별히 2025년 5월 현재 직면한 경제 위기와 사회 갈등, 안보 문제 등 많은 도전 앞에서 하나님의 지혜로 국가를 이끌어가게 하소서.</w:t>
      </w:r>
    </w:p>
    <w:p>
      <w:pPr>
        <w:spacing w:before="240" w:after="240"/>
        <w:ind w:firstLine="403"/>
        <w:jc w:val="both"/>
      </w:pPr>
      <w:r>
        <w:t>또한 우리 그리스도인들이 나라와 민족을 위해 간절히 기도하고, 각자의 자리에서 빛과 소금의 역할을 감당하게 하소서. 교회가 사회에 선한 영향력을 끼치며 하나님의 정의와 공의가 이 땅에 실현되도록 섬기게 하소서.</w:t>
      </w:r>
    </w:p>
    <w:p>
      <w:pPr>
        <w:spacing w:before="240" w:after="240"/>
        <w:ind w:firstLine="403"/>
        <w:jc w:val="both"/>
      </w:pPr>
      <w:r>
        <w:t>분단된 조국의 평화통일을 위해서도 기도합니다. 남과 북이 하나님의 뜻 안에서 화해하고 협력하여 온전한 하나의 민족으로 회복되게 하소서. 예수 그리스도의 이름으로 기도드립니다. 아멘.</w:t>
      </w:r>
    </w:p>
    <w:p>
      <w:pPr>
        <w:jc w:val="center"/>
      </w:pPr>
      <w:r>
        <w:t>---------------------------------------------------------------------</w:t>
      </w:r>
    </w:p>
    <w:p>
      <w:r>
        <w:rPr>
          <w:b/>
          <w:sz w:val="28"/>
          <w:u w:val="single"/>
        </w:rPr>
        <w:t>짧은 대표기도문 모음 5월 (7) - 어려움 속 감사기도</w:t>
      </w:r>
    </w:p>
    <w:p>
      <w:pPr>
        <w:spacing w:before="240" w:after="240"/>
        <w:ind w:firstLine="403"/>
        <w:jc w:val="both"/>
      </w:pPr>
      <w:r>
        <w:t>"항상 기뻐하라 쉬지 말고 기도하라 범사에 감사하라 이것이 그리스도 예수 안에서 너희를 향하신 하나님의 뜻이니라" (데살로니가전서 5:16-18)</w:t>
      </w:r>
    </w:p>
    <w:p>
      <w:pPr>
        <w:spacing w:before="240" w:after="240"/>
        <w:ind w:firstLine="403"/>
        <w:jc w:val="both"/>
      </w:pPr>
      <w:r>
        <w:t>자비로우신 하나님 아버지, 5월의 따스한 햇살처럼 저희 삶 가운데에도 주님의 은혜가 따스히 비추고 있음을 고백합니다. 때로는 어려움 속에서도 감사할 수 있는 마음을 주셔서 감사합니다.</w:t>
      </w:r>
    </w:p>
    <w:p>
      <w:pPr>
        <w:spacing w:before="240" w:after="240"/>
        <w:ind w:firstLine="403"/>
        <w:jc w:val="both"/>
      </w:pPr>
      <w:r>
        <w:t>주님, 저희가 지금 겪고 있는 어려움과 시련들이 저희를 낙담시키고 좌절하게 할 때도 있습니다. 하지만 그 모든 상황 속에서도 우리와 함께하시는 임마누엘 하나님을 신뢰하며 감사하기 원합니다. 시련이 우리를 단련시키고, 인내가 온전한 믿음으로 이어진다는 말씀을 기억하게 하소서.</w:t>
      </w:r>
    </w:p>
    <w:p>
      <w:pPr>
        <w:spacing w:before="240" w:after="240"/>
        <w:ind w:firstLine="403"/>
        <w:jc w:val="both"/>
      </w:pPr>
      <w:r>
        <w:t>특별히 이 시간 육체적, 정신적 질병으로 고통받는 분들, 관계의 어려움을 겪는 분들, 경제적 위기에 처한 분들을 위로하여 주시고 그들에게 필요한 도움의 손길을 보내주소서. 어떤 상황에서도 감사할 수 있는 이유를 발견하게 하시고, 그 감사가 또 다른 은혜의 통로가 되게 하소서.</w:t>
      </w:r>
    </w:p>
    <w:p>
      <w:pPr>
        <w:spacing w:before="240" w:after="240"/>
        <w:ind w:firstLine="403"/>
        <w:jc w:val="both"/>
      </w:pPr>
      <w:r>
        <w:t>2025년 5월, 코로나19 이후의 회복과 새로운 도전 앞에서 저희가 주님만을 의지하며 더욱 굳건한 믿음으로 전진하게 하소서. 모든 상황 속에서 하나님의 선하신 뜻을 발견하고 감사하며 살아가게 하소서. 예수님의 이름으로 기도드립니다. 아멘.</w:t>
      </w:r>
    </w:p>
    <w:p>
      <w:pPr>
        <w:jc w:val="center"/>
      </w:pPr>
      <w:r>
        <w:t>---------------------------------------------------------------------</w:t>
      </w:r>
    </w:p>
    <w:p>
      <w:r>
        <w:rPr>
          <w:b/>
          <w:sz w:val="28"/>
          <w:u w:val="single"/>
        </w:rPr>
        <w:t>짧은 대표기도문 모음 5월 (8) - 믿음의 결단을 위한 기도</w:t>
      </w:r>
    </w:p>
    <w:p>
      <w:pPr>
        <w:spacing w:before="240" w:after="240"/>
        <w:ind w:firstLine="403"/>
        <w:jc w:val="both"/>
      </w:pPr>
      <w:r>
        <w:t>"마땅히 행할 길을 아이에게 가르치라 그리하면 늙어도 그것을 떠나지 아니하리라" (잠언 22:6)</w:t>
      </w:r>
    </w:p>
    <w:p>
      <w:pPr>
        <w:spacing w:before="240" w:after="240"/>
        <w:ind w:firstLine="403"/>
        <w:jc w:val="both"/>
      </w:pPr>
      <w:r>
        <w:t>거룩하신 하나님, 5월의 신선한 바람처럼 저희 마음에도 새로운 결단과 변화의 바람이 불게 하심에 감사드립니다. 믿음의 성장을 위해 새로운 결단을 내리는 저희에게 용기와 지혜를 주시니 감사합니다.</w:t>
      </w:r>
    </w:p>
    <w:p>
      <w:pPr>
        <w:spacing w:before="240" w:after="240"/>
        <w:ind w:firstLine="403"/>
        <w:jc w:val="both"/>
      </w:pPr>
      <w:r>
        <w:t>주님, 때로는 익숙한 습관과 안락함에 머물러 신앙의 성장을 멈추기도 합니다. 오늘 저희가 영적으로 더 성숙해지기 위해 구체적인 결단을 내리고 실천할 수 있도록 도와주소서. 말씀을 더 깊이 묵상하고, 기도에 더욱 힘쓰며, 이웃을 더 적극적으로 섬기는 결단을 하게 하소서.</w:t>
      </w:r>
    </w:p>
    <w:p>
      <w:pPr>
        <w:spacing w:before="240" w:after="240"/>
        <w:ind w:firstLine="403"/>
        <w:jc w:val="both"/>
      </w:pPr>
      <w:r>
        <w:t>특별히 2025년 5월을 기점으로 우리 각 가정에서 믿음의 전통이 새롭게 세워지게 하소서. 부모가 자녀에게 신앙을 물려주고, 세대를 넘어 하나님을 예배하는 가문이 되게 하소서. 또한 교회 공동체 안에서도 서로를 격려하며 함께 믿음의 여정을 걸어갈 수 있게 하소서.</w:t>
      </w:r>
    </w:p>
    <w:p>
      <w:pPr>
        <w:spacing w:before="240" w:after="240"/>
        <w:ind w:firstLine="403"/>
        <w:jc w:val="both"/>
      </w:pPr>
      <w:r>
        <w:t>이 시대의 도전과 유혹 앞에서도 흔들리지 않는 굳건한 믿음을 갖게 하시고, 날마다 십자가를 지고 주님을 따르는 참된 제자의 삶을 살게 하소서. 여러분도 믿음의 결단이 필요하신가요? 더 많은 기도문이 필요하시다면 &lt;a href="https://yfgc.fgtv.com/y2/01.asp"&gt;여의도순복음교회 기도자료실&lt;/a&gt;을 방문해보세요. 예수 그리스도의 이름으로 기도드립니다. 아멘.</w:t>
      </w:r>
    </w:p>
    <w:p>
      <w:pPr>
        <w:jc w:val="center"/>
      </w:pPr>
      <w:r>
        <w:t>---------------------------------------------------------------------</w:t>
      </w:r>
    </w:p>
    <w:p>
      <w:r>
        <w:rPr>
          <w:b/>
          <w:sz w:val="28"/>
          <w:u w:val="single"/>
        </w:rPr>
        <w:t>짧은 대표기도문 모음 5월 (9) - 교회와 목회자를 위한 기도</w:t>
      </w:r>
    </w:p>
    <w:p>
      <w:pPr>
        <w:spacing w:before="240" w:after="240"/>
        <w:ind w:firstLine="403"/>
        <w:jc w:val="both"/>
      </w:pPr>
      <w:r>
        <w:t>"그가 어떤 사람은 사도로, 어떤 사람은 선지자로, 어떤 사람은 복음 전하는 자로, 어떤 사람은 목사와 교사로 삼으셨으니" (에베소서 4:11)</w:t>
      </w:r>
    </w:p>
    <w:p>
      <w:pPr>
        <w:spacing w:before="240" w:after="240"/>
        <w:ind w:firstLine="403"/>
        <w:jc w:val="both"/>
      </w:pPr>
      <w:r>
        <w:t>은혜로우신 하나님, 5월의 풍성한 결실처럼 우리 교회도 영적으로 풍성한 열매를 맺게 하심에 감사드립니다. 목회자들을 통해 저희에게 말씀을 전해주시고 영적으로 인도해 주심에 감사드립니다.</w:t>
      </w:r>
    </w:p>
    <w:p>
      <w:pPr>
        <w:spacing w:before="240" w:after="240"/>
        <w:ind w:firstLine="403"/>
        <w:jc w:val="both"/>
      </w:pPr>
      <w:r>
        <w:t>주님, 우리 교회의 담임목사님과 부교역자, 장로님들, 모든 교회 리더십에게 성령의 지혜와 능력을 부어주소서. 그들이 세상의 방식이 아닌 하나님의 뜻을 따라 교회를 이끌어가게 하시고, 목양의 부담과 책임 가운데에서도 주님 안에서 기쁨과 평안을 누리게 하소서.</w:t>
      </w:r>
    </w:p>
    <w:p>
      <w:pPr>
        <w:spacing w:before="240" w:after="240"/>
        <w:ind w:firstLine="403"/>
        <w:jc w:val="both"/>
      </w:pPr>
      <w:r>
        <w:t>특별히 2025년 5월 현재, 교회의 사회적 역할과 건강한 성장에 대한 도전이 큰 시기에 우리 목회자들이 진리의 말씀을 담대히 선포하고, 성도들을 바른 길로 인도하는 충성된 종이 되게 하소서. 그들의 가정도 보호하시고 필요한 모든 것을 채워주소서.</w:t>
      </w:r>
    </w:p>
    <w:p>
      <w:pPr>
        <w:spacing w:before="240" w:after="240"/>
        <w:ind w:firstLine="403"/>
        <w:jc w:val="both"/>
      </w:pPr>
      <w:r>
        <w:t>우리 교회가 목회자와 성도가 하나 되어 하나님 나라를 확장하는 선교적 교회로 세워지게 하소서. 교회 안의 모든 사역이 하나님의 영광을 위해 이루어지고, 지역 사회와 민족, 열방을 향한 하나님의 사랑을 실천하는 공동체가 되게 하소서. 예수님의 이름으로 기도드립니다. 아멘.</w:t>
      </w:r>
    </w:p>
    <w:p>
      <w:pPr>
        <w:jc w:val="center"/>
      </w:pPr>
      <w:r>
        <w:t>---------------------------------------------------------------------</w:t>
      </w:r>
    </w:p>
    <w:p>
      <w:r>
        <w:rPr>
          <w:b/>
          <w:sz w:val="28"/>
          <w:u w:val="single"/>
        </w:rPr>
        <w:t>짧은 대표기도문 모음 5월 (10) - 성령충만을 위한 기도</w:t>
      </w:r>
    </w:p>
    <w:p>
      <w:pPr>
        <w:spacing w:before="240" w:after="240"/>
        <w:ind w:firstLine="403"/>
        <w:jc w:val="both"/>
      </w:pPr>
      <w:r>
        <w:t>"오직 성령의 열매는 사랑과 희락과 화평과 오래 참음과 자비와 양선과 충성과 온유와 절제니 이같은 것을 금지할 법이 없느니라" (갈라디아서 5:22-23)</w:t>
      </w:r>
    </w:p>
    <w:p>
      <w:pPr>
        <w:spacing w:before="240" w:after="240"/>
        <w:ind w:firstLine="403"/>
        <w:jc w:val="both"/>
      </w:pPr>
      <w:r>
        <w:t>거룩하신 하나님, 5월에 특별히 기억하는 성령강림을 통해 저희에게 보혜사 성령을 보내주심에 감사드립니다. 일상 속에서 성령의 인도하심을 구하는 저희의 기도를 들어주시니 감사합니다.</w:t>
      </w:r>
    </w:p>
    <w:p>
      <w:pPr>
        <w:spacing w:before="240" w:after="240"/>
        <w:ind w:firstLine="403"/>
        <w:jc w:val="both"/>
      </w:pPr>
      <w:r>
        <w:t>주님, 저희가 때로는 자신의 힘과 지혜만을 의지하다 지치고 실패하는 경험을 합니다. 오늘 저희에게 성령의 충만한 은혜를 부어주셔서, 모든 일을 성령의 인도하심 따라 행하게 하소서. 날마다 말씀과 기도로 성령과 교제하며, 성령의 음성에 민감하게 반응하는 삶을 살게 하소서.</w:t>
      </w:r>
    </w:p>
    <w:p>
      <w:pPr>
        <w:spacing w:before="240" w:after="240"/>
        <w:ind w:firstLine="403"/>
        <w:jc w:val="both"/>
      </w:pPr>
      <w:r>
        <w:t>특별히 2025년 5월 성령강림주일을 앞두고, 우리 교회와 모든 성도들에게 초대교회와 같은 성령의 역사가 나타나게 하소서. 각자에게 허락하신 성령의 은사를 발견하고 활용하여 교회와 세상을 섬기게 하시고, 성령의 열매를 풍성히 맺어 그리스도의 향기를 전하게 하소서.</w:t>
      </w:r>
    </w:p>
    <w:p>
      <w:pPr>
        <w:spacing w:before="240" w:after="240"/>
        <w:ind w:firstLine="403"/>
        <w:jc w:val="both"/>
      </w:pPr>
      <w:r>
        <w:t>우리의 삶 가운데 성령의 능력으로 죄와 유혹을 이기게 하시고, 세상이 줄 수 없는 참 평안과 기쁨을 누리게 하소서. 성령의 인도하심에 따라 하나님의 뜻을 분별하고 순종하는 삶을 살게 하소서. 예수 그리스도의 이름으로 기도합니다. 아멘.</w:t>
      </w:r>
    </w:p>
    <w:p>
      <w:pPr>
        <w:jc w:val="center"/>
      </w:pPr>
      <w:r>
        <w:t>---------------------------------------------------------------------</w:t>
      </w:r>
    </w:p>
    <w:p>
      <w:r>
        <w:rPr>
          <w:b/>
          <w:sz w:val="28"/>
          <w:u w:val="single"/>
        </w:rPr>
        <w:t>짧은 대표기도문 모음 5월 (11) - 어버이날 특별 감사기도</w:t>
      </w:r>
    </w:p>
    <w:p>
      <w:pPr>
        <w:spacing w:before="240" w:after="240"/>
        <w:ind w:firstLine="403"/>
        <w:jc w:val="both"/>
      </w:pPr>
      <w:r>
        <w:t>"네 부모를 공경하라 이것은 약속이 있는 첫 계명이니 이로써 네가 잘되고 땅에서 장수하리라" (에베소서 6:2-3)</w:t>
      </w:r>
    </w:p>
    <w:p>
      <w:pPr>
        <w:spacing w:before="240" w:after="240"/>
        <w:ind w:firstLine="403"/>
        <w:jc w:val="both"/>
      </w:pPr>
      <w:r>
        <w:t>사랑의 하나님, 5월 어버이날을 맞아 부모님을 주신 은혜에 감사드립니다. 생명의 근원이신 하나님께서 부모님을 통해 저희를 이 세상에 보내주시고 양육하게 하심에 감사드립니다.</w:t>
      </w:r>
    </w:p>
    <w:p>
      <w:pPr>
        <w:spacing w:before="240" w:after="240"/>
        <w:ind w:firstLine="403"/>
        <w:jc w:val="both"/>
      </w:pPr>
      <w:r>
        <w:t>주님, 우리의 부모님들은 자신의 편안함과 욕망을 내려놓고 자녀들을 위해 희생하며 살아오셨습니다. 2025년 현재, 고령화 사회 속에서 많은 부모님들이 건강의 어려움과 경제적 불안정을 겪고 계십니다. 그들의 수고와 헌신을 기억하시고, 그들에게 건강과 평안을 허락해 주옵소서.</w:t>
      </w:r>
    </w:p>
    <w:p>
      <w:pPr>
        <w:spacing w:before="240" w:after="240"/>
        <w:ind w:firstLine="403"/>
        <w:jc w:val="both"/>
      </w:pPr>
      <w:r>
        <w:t>저희가 부모님의 사랑을 당연하게 여기지 않고, 감사함으로 받아들이며 효도하는 자녀들이 되게 하소서. 특별히 믿지 않는 부모님들이 계신 성도들에게는 삶의 본을 통해 복음을 전하는 지혜를 주시고, 그들의 구원을 위해 끊임없이 기도하는 마음을 부어주소서.</w:t>
      </w:r>
    </w:p>
    <w:p>
      <w:pPr>
        <w:spacing w:before="240" w:after="240"/>
        <w:ind w:firstLine="403"/>
        <w:jc w:val="both"/>
      </w:pPr>
      <w:r>
        <w:t>이미 천국에 계신 부모님들을 그리워하는 이들에게는 위로와 소망을 주시고, 부모와의 관계가 어려운 이들에게는 치유와 화해의 은혜를 베풀어 주옵소서. 우리 모두가 하나님 안에서 진정한 가족의 의미를 발견하고 실천하게 하소서. 예수님의 이름으로 기도드립니다. 아멘.</w:t>
      </w:r>
    </w:p>
    <w:p>
      <w:pPr>
        <w:jc w:val="center"/>
      </w:pPr>
      <w:r>
        <w:t>---------------------------------------------------------------------</w:t>
      </w:r>
    </w:p>
    <w:p>
      <w:r>
        <w:rPr>
          <w:b/>
          <w:sz w:val="28"/>
          <w:u w:val="single"/>
        </w:rPr>
        <w:t>짧은 대표기도문 모음 5월 (12) - 봄비의 은혜를 구하는 기도</w:t>
      </w:r>
    </w:p>
    <w:p>
      <w:pPr>
        <w:spacing w:before="240" w:after="240"/>
        <w:ind w:firstLine="403"/>
        <w:jc w:val="both"/>
      </w:pPr>
      <w:r>
        <w:t>"너희는 여호와께 비를 구하라 봄비 때에 여호와가 번개를 일으키시고 또 그들에게 큰 비를 내려서 밭의 채소를 각 사람에게 주시리라" (스가랴 10:1)</w:t>
      </w:r>
    </w:p>
    <w:p>
      <w:pPr>
        <w:spacing w:before="240" w:after="240"/>
        <w:ind w:firstLine="403"/>
        <w:jc w:val="both"/>
      </w:pPr>
      <w:r>
        <w:t>창조주 하나님, 5월의 생동하는 자연을 통해 하나님의 창조의 신비를 경험하게 하심에 감사드립니다. 봄비를 통해 땅을 적시고 생명을 풍성하게 하시는 주님의 섭리에 감사드립니다.</w:t>
      </w:r>
    </w:p>
    <w:p>
      <w:pPr>
        <w:spacing w:before="240" w:after="240"/>
        <w:ind w:firstLine="403"/>
        <w:jc w:val="both"/>
      </w:pPr>
      <w:r>
        <w:t>주님, 자연의 비가 땅을 적시듯 저희의 영혼에도 성령의 단비를 내려주소서. 메마른 저희의 심령이 주님의 은혜로 윤택해지게 하시고, 믿음의 씨앗이 싹트고 자라며 열매 맺는 역사가 일어나게 하소서.</w:t>
      </w:r>
    </w:p>
    <w:p>
      <w:pPr>
        <w:spacing w:before="240" w:after="240"/>
        <w:ind w:firstLine="403"/>
        <w:jc w:val="both"/>
      </w:pPr>
      <w:r>
        <w:t>특별히 2025년 봄, 기후 변화로 인한 이상 기후 현상과 자연재해가 증가하는 이 때에, 주님께서 이 땅을 지키시고 보호해 주시기를 간구합니다. 자연과 조화롭게 살아가는 지혜를 주시고, 창조 세계를 돌보는 청지기로서의 책임을 다하게 하소서.</w:t>
      </w:r>
    </w:p>
    <w:p>
      <w:pPr>
        <w:spacing w:before="240" w:after="240"/>
        <w:ind w:firstLine="403"/>
        <w:jc w:val="both"/>
      </w:pPr>
      <w:r>
        <w:t>영적으로도 새로운 부흥의 단비를 한국 교회와 세계 교회에 내려주소서. 교회마다 말씀과 기도로 깨어나고, 주님의 사랑으로 세상을 변화시키는 영적 각성이 일어나게 하소서. 저희의 삶 가운데 영적인 가뭄과 메마름이 아닌, 생명의 물이 흐르는 축복의 통로가 되게 하소서. 예수 그리스도의 이름으로 기도합니다. 아멘.</w:t>
      </w:r>
    </w:p>
    <w:p>
      <w:pPr>
        <w:jc w:val="center"/>
      </w:pPr>
      <w:r>
        <w:t>---------------------------------------------------------------------</w:t>
      </w:r>
    </w:p>
    <w:p>
      <w:r>
        <w:rPr>
          <w:b/>
          <w:sz w:val="28"/>
          <w:u w:val="single"/>
        </w:rPr>
        <w:t>짧은 대표기도문 모음 5월 (13) - 새 신자를 위한 축복기도</w:t>
      </w:r>
    </w:p>
    <w:p>
      <w:pPr>
        <w:spacing w:before="240" w:after="240"/>
        <w:ind w:firstLine="403"/>
        <w:jc w:val="both"/>
      </w:pPr>
      <w:r>
        <w:t>"그러므로 너희가 그리스도 예수를 주로 받았으니 그 안에서 행하되 그 안에 뿌리를 박으며 세움을 받아 교훈을 받은 대로 믿음에 굳게 서서 감사함을 넘치게 하라" (골로새서 2:6-7)</w:t>
      </w:r>
    </w:p>
    <w:p>
      <w:pPr>
        <w:spacing w:before="240" w:after="240"/>
        <w:ind w:firstLine="403"/>
        <w:jc w:val="both"/>
      </w:pPr>
      <w:r>
        <w:t>은혜로우신 하나님, 5월의 새싹처럼 교회에 새로운 영혼들을 보내주시고 믿음의 씨앗을 심게 하심에 감사드립니다. 새롭게 신앙생활을 시작하는 분들을 통해 교회가 활력을 얻게 하시니 감사드립니다.</w:t>
      </w:r>
    </w:p>
    <w:p>
      <w:pPr>
        <w:spacing w:before="240" w:after="240"/>
        <w:ind w:firstLine="403"/>
        <w:jc w:val="both"/>
      </w:pPr>
      <w:r>
        <w:t>주님, 저희 교회에 새롭게 등록하신 모든 분들을 축복해 주시고, 그들이 이곳에서 참된 신앙의 가정을 발견하게 하소서. 낯선 환경과 새로운 관계 속에서도 하나님의 사랑을 경험하며, 믿음 안에서 뿌리내리고 성장할 수 있도록 도와주소서.</w:t>
      </w:r>
    </w:p>
    <w:p>
      <w:pPr>
        <w:spacing w:before="240" w:after="240"/>
        <w:ind w:firstLine="403"/>
        <w:jc w:val="both"/>
      </w:pPr>
      <w:r>
        <w:t>특별히 2025년 5월 현재, 많은 사람들이 코로나19 이후 영적 갈망을 가지고 교회를 찾고 있습니다. 이들이 진정한 복음을 듣고 받아들이며, 성경적 진리 위에 흔들리지 않는 믿음을 세우게 하소서. 또한 기존 성도들이 새 신자들을 따뜻하게 환영하고 섬기며, 함께 성장하는 아름다운 공동체가 되게 하소서.</w:t>
      </w:r>
    </w:p>
    <w:p>
      <w:pPr>
        <w:spacing w:before="240" w:after="240"/>
        <w:ind w:firstLine="403"/>
        <w:jc w:val="both"/>
      </w:pPr>
      <w:r>
        <w:t>새 신자들이 말씀과 기도의 습관을 잘 형성하고, 교회의 다양한 사역과 소그룹에 참여하여 영적 성장을 경험하게 하소서. 그들을 통해 또 다른 생명이 구원받는 선순환이 일어나게 하소서. 예수님의 이름으로 기도드립니다. 아멘.</w:t>
      </w:r>
    </w:p>
    <w:p>
      <w:pPr>
        <w:jc w:val="center"/>
      </w:pPr>
      <w:r>
        <w:t>---------------------------------------------------------------------</w:t>
      </w:r>
    </w:p>
    <w:p>
      <w:r>
        <w:rPr>
          <w:b/>
          <w:sz w:val="28"/>
          <w:u w:val="single"/>
        </w:rPr>
        <w:t>짧은 대표기도문 모음 5월 (14) - 직장과 일터를 위한 기도</w:t>
      </w:r>
    </w:p>
    <w:p>
      <w:pPr>
        <w:spacing w:before="240" w:after="240"/>
        <w:ind w:firstLine="403"/>
        <w:jc w:val="both"/>
      </w:pPr>
      <w:r>
        <w:t>"무슨 일을 하든지 마음을 다하여 주께 하듯 하고 사람에게 하듯 하지 말라" (골로새서 3:23)</w:t>
      </w:r>
    </w:p>
    <w:p>
      <w:pPr>
        <w:spacing w:before="240" w:after="240"/>
        <w:ind w:firstLine="403"/>
        <w:jc w:val="both"/>
      </w:pPr>
      <w:r>
        <w:t>신실하신 하나님, 5월 근로자의 날을 맞아 우리에게 일할 수 있는 능력과 일터를 주심에 감사드립니다. 일상의 노동을 통해 창조 사역에 동참하게 하시고 생계를 이어갈 수 있게 하심에 감사합니다.</w:t>
      </w:r>
    </w:p>
    <w:p>
      <w:pPr>
        <w:spacing w:before="240" w:after="240"/>
        <w:ind w:firstLine="403"/>
        <w:jc w:val="both"/>
      </w:pPr>
      <w:r>
        <w:t>주님, 직장과 일터에서 그리스도인으로서의 정체성을 잃지 않고 빛과 소금의 역할을 감당할 수 있도록 도와주소서. 세상의 가치관과 윤리에 휩쓸리지 않고, 정직과 성실, 섬김의 자세로 주님을 기쁘시게 하는 일꾼이 되게 하소서.</w:t>
      </w:r>
    </w:p>
    <w:p>
      <w:pPr>
        <w:spacing w:before="240" w:after="240"/>
        <w:ind w:firstLine="403"/>
        <w:jc w:val="both"/>
      </w:pPr>
      <w:r>
        <w:t>특별히 2025년 5월 현재, AI와 디지털 전환으로 인한 급격한 직업 환경 변화와 경제적 불확실성 속에서 많은 이들이 불안을 경험하고 있습니다. 이직과 구직의 과정에 있는 성도들에게 적절한 기회를 열어주시고, 직장 내 부당한 대우나 어려움을 겪는 이들을 보호하여 주소서.</w:t>
      </w:r>
    </w:p>
    <w:p>
      <w:pPr>
        <w:spacing w:before="240" w:after="240"/>
        <w:ind w:firstLine="403"/>
        <w:jc w:val="both"/>
      </w:pPr>
      <w:r>
        <w:t>우리가 일에 얽매여 영적 생활을 소홀히 하지 않게 하시고, 일과 쉼의 균형을 이루며 일터를 통해 복음을 증거하는 삶을 살게 하소서. 모든 일이 단순한 생계수단이 아닌 하나님을 섬기고 이웃을 사랑하는 소명임을 기억하며 살게 하소서. 예수 그리스도의 이름으로 기도합니다. 아멘.</w:t>
      </w:r>
    </w:p>
    <w:p>
      <w:pPr>
        <w:jc w:val="center"/>
      </w:pPr>
      <w:r>
        <w:t>---------------------------------------------------------------------</w:t>
      </w:r>
    </w:p>
    <w:p>
      <w:r>
        <w:rPr>
          <w:b/>
          <w:sz w:val="28"/>
          <w:u w:val="single"/>
        </w:rPr>
        <w:t>짧은 대표기도문 모음 5월 (15) - 선교와 전도를 위한 기도</w:t>
      </w:r>
    </w:p>
    <w:p>
      <w:pPr>
        <w:spacing w:before="240" w:after="240"/>
        <w:ind w:firstLine="403"/>
        <w:jc w:val="both"/>
      </w:pPr>
      <w:r>
        <w:t>"또 이르시되 너희는 온 천하에 다니며 만민에게 복음을 전파하라" (마가복음 16:15)</w:t>
      </w:r>
    </w:p>
    <w:p>
      <w:pPr>
        <w:spacing w:before="240" w:after="240"/>
        <w:ind w:firstLine="403"/>
        <w:jc w:val="both"/>
      </w:pPr>
      <w:r>
        <w:t>선교의 하나님, 5월의 푸른 생명력처럼 복음의 생명력이 온 세상에 퍼져나가게 하심에 감사드립니다. 저희를 통해 주님의 복음이 전파되는 은혜를 허락하심에 감사합니다.</w:t>
      </w:r>
    </w:p>
    <w:p>
      <w:pPr>
        <w:spacing w:before="240" w:after="240"/>
        <w:ind w:firstLine="403"/>
        <w:jc w:val="both"/>
      </w:pPr>
      <w:r>
        <w:t>주님, 때로는 복음 전파의 사명을 망각하고 편안함에 안주하려는 저희를 용서하여 주소서. 예수님의 지상명령을 기억하며 삶의 자리에서 복음을 전하는 일에 더욱 힘쓰게 하소서. 말과 행동이 일치하는 삶을 통해 진정한 그리스도의 증인이 되게 하소서.</w:t>
      </w:r>
    </w:p>
    <w:p>
      <w:pPr>
        <w:spacing w:before="240" w:after="240"/>
        <w:ind w:firstLine="403"/>
        <w:jc w:val="both"/>
      </w:pPr>
      <w:r>
        <w:t>특별히 2025년 5월 현재, 세계 곳곳에서 활동 중인 선교사님들을 보호하여 주시고, 필요한 모든 것을 공급하여 주소서. 특히 북한과 중동, 아프리카 등 복음 전파가 어려운 지역의 선교사들과 현지 교회를 지켜주시고, 그들을 통해 놀라운 구원의 역사가 일어나게 하소서.</w:t>
      </w:r>
    </w:p>
    <w:p>
      <w:pPr>
        <w:spacing w:before="240" w:after="240"/>
        <w:ind w:firstLine="403"/>
        <w:jc w:val="both"/>
      </w:pPr>
      <w:r>
        <w:t>디지털 시대에 맞는 새로운 선교 전략과 방법을 개발하게 하시고, 온라인을 통해서도 효과적으로 복음이 전파되게 하소서. 우리 교회가 선교와 전도에 더욱 관심을 가지고 기도와 헌금, 직접 참여로 선교에 동참하게 하소서. 한국 교회가 세계 선교의 중심으로 쓰임 받는 축복을 허락해 주소서. 예수 그리스도의 이름으로 기도드립니다. 아멘.</w:t>
      </w:r>
    </w:p>
    <w:p>
      <w:pPr>
        <w:jc w:val="center"/>
      </w:pPr>
      <w:r>
        <w:t>---------------------------------------------------------------------</w:t>
      </w:r>
    </w:p>
    <w:p>
      <w:r>
        <w:rPr>
          <w:b/>
          <w:sz w:val="28"/>
          <w:u w:val="single"/>
        </w:rPr>
        <w:t>짧은 대표기도문 모음 5월 (16) - 교회 학교와 다음 세대를 위한 기도</w:t>
      </w:r>
    </w:p>
    <w:p>
      <w:pPr>
        <w:spacing w:before="240" w:after="240"/>
        <w:ind w:firstLine="403"/>
        <w:jc w:val="both"/>
      </w:pPr>
      <w:r>
        <w:t>"이 말씀을 네 자녀에게 부지런히 가르치며 집에 앉았을 때에든지 길을 갈 때에든지 누워 있을 때에든지 일어날 때에든지 이 말씀을 강론할 것이며" (신명기 6:7)</w:t>
      </w:r>
    </w:p>
    <w:p>
      <w:pPr>
        <w:spacing w:before="240" w:after="240"/>
        <w:ind w:firstLine="403"/>
        <w:jc w:val="both"/>
      </w:pPr>
      <w:r>
        <w:t>지혜로우신 하나님, 5월 가정의 달을 맞아 다음 세대를 주신 은혜에 감사드립니다. 교회 학교와 청소년들을 통해 교회의 미래를 밝혀주심에 감사드립니다.</w:t>
      </w:r>
    </w:p>
    <w:p>
      <w:pPr>
        <w:spacing w:before="240" w:after="240"/>
        <w:ind w:firstLine="403"/>
        <w:jc w:val="both"/>
      </w:pPr>
      <w:r>
        <w:t>주님, 급변하는 시대 속에서 우리 자녀들이 세상의 가치관이 아닌 성경적 가치관을 가지고 자라날 수 있도록 도와주소서. 특별히 2025년 현재, 디지털 네이티브 세대인 우리 아이들이 미디어와 인터넷의 유해한 영향으로부터 보호받고, 기술을 하나님의 영광을 위해 사용하는 지혜를 갖게 하소서.</w:t>
      </w:r>
    </w:p>
    <w:p>
      <w:pPr>
        <w:spacing w:before="240" w:after="240"/>
        <w:ind w:firstLine="403"/>
        <w:jc w:val="both"/>
      </w:pPr>
      <w:r>
        <w:t>교회 학교 교사들에게 열정과 지혜를 부어주시고, 아이들을 진심으로 사랑하며 섬기는 마음을 주소서. 주일학교와 청소년부, 청년부가 단순한 프로그램 전달이 아닌, 진정한 제자 양성의 현장이 되게 하소서.</w:t>
      </w:r>
    </w:p>
    <w:p>
      <w:pPr>
        <w:spacing w:before="240" w:after="240"/>
        <w:ind w:firstLine="403"/>
        <w:jc w:val="both"/>
      </w:pPr>
      <w:r>
        <w:t>부모들이 가정에서 신앙 교육의 중요성을 깨닫고, 말씀과 기도로 자녀를 양육하는 데 최선을 다하게 하소서. 다음 세대가 믿음의 계승자로 세워져 이 시대에 하나님 나라를 확장하는 주역이 되게 하소서. 가정과 교회, 학교가 연합하여 건강한 다음 세대를 양성하는 일에 협력하게 하소서. 예수님의 이름으로 기도드립니다. 아멘.</w:t>
      </w:r>
    </w:p>
    <w:p>
      <w:pPr>
        <w:jc w:val="center"/>
      </w:pPr>
      <w:r>
        <w:t>---------------------------------------------------------------------</w:t>
      </w:r>
    </w:p>
    <w:p>
      <w:r>
        <w:rPr>
          <w:b/>
          <w:sz w:val="28"/>
          <w:u w:val="single"/>
        </w:rPr>
        <w:t>짧은 대표기도문 모음 5월 (17) - 졸업과 입학 시즌을 위한 기도</w:t>
      </w:r>
    </w:p>
    <w:p>
      <w:pPr>
        <w:spacing w:before="240" w:after="240"/>
        <w:ind w:firstLine="403"/>
        <w:jc w:val="both"/>
      </w:pPr>
      <w:r>
        <w:t>"너는 마음을 다하여 여호와를 신뢰하고 네 명철을 의지하지 말라 너는 범사에 그를 인정하라 그리하면 네 길을 지도하시리라" (잠언 3:5-6)</w:t>
      </w:r>
    </w:p>
    <w:p>
      <w:pPr>
        <w:spacing w:before="240" w:after="240"/>
        <w:ind w:firstLine="403"/>
        <w:jc w:val="both"/>
      </w:pPr>
      <w:r>
        <w:t>인도하시는 하나님, 5월에 맞이하는 졸업과 입학의 시간 가운데 새로운 시작을 허락하심에 감사드립니다. 배움의 과정을 통해 성장하게 하시고 지혜를 더하게 하심에 감사드립니다.</w:t>
      </w:r>
    </w:p>
    <w:p>
      <w:pPr>
        <w:spacing w:before="240" w:after="240"/>
        <w:ind w:firstLine="403"/>
        <w:jc w:val="both"/>
      </w:pPr>
      <w:r>
        <w:t>주님, 졸업을 맞이하는 학생들에게 지나온 시간을 감사함으로 되돌아보게 하시고, 앞으로의 새로운 도전을 향해 용기 있게 나아가게 하소서. 특별히 2025년 5월, 어려운 취업 환경 속에서 진로를 고민하는 졸업생들에게 명확한 방향을 제시해 주시고, 믿음 안에서 자신의 달란트를 발견하고 개발하게 하소서.</w:t>
      </w:r>
    </w:p>
    <w:p>
      <w:pPr>
        <w:spacing w:before="240" w:after="240"/>
        <w:ind w:firstLine="403"/>
        <w:jc w:val="both"/>
      </w:pPr>
      <w:r>
        <w:t>새롭게 입학하는 학생들에게는 적응을 위한 은혜를 베풀어 주시고, 좋은 친구들과 스승을 만나 건강한 학교생활을 할 수 있게 하소서. 학업의 부담과 경쟁 속에서도 하나님 나라의 가치를 우선시하며, 지식만이 아닌 지혜와 덕을 겸비한 인재로 자라게 하소서.</w:t>
      </w:r>
    </w:p>
    <w:p>
      <w:pPr>
        <w:spacing w:before="240" w:after="240"/>
        <w:ind w:firstLine="403"/>
        <w:jc w:val="both"/>
      </w:pPr>
      <w:r>
        <w:t>학생들을 가르치는 교사와 교수님들에게도 열정과 사명감을 부어주시고, 그들이 지식 전달자를 넘어 인생의 멘토로서 학생들을 바르게 인도하게 하소서. 교육 현장이 하나님의 지혜가 흐르는 곳이 되게 하시고, 다음 세대가 하나님의 영광을 위해 준비되게 하소서. 예수님의 이름으로 기도드립니다. 아멘.</w:t>
      </w:r>
    </w:p>
    <w:p>
      <w:pPr>
        <w:jc w:val="center"/>
      </w:pPr>
      <w:r>
        <w:t>---------------------------------------------------------------------</w:t>
      </w:r>
    </w:p>
    <w:p>
      <w:r>
        <w:rPr>
          <w:b/>
          <w:sz w:val="28"/>
          <w:u w:val="single"/>
        </w:rPr>
        <w:t>짧은 대표기도문 모음 5월 (18) - 치유와 회복을 위한 기도</w:t>
      </w:r>
    </w:p>
    <w:p>
      <w:pPr>
        <w:spacing w:before="240" w:after="240"/>
        <w:ind w:firstLine="403"/>
        <w:jc w:val="both"/>
      </w:pPr>
      <w:r>
        <w:t>"그가 찔림은 우리의 허물 때문이요 그가 상함은 우리의 죄악 때문이라 그가 징계를 받으므로 우리는 평화를 누리고 그가 채찍에 맞으므로 우리는 나음을 받았도다" (이사야 53:5)</w:t>
      </w:r>
    </w:p>
    <w:p>
      <w:pPr>
        <w:spacing w:before="240" w:after="240"/>
        <w:ind w:firstLine="403"/>
        <w:jc w:val="both"/>
      </w:pPr>
      <w:r>
        <w:t>치유의 하나님, 5월의 따스한 햇살처럼 주님의 치유의 빛이 우리의 상처와 아픔 위에 비추고 있음을 믿습니다. 몸과 마음, 영혼의 온전한 회복을 위해 일하시는 주님의 손길에 감사드립니다.</w:t>
      </w:r>
    </w:p>
    <w:p>
      <w:pPr>
        <w:spacing w:before="240" w:after="240"/>
        <w:ind w:firstLine="403"/>
        <w:jc w:val="both"/>
      </w:pPr>
      <w:r>
        <w:t>주님, 육체적 질병으로 고통받는 이들에게 치유의 은혜를 베풀어 주소서. 특별히 2025년 5월 현재, 코로나19 이후 새롭게 등장한 질병들과 만성질환으로 힘들어하는 이들, 정신적 스트레스와 우울증으로 어려움을 겪는 이들을 기억하여 주소서. 의료진들에게 지혜를 주시고, 환자들에게는 인내와 믿음을 허락해 주소서.</w:t>
      </w:r>
    </w:p>
    <w:p>
      <w:pPr>
        <w:spacing w:before="240" w:after="240"/>
        <w:ind w:firstLine="403"/>
        <w:jc w:val="both"/>
      </w:pPr>
      <w:r>
        <w:t>영적으로 지치고 상처받은 이들에게도 회복의 은혜를 부어주소서. 신앙의 위기를 겪거나 교회 안에서 상처받은 이들, 삶의 어려움으로 하나님을 멀리한 이들을 다시 주님의 품으로 불러주시고 치유해 주소서.</w:t>
      </w:r>
    </w:p>
    <w:p>
      <w:pPr>
        <w:spacing w:before="240" w:after="240"/>
        <w:ind w:firstLine="403"/>
        <w:jc w:val="both"/>
      </w:pPr>
      <w:r>
        <w:t>관계의 깨어짐과 갈등으로 아파하는 가정과 공동체에도 화해와 용서의 역사가 일어나게 하소서. 우리 모두가 상처를 주는 자가 아닌 치유자로 세워져, 그리스도의 사랑으로 서로의 아픔을 감싸고 회복시키는 공동체가 되게 하소서. 예수 그리스도의 이름으로 기도드립니다. 아멘.</w:t>
      </w:r>
    </w:p>
    <w:p>
      <w:pPr>
        <w:jc w:val="center"/>
      </w:pPr>
      <w:r>
        <w:t>---------------------------------------------------------------------</w:t>
      </w:r>
    </w:p>
    <w:p>
      <w:r>
        <w:rPr>
          <w:b/>
          <w:sz w:val="28"/>
          <w:u w:val="single"/>
        </w:rPr>
        <w:t>짧은 대표기도문 모음 5월 (19) - 환경 보호와 창조 세계를 위한 기도</w:t>
      </w:r>
    </w:p>
    <w:p>
      <w:pPr>
        <w:spacing w:before="240" w:after="240"/>
        <w:ind w:firstLine="403"/>
        <w:jc w:val="both"/>
      </w:pPr>
      <w:r>
        <w:t>"하늘은 여호와의 하늘이라도 땅은 사람에게 주셨음이로다" (시편 115:16)</w:t>
      </w:r>
    </w:p>
    <w:p>
      <w:pPr>
        <w:spacing w:before="240" w:after="240"/>
        <w:ind w:firstLine="403"/>
        <w:jc w:val="both"/>
      </w:pPr>
      <w:r>
        <w:t>창조주 하나님, 5월의 아름다운 자연을 통해 주님의 창조의 섭리를 경험하게 하심에 감사드립니다. 저희에게 이 땅을 돌보는 청지기의 사명을 주심에 감사드립니다.</w:t>
      </w:r>
    </w:p>
    <w:p>
      <w:pPr>
        <w:spacing w:before="240" w:after="240"/>
        <w:ind w:firstLine="403"/>
        <w:jc w:val="both"/>
      </w:pPr>
      <w:r>
        <w:t>주님, 저희가 때로는 편리함과 이기심으로 주님이 만드신 자연을 훼손하고 파괴하였음을 고백합니다. 특별히 2025년 5월 현재, 전 세계적으로 심각해지는 기후 변화와 환경 오염, 생물 다양성 감소, 자원 고갈 문제를 위해 기도합니다. 저희에게 창조 세계에 대한 책임감을 일깨워 주시고, 환경을 보전하는 일에 그리스도인으로서 앞장서게 하소서.</w:t>
      </w:r>
    </w:p>
    <w:p>
      <w:pPr>
        <w:spacing w:before="240" w:after="240"/>
        <w:ind w:firstLine="403"/>
        <w:jc w:val="both"/>
      </w:pPr>
      <w:r>
        <w:t>각 가정에서부터 자원 절약과 재활용, 친환경적 생활 방식을 실천하게 하시고, 교회 공동체가 환경 보호의 모범이 되게 하소서. 기업과 정부 지도자들이 단기적 이익이 아닌 지속 가능한 미래를 위한 결정을 내리도록 지혜를 주소서.</w:t>
      </w:r>
    </w:p>
    <w:p>
      <w:pPr>
        <w:spacing w:before="240" w:after="240"/>
        <w:ind w:firstLine="403"/>
        <w:jc w:val="both"/>
      </w:pPr>
      <w:r>
        <w:t>자연 재해로 고통받는 지역들을 보호하시고, 모든 피조물이 조화롭게 공존할 수 있는 건강한 생태계가 회복되게 하소서. 저희가 다음 세대를 위해 아름다운 자연을 보존하는 책임을 다하게 하시고, 창조 세계를 통해 창조주의 영광을 드러내게 하소서. 예수님의 이름으로 기도드립니다. 아멘.</w:t>
      </w:r>
    </w:p>
    <w:p>
      <w:pPr>
        <w:jc w:val="center"/>
      </w:pPr>
      <w:r>
        <w:t>---------------------------------------------------------------------</w:t>
      </w:r>
    </w:p>
    <w:p>
      <w:r>
        <w:rPr>
          <w:b/>
          <w:sz w:val="28"/>
          <w:u w:val="single"/>
        </w:rPr>
        <w:t>짧은 대표기도문 모음 5월 (20) - 추수감사와 풍성한 열매를 위한 기도</w:t>
      </w:r>
    </w:p>
    <w:p>
      <w:pPr>
        <w:spacing w:before="240" w:after="240"/>
        <w:ind w:firstLine="403"/>
        <w:jc w:val="both"/>
      </w:pPr>
      <w:r>
        <w:t>"너희는 먼저 그의 나라와 그의 의를 구하라 그리하면 이 모든 것을 너희에게 더하시리라" (마태복음 6:33)</w:t>
      </w:r>
    </w:p>
    <w:p>
      <w:pPr>
        <w:spacing w:before="240" w:after="240"/>
        <w:ind w:firstLine="403"/>
        <w:jc w:val="both"/>
      </w:pPr>
      <w:r>
        <w:t>풍성하신 하나님, 5월의 결실처럼 우리 삶에도 풍성한 열매를 맺게 하심에 감사드립니다. 일상의 필요를 채워주시고 영적인 풍요로움을 누리게 하심에 감사드립니다.</w:t>
      </w:r>
    </w:p>
    <w:p>
      <w:pPr>
        <w:spacing w:before="240" w:after="240"/>
        <w:ind w:firstLine="403"/>
        <w:jc w:val="both"/>
      </w:pPr>
      <w:r>
        <w:t>주님, 저희가 때로는 물질적 풍요만을 추구하며 영적 풍요로움을 놓칠 때가 있습니다. 삶의 진정한 풍요가 하나님과의 관계 안에 있음을 깨닫게 하시고, 모든 것이 주님의 은혜임을 인정하며 감사하는 마음으로 살게 하소서.</w:t>
      </w:r>
    </w:p>
    <w:p>
      <w:pPr>
        <w:spacing w:before="240" w:after="240"/>
        <w:ind w:firstLine="403"/>
        <w:jc w:val="both"/>
      </w:pPr>
      <w:r>
        <w:t>특별히 2025년 5월 현재, 경제적 불확실성과 물가 상승으로 어려움을 겪는 이들에게 필요한 것을 공급해 주시고, 믿음으로 이 시기를 극복하게 하소서. 물질의 축복을 받은 이들은 그것이 하나님의 나라를 위해 사용되어야 할 청지기적 책임임을 인식하고, 나눔과 섬김으로 그 축복을 흘려보내게 하소서.</w:t>
      </w:r>
    </w:p>
    <w:p>
      <w:pPr>
        <w:spacing w:before="240" w:after="240"/>
        <w:ind w:firstLine="403"/>
        <w:jc w:val="both"/>
      </w:pPr>
      <w:r>
        <w:t>우리 삶에서 성령의 열매인 사랑과 희락과 화평, 오래 참음과 자비와 양선, 충성과 온유와 절제가 풍성히 맺히게 하소서. 교회 공동체가 세상을 향해 그리스도의 사랑을 나누는 풍성한 열매를 맺게 하시고, 모든 영광을 하나님께 돌리게 하소서. &lt;a href="https://yfgc.fgtv.com/y2/01.asp"&gt;여의도순복음교회 기도자료실&lt;/a&gt;에서 더 많은 기도문을 찾아보세요. 예수님의 이름으로 기도드립니다. 아멘.</w:t>
      </w:r>
    </w:p>
    <w:p>
      <w:pPr>
        <w:jc w:val="center"/>
      </w:pPr>
      <w:r>
        <w:t>---------------------------------------------------------------------</w:t>
      </w:r>
    </w:p>
    <w:p>
      <w:r>
        <w:rPr>
          <w:b/>
          <w:sz w:val="28"/>
          <w:u w:val="single"/>
        </w:rPr>
        <w:t>짧은 대표기도문 모음 5월: 일상에서 드리는 마음의 기도</w:t>
      </w:r>
    </w:p>
    <w:p>
      <w:pPr>
        <w:spacing w:before="240" w:after="240"/>
        <w:ind w:firstLine="403"/>
        <w:jc w:val="both"/>
      </w:pPr>
      <w:r>
        <w:t>이상으로 5월에 활용할 수 있는 20가지 짧은 대표기도문 모음을 소개해 드렸습니다. 5월의 의미 있는 행사들과 시기적 특성을 담은 이 기도문들이 여러분의 개인 기도 시간과 교회의 대표기도, 가정예배 등 다양한 상황에서 활용되기를 바랍니다.</w:t>
      </w:r>
    </w:p>
    <w:p>
      <w:pPr>
        <w:spacing w:before="240" w:after="240"/>
        <w:ind w:firstLine="403"/>
        <w:jc w:val="both"/>
      </w:pPr>
      <w:r>
        <w:t>기도는 형식에 맞추어 드리는 의식이 아니라, 하나님과의 진실한 대화입니다. 때로는 준비된 기도문이 도움이 되기도 하지만, 가장 중요한 것은 마음의 진실함과 믿음입니다. 이 기도문들이 여러분의 마음을 표현하는 작은 도구가 되길 바랍니다.</w:t>
      </w:r>
    </w:p>
    <w:p>
      <w:pPr>
        <w:spacing w:before="240" w:after="240"/>
        <w:ind w:firstLine="403"/>
        <w:jc w:val="both"/>
      </w:pPr>
      <w:r>
        <w:t>무엇보다 기도는 일회성 행사가 아닌 일상의 습관이 되어야 합니다. "쉬지 말고 기도하라"는 말씀처럼, 삶의 모든 순간에서 하나님과 대화하며 동행하는 신앙생활이 되시기를 진심으로 축복합니다. 하나님께서 여러분의 진실한 기도를 들으시고, 그분의 선하신 뜻 가운데 응답해 주시길 기도합니다.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짧은 대표기도문 모음 5월</dc:title>
  <dc:subject>기도문 모음</dc:subject>
  <dc:creator>대표 기도문 나눔터</dc:creator>
  <cp:keywords>짧은, 대표기도문, 모음</cp:keywords>
  <dc:description>짧은 대표기도문 모음 5월 - 더 많은 기도문은 https://prayer-church.co.kr/ 에서 확인하세요
웹사이트: https://prayer-church.co.kr/
콘텐츠 유형: 기도문
SEO 설명: 짧은 대표기도문 모음 5월...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