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구역예배 대표기도문</w:t>
      </w:r>
    </w:p>
    <w:p/>
    <w:p>
      <w:pPr>
        <w:spacing w:before="240" w:after="240"/>
        <w:ind w:firstLine="403"/>
        <w:jc w:val="both"/>
      </w:pPr>
      <w:r>
        <w:t xml:space="preserve"> 구역예배 대표기도문 - 은혜로운 예배를 위한 완벽 가이드</w:t>
      </w:r>
    </w:p>
    <w:p>
      <w:pPr>
        <w:jc w:val="center"/>
      </w:pPr>
      <w:r>
        <w:t>---------------------------------------------------------------------</w:t>
      </w:r>
    </w:p>
    <w:p>
      <w:pPr>
        <w:spacing w:before="240" w:after="240"/>
        <w:ind w:firstLine="403"/>
        <w:jc w:val="both"/>
      </w:pPr>
      <w:r>
        <w:t xml:space="preserve">구역예배 대표기도문은 소그룹 예배의 핵심이며, 참석자들의 마음을 하나님께 모으는 중요한 역할을 합니다. 오늘 준비한 다양한 상황별 기도문들을 통해 여러분의 구역예배가 더욱 은혜롭고 의미 있는 시간이 되길 바랍니다. 각각의 기도문은 성경 말씀에 기반하여 작성되었으며, 계절과 상황에 맞게 활용하실 수 있습니다. </w:t>
      </w:r>
    </w:p>
    <w:p>
      <w:r>
        <w:rPr>
          <w:b/>
          <w:sz w:val="28"/>
          <w:u w:val="single"/>
        </w:rPr>
        <w:t>구역예배 대표기도문 1 - 새해 소망을 담은 기도</w:t>
      </w:r>
    </w:p>
    <w:p>
      <w:pPr>
        <w:spacing w:before="240" w:after="240"/>
        <w:ind w:firstLine="403"/>
        <w:jc w:val="both"/>
      </w:pPr>
      <w:r>
        <w:t>"여호와를 기뻐하라 그가 네 마음의 소원을 네게 이루어 주시리로다" (시편 37:4)</w:t>
      </w:r>
    </w:p>
    <w:p>
      <w:pPr>
        <w:jc w:val="center"/>
      </w:pPr>
      <w:r>
        <w:t>---------------------------------------------------------------------</w:t>
      </w:r>
    </w:p>
    <w:p>
      <w:pPr>
        <w:spacing w:before="240" w:after="240"/>
        <w:ind w:firstLine="403"/>
        <w:jc w:val="both"/>
      </w:pPr>
      <w:r>
        <w:t xml:space="preserve">새해가 시작되면서 우리 구역이 함께 모여 하나님께 나아가는 이 시간이 얼마나 귀한지 모릅니다. 지난 한 해 동안 베풀어주신 은혜에 감사하며, 새로운 해에 대한 기대와 소망을 품고 기도하는 시간을 가져봅시다. 사랑하는 하나님 아버지, 오늘 저희 구역이 한마음으로 모여 주님께 예배드릴 수 있게 하심을 진심으로 감사드립니다. 새해가 시작되면서 저희 각자가 품고 있는 마음의 짐들과 소망들을 주님 앞에 내려놓습니다. 지난 한 해 동안 저희와 함께하시며 인도해주신 주님의 은혜가 얼마나 크고 놀라운지 다시 한번 깨닫게 됩니다. 주님, 새로운 해를 맞이하면서 저희 구역 식구들 한 분 한 분이 주님과 더욱 깊은 관계 안에서 살아갈 수 있도록 도와주시옵소서. 각자의 가정과 직장, 학교에서 주님의 빛과 소금의 역할을 감당할 수 있는 지혜와 용기를 주시옵소서. 특별히 어려운 상황에 있는 가족들에게는 주님의 위로와 치유가 임하게 하시고, 기쁨이 있는 가족들과는 그 기쁨을 함께 나눌 수 있게 하옵소서. 저희가 서로를 위해 기도하고 격려하며, 주님의 사랑을 실천하는 아름다운 공동체가 되게 하옵소서. 때로는 연약함과 부족함으로 서로에게 상처를 줄 수도 있겠지만, 주님의 용서와 은혜 안에서 화해하고 더욱 단단한 믿음의 동역자가 되게 하옵소서. 구역장님과 구역원들이 서로를 섬기며 하나님의 나라를 이루어가는 소중한 도구로 사용되게 하옵소서. 새해에도 저희 구역을 통해 주님의 영광이 나타나게 하시고, 아직 주님을 모르는 이웃들에게 복음을 전할 수 있는 기회들을 허락해 주시옵소서. 예수 그리스도의 이름으로 기도드립니다. 아멘. </w:t>
      </w:r>
    </w:p>
    <w:p>
      <w:r>
        <w:rPr>
          <w:b/>
          <w:sz w:val="28"/>
          <w:u w:val="single"/>
        </w:rPr>
        <w:t>구역예배 대표기도문 2 - 감사와 찬양의 기도</w:t>
      </w:r>
    </w:p>
    <w:p>
      <w:pPr>
        <w:spacing w:before="240" w:after="240"/>
        <w:ind w:firstLine="403"/>
        <w:jc w:val="both"/>
      </w:pPr>
      <w:r>
        <w:t>"범사에 감사하라 이것이 그리스도 예수 안에서 너희를 향하신 하나님의 뜻이니라" (데살로니가전서 5:18)</w:t>
      </w:r>
    </w:p>
    <w:p>
      <w:pPr>
        <w:jc w:val="center"/>
      </w:pPr>
      <w:r>
        <w:t>---------------------------------------------------------------------</w:t>
      </w:r>
    </w:p>
    <w:p>
      <w:pPr>
        <w:spacing w:before="240" w:after="240"/>
        <w:ind w:firstLine="403"/>
        <w:jc w:val="both"/>
      </w:pPr>
      <w:r>
        <w:t xml:space="preserve">일상의 분주함 속에서도 잠시 멈춰 서서 하나님의 은혜를 되돌아보는 시간은 정말 소중합니다. 오늘 우리가 함께 모인 이 자리에서 주님께 드리는 감사와 찬양이 하늘까지 상달되기를 소망하며 기도를 시작합니다. 전능하신 하나님 아버지, 오늘도 저희를 이곳으로 인도하셔서 함께 예배할 수 있게 하심을 감사드립니다. 바쁜 일상 중에서도 주님을 예배하고 교제할 수 있는 시간과 장소를 허락해 주시니 주님의 은혜가 참으로 크다는 것을 느낍니다. 구역 식구들 한 사람 한 사람을 사랑하시고 돌보시는 주님의 세심한 배려에 마음 깊이 감사드립니다. 주님, 때로는 어려운 상황들이 저희를 힘들게 할 때도 있지만, 그 모든 상황 속에서도 주님께서 함께하고 계심을 믿습니다. 건강의 문제로 고생하는 가족들에게는 주님의 치유의 손길이 임하게 하시고, 경제적인 어려움을 겪는 가정들에게는 주님의 공급하심이 넘치게 하옵소서. 자녀들의 문제로 고민하는 부모님들에게는 지혜와 인내를 주시옵소서. 이 모든 것들을 통해서도 주님의 선하신 뜻이 이루어짐을 믿고 감사드립니다. 저희가 받은 은혜만큼 이웃들에게도 사랑을 베풀 수 있는 마음을 주시옵소서. 특별히 저희 구역이 지역사회의 빛과 소금의 역할을 감당할 수 있도록 도우시고, 복음을 전하는 통로로 사용해 주시옵소서. 구역원들이 서로 사랑하고 격려하며 주님의 몸된 교회를 든든히 세워가게 하옵소서. 오늘 이 예배를 통해 주님의 말씀이 저희 마음에 깊이 새겨지게 하시고, 일주일 동안 그 말씀을 붙들고 승리하는 삶을 살게 하옵소서. 예수 그리스도의 이름으로 기도드립니다. 아멘. </w:t>
      </w:r>
    </w:p>
    <w:p>
      <w:r>
        <w:rPr>
          <w:b/>
          <w:sz w:val="28"/>
          <w:u w:val="single"/>
        </w:rPr>
        <w:t>구역예배 대표기도문 3 - 치유와 회복을 위한 기도</w:t>
      </w:r>
    </w:p>
    <w:p>
      <w:pPr>
        <w:spacing w:before="240" w:after="240"/>
        <w:ind w:firstLine="403"/>
        <w:jc w:val="both"/>
      </w:pPr>
      <w:r>
        <w:t>"그가 찔림은 우리의 허물 때문이요 그가 상함은 우리의 죄악 때문이라 그가 징계를 받으므로 우리는 평화를 누리고 그가 채찍에 맞으므로 우리는 나음을 받았도다" (이사야 53:5)</w:t>
      </w:r>
    </w:p>
    <w:p>
      <w:pPr>
        <w:jc w:val="center"/>
      </w:pPr>
      <w:r>
        <w:t>---------------------------------------------------------------------</w:t>
      </w:r>
    </w:p>
    <w:p>
      <w:pPr>
        <w:spacing w:before="240" w:after="240"/>
        <w:ind w:firstLine="403"/>
        <w:jc w:val="both"/>
      </w:pPr>
      <w:r>
        <w:t xml:space="preserve">살아가면서 우리는 몸과 마음의 아픔을 경험하게 됩니다. 그러나 우리에게는 모든 상처를 치유하시는 주님이 계십니다. 오늘 이 시간, 주님의 치유하시는 능력을 간구하며 서로를 위해 기도하는 시간을 갖겠습니다. 치유의 주님이신 하나님 아버지, 오늘 저희가 주님의 이름으로 모인 이 자리에 주님의 임재하심이 가득하기를 간절히 기도드립니다. 몸의 질병으로 고통받고 있는 구역 식구들을 주님께서 긍휼히 여겨 주시옵소서. 정확한 진단과 치료가 이루어지게 하시고, 의료진들의 손을 통해 주님의 치유 역사가 나타나게 하옵소서. 마음의 상처와 아픔으로 힘들어하는 분들에게는 주님의 위로와 평안이 임하게 하옵소서. 우울감이나 불안감으로 어려워하는 가족들에게 주님의 사랑이 느껴지게 하시고, 소망을 잃지 않게 도와주시옵소서. 가정의 불화나 갈등으로 상처받은 분들에게는 용서와 화해의 은혜를 베풀어 주시옵소서. 특별히 경제적인 어려움을 겪고 있는 가정들을 돌보아 주시옵소서. 실직이나 사업의 어려움으로 고민하는 분들에게 새로운 기회를 열어주시고, 당장의 필요를 채워주시옵소서. 자녀들의 학업과 진로 문제로 고민하는 부모님들에게는 지혜로운 판단력을 주시고, 자녀들에게는 올바른 길을 선택할 수 있는 분별력을 주시옵소서. 저희 구역이 서로의 아픔을 나누고 위로하며, 함께 기도하는 아름다운 공동체가 되게 하옵소서. 어려움 당한 가족을 실제적으로 도울 수 있는 방법들을 알게 하시고, 주님의 사랑을 행동으로 보여줄 수 있게 하옵소서. 주님의 치유하시는 능력이 이 시간 이 자리에 임하여 모든 아픔과 상처가 온전히 회복되기를 간절히 기도드립니다. 예수 그리스도의 이름으로 기도드립니다. 아멘. </w:t>
      </w:r>
    </w:p>
    <w:p>
      <w:r>
        <w:rPr>
          <w:b/>
          <w:sz w:val="28"/>
          <w:u w:val="single"/>
        </w:rPr>
        <w:t>구역예배 대표기도문 4 - 전도와 선교를 위한 기도</w:t>
      </w:r>
    </w:p>
    <w:p>
      <w:pPr>
        <w:spacing w:before="240" w:after="240"/>
        <w:ind w:firstLine="403"/>
        <w:jc w:val="both"/>
      </w:pPr>
      <w:r>
        <w:t>"그러므로 너희는 가서 모든 민족을 제자로 삼아 아버지와 아들과 성령의 이름으로 세례를 베풀고" (마태복음 28:19)</w:t>
      </w:r>
    </w:p>
    <w:p>
      <w:pPr>
        <w:jc w:val="center"/>
      </w:pPr>
      <w:r>
        <w:t>---------------------------------------------------------------------</w:t>
      </w:r>
    </w:p>
    <w:p>
      <w:pPr>
        <w:spacing w:before="240" w:after="240"/>
        <w:ind w:firstLine="403"/>
        <w:jc w:val="both"/>
      </w:pPr>
      <w:r>
        <w:t xml:space="preserve">주님께서 우리에게 주신 지상명령을 기억하며, 우리 구역이 복음 전파의 사명을 잘 감당할 수 있도록 기도하는 시간을 갖겠습니다. 우리 주변의 아직 주님을 모르는 이웃들을 생각하며 간절히 기도드립시다. 만민의 구주이신 예수님, 저희를 구원하여 주시고 복음 전파의 사명을 맡겨주심에 감사드립니다. 저희가 받은 구원의 은혜가 얼마나 크고 귀한 것인지 다시 한번 깨닫게 하시고, 이 놀라운 소식을 이웃들과 나누고 싶은 간절한 마음을 주시옵소서. 때로는 복음을 전하는 것이 부담스럽고 어렵게 느껴질 때도 있지만, 성령님께서 저희에게 담대함과 지혜를 주시옵소서. 저희 구역원들의 가족 중에 아직 주님을 영접하지 않은 분들을 위해 기도드립니다. 남편이나 아내, 자녀들, 부모님들이 복음에 마음을 열 수 있도록 성령님께서 역사해 주시옵소서. 그들의 마음에 있는 모든 선입견과 거부감을 제거해 주시고, 주님의 사랑을 느낄 수 있는 기회들을 만들어 주시옵소서. 직장과 학교, 이웃들 중에서도 복음이 필요한 분들이 많이 있습니다. 저희가 말로만이 아니라 삶으로 복음을 증거할 수 있게 하시고, 그들이 저희의 변화된 모습을 통해 주님의 살아계심을 느낄 수 있게 하옵소서. 전도의 기회가 주어졌을 때 담대하게 복음을 전할 수 있는 용기를 주시고, 적절한 말과 행동으로 주님을 증거할 수 있게 하옵소서. 저희 교회의 전도 사역과 선교 사역을 위해서도 기도드립니다. 목회자님들과 선교사님들에게 건강과 지혜를 주시고, 복음이 온 땅에 전해지는 그 날까지 저희가 충성스러운 일꾼이 되게 하옵소서. 구역원들이 각자의 자리에서 선교사의 마음으로 살아가게 하시고, 주님의 지상명령을 완성하는 일에 동참하게 하옵소서. 오늘 이 예배를 통해 받은 은혜를 가지고 나가서, 한 주간 동안 주님의 증인으로 살아가게 하옵소서. 예수 그리스도의 이름으로 기도드립니다. 아멘. </w:t>
      </w:r>
    </w:p>
    <w:p>
      <w:r>
        <w:rPr>
          <w:b/>
          <w:sz w:val="28"/>
          <w:u w:val="single"/>
        </w:rPr>
        <w:t>구역예배 대표기도문 5 - 추수감사절 특별기도</w:t>
      </w:r>
    </w:p>
    <w:p>
      <w:pPr>
        <w:spacing w:before="240" w:after="240"/>
        <w:ind w:firstLine="403"/>
        <w:jc w:val="both"/>
      </w:pPr>
      <w:r>
        <w:t>"범사에 우리 주 예수 그리스도의 이름으로 항상 아버지 하나님께 감사하며" (에베소서 5:20)</w:t>
      </w:r>
    </w:p>
    <w:p>
      <w:pPr>
        <w:spacing w:before="240" w:after="240"/>
        <w:ind w:firstLine="403"/>
        <w:jc w:val="both"/>
      </w:pPr>
      <w:r>
        <w:t>가을의 결실과 함께 맞이하는 추수감사절을 통해 한 해 동안 베풀어주신 하나님의 은혜를 되돌아보며 감사드리는 시간을 갖겠습니다. 물질적인 풍요뿐만 아니라 영적인 은혜까지 모든 좋은 것들을 허락해 주신 주님께 마음을 다해 감사드립시다. 모든 좋은 것들의 근원이신 하나님 아버지, 추수감사절을 맞아 저희가 한마음으로 모여 감사예배를 드릴 수 있게 하심을 진심으로 감사드립니다. 봄에 씨를 뿌리고 여름 내내 가꾸어서 가을에 거두는 자연의 섭리를 통해 주님의 신실하심을 다시 한번 깨닫게 됩니다. 한 해 동안 저희에게 베풀어주신 크고 작은 모든 은혜들을 헤아려보니 주님의 사랑이 얼마나 크고 깊은지 모릅니다. 올 한 해 동안 저희 구역 식구들에게 허락해 주신 건강과 평안에 감사드립니다. 큰 사고나 질병 없이 보호해 주시고, 어려운 상황에서도 주님께서 함께하심을 경험하게 해 주셨습니다. 각자의 직장과 사업터에서 수고한 것보다 더 큰 결실을 거두게 하시고, 자녀들의 학업과 성장 과정에서도 주님의 인도하심이 있었음을 고백합니다. 무엇보다 영적으로 성장할 수 있는 기회들을 주시고, 주님과의 관계가 더욱 깊어지게 하신 것에 감사드립니다. 말씀을 통해 깨달음을 주시고, 기도를 통해 주님과 교제할 수 있게 하셨으며, 구역 식구들과의 아름다운 교제를 통해 서로 격려하고 위로받을 수 있게 하셨습니다. 이 모든 것들이 당연한 것이 아니라 주님의 특별한 은혜임을 고백합니다. 앞으로도 저희가 받은 이 모든 은혜를 기억하며 감사하는 마음으로 살아가게 하옵소서. 풍요로울 때나 부족할 때나 항상 주님께 감사드리며, 이웃들과 나누는 삶을 살게 하옵소서. 특히 어려운 이웃들을 돌보고 섬기는 일에 저희 구역이 앞장설 수 있게 하옵소서. 다가오는 겨울과 새해에도 주님의 은혜가 계속되기를 간구하며, 더욱 성숙한 신앙인이 되어 주님께 영광 돌리는 삶을 살게 하옵소서. 예수 그리스도의 이름으로 감사드리며 기도드립니다. 아멘. 구역예배를 더욱 은혜롭게 인도하고 싶으신 분들을 위해 [더 많은 기도문과 예배 자료](https://www.kumnan.org/board_mPeU84)를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구역예배 대표기도문</dc:title>
  <dc:subject>기도문 모음</dc:subject>
  <dc:creator>대표 기도문 나눔터</dc:creator>
  <cp:keywords>구역예배, 대표기도문</cp:keywords>
  <dc:description>구역예배 대표기도문 - 더 많은 기도문은 https://prayer-church.co.kr/ 에서 확인하세요
웹사이트: https://prayer-church.co.kr/
콘텐츠 유형: 기도문
SEO 설명: 구역예배 대표기도문...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