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수요예배 대표기도문 2025년 6월</w:t>
      </w:r>
    </w:p>
    <w:p/>
    <w:p>
      <w:pPr>
        <w:spacing w:before="240" w:after="240"/>
        <w:ind w:firstLine="403"/>
        <w:jc w:val="both"/>
      </w:pPr>
      <w:r>
        <w:t xml:space="preserve"> 수요예배 대표기도문 2025년 6월</w:t>
      </w:r>
    </w:p>
    <w:p>
      <w:pPr>
        <w:jc w:val="center"/>
      </w:pPr>
      <w:r>
        <w:t>---------------------------------------------------------------------</w:t>
      </w:r>
    </w:p>
    <w:p>
      <w:pPr>
        <w:spacing w:before="240" w:after="240"/>
        <w:ind w:firstLine="403"/>
        <w:jc w:val="both"/>
      </w:pPr>
      <w:r>
        <w:t xml:space="preserve">수요예배 대표기도문 2025년 6월을 통해 주중 바쁜 일상 속에서도 하나님과 깊은 교제의 시간을 가질 수 있습니다. 한 주의 중간 지점에서 드리는 수요예배는 우리의 영적 생활을 새롭게 충전하고, 남은 한 주를 하나님의 은혜로 살아갈 수 있는 소중한 기회입니다. 이번 6월의 수요예배 대표기도문들은 여름철을 맞이하며 더욱 뜨거워진 날씨처럼 우리의 신앙도 더욱 뜨겁게 타오르도록 도와줄 것입니다. </w:t>
      </w:r>
    </w:p>
    <w:p>
      <w:r>
        <w:rPr>
          <w:b/>
          <w:sz w:val="28"/>
          <w:u w:val="single"/>
        </w:rPr>
        <w:t>수요예배 대표기도문 1 - 주중 신앙생활의 회복을 위한 기도</w:t>
      </w:r>
    </w:p>
    <w:p>
      <w:pPr>
        <w:spacing w:before="240" w:after="240"/>
        <w:ind w:firstLine="403"/>
        <w:jc w:val="both"/>
      </w:pPr>
      <w:r>
        <w:t>"여호와여 주의 인자하심이 하늘에 있고 주의 성실하심이 공중에 사무쳤으며" (시편 36:5)</w:t>
      </w:r>
    </w:p>
    <w:p>
      <w:pPr>
        <w:jc w:val="center"/>
      </w:pPr>
      <w:r>
        <w:t>---------------------------------------------------------------------</w:t>
      </w:r>
    </w:p>
    <w:p>
      <w:pPr>
        <w:spacing w:before="240" w:after="240"/>
        <w:ind w:firstLine="403"/>
        <w:jc w:val="both"/>
      </w:pPr>
      <w:r>
        <w:t xml:space="preserve">하나님 아버지, 이번 주 수요일 저녁 이 시간에 주님 앞에 나아온 저희들을 긍휼히 여겨 주시옵소서. 한 주의 절반을 지나오며 세상의 바쁜 일상에 치여 자칫 주님을 잊고 살았던 저희들의 연약함을 용서하여 주시고, 이 시간을 통해 다시 한 번 주님과의 관계를 회복하게 하여 주시옵소서. 아버지 하나님, 저희가 월요일부터 오늘까지 직장에서, 학교에서, 가정에서 겪었던 크고 작은 어려움들을 주님께서 모두 아시고 계심을 믿습니다. 때로는 업무의 스트레스로, 때로는 인간관계의 갈등으로, 때로는 예상치 못한 문제들로 인해 마음이 답답하고 무거웠던 저희들에게 주님의 위로와 평안을 부어 주시옵소서. 특별히 2025년 6월을 맞이하며 날씨도 더워지고 있는 이때, 외부의 열기처럼 저희의 신앙도 더욱 뜨겁게 불타오르게 하여 주시옵소서. 주중에 놓치기 쉬운 기도와 말씀 묵상의 시간을 다시 회복하게 하시고, 매일의 삶 속에서 주님의 임재를 경험하며 살아가게 하여 주시옵소서. 저희의 일터가 주님의 증인으로 서는 선교지가 되게 하시고, 가정에서는 서로 사랑하고 섬기는 그리스도의 향기가 흘러나오게 하여 주시옵소서. 주님, 내일부터 시작되는 새로운 하루하루를 주님과 함께 걸어가게 하여 주시옵소서. 어떤 시험과 유혹이 와도 주님의 말씀으로 승리하게 하시고, 어려움 가운데서도 감사와 찬양을 잃지 않는 믿음의 사람들이 되게 하여 주시옵소서. 이 모든 기도를 우리 주 예수 그리스도의 이름으로 기도드립니다. 아멘. </w:t>
      </w:r>
    </w:p>
    <w:p>
      <w:r>
        <w:rPr>
          <w:b/>
          <w:sz w:val="28"/>
          <w:u w:val="single"/>
        </w:rPr>
        <w:t>수요예배 대표기도문 2 - 교회와 목회자를 위한 기도</w:t>
      </w:r>
    </w:p>
    <w:p>
      <w:pPr>
        <w:spacing w:before="240" w:after="240"/>
        <w:ind w:firstLine="403"/>
        <w:jc w:val="both"/>
      </w:pPr>
      <w:r>
        <w:t>"그러므로 너희는 가서 모든 민족을 제자로 삼아 아버지와 아들과 성령의 이름으로 세례를 베풀고" (마태복음 28:19)</w:t>
      </w:r>
    </w:p>
    <w:p>
      <w:pPr>
        <w:jc w:val="center"/>
      </w:pPr>
      <w:r>
        <w:t>---------------------------------------------------------------------</w:t>
      </w:r>
    </w:p>
    <w:p>
      <w:pPr>
        <w:spacing w:before="240" w:after="240"/>
        <w:ind w:firstLine="403"/>
        <w:jc w:val="both"/>
      </w:pPr>
      <w:r>
        <w:t xml:space="preserve">전능하신 하나님 아버지, 주님의 몸된 교회를 사랑하시고 친히 세우신 주님께 감사와 찬양을 올려드립니다. 이 시간 저희 교회 공동체를 위해, 그리고 전 세계의 모든 교회를 위해 간절히 기도드립니다. 먼저 저희 교회의 담임목사님과 모든 교역자분들을 위해 기도드립니다. 주님께서 친히 세우시고 부르신 하나님의 종들이 말씀을 준비하고 선포할 때마다 성령님께서 충만히 임하여 주시옵소서. 2025년 상반기를 지나오며 목회의 무거운 짐을 지고 계시는 목회자분들에게 새로운 힘과 비전을 주시고, 성도들을 향한 사랑과 열정이 식지 않게 하여 주시옵소서. 주님, 저희 교회의 모든 부서와 기관들이 하나님의 뜻을 이루어가는 도구로 사용되게 하여 주시옵소서. 주일학교 교사들과 찬양팀, 각종 봉사자들이 자신의 달란트를 통해 하나님께 영광 돌리고 성도들을 섬기는 일에 기쁨을 느끼게 하여 주시옵소서. 교회 안에 어떤 다툼이나 분열이 있다면 주님의 사랑으로 치유하여 주시고, 모든 성도가 한 마음 한 뜻으로 주님께 예배드리게 하여 주시옵소서. 특별히 이번 여름철을 맞이하여 여름성경학교와 각종 수련회, 선교 활동들이 주님의 은혜 가운데 잘 준비되고 진행되게 하여 주시옵소서. 코로나19 팬데믹 이후 교회 활동들이 점차 정상화되어 가는 이 시기에, 더욱 성숙한 신앙 공동체로 거듭나게 하여 주시옵소서. 또한 아직 교회에 나오지 못하는 성도들과 새로운 영혼들이 주님의 품으로 돌아오게 하여 주시옵소서. 주님의 교회가 이 땅에서 소금과 빛의 역할을 감당하게 하시고, 복음 전파의 사명을 힘 있게 감당해 나가게 하여 주시옵소서. 예수 그리스도의 이름으로 기도드립니다. 아멘. </w:t>
      </w:r>
    </w:p>
    <w:p>
      <w:r>
        <w:rPr>
          <w:b/>
          <w:sz w:val="28"/>
          <w:u w:val="single"/>
        </w:rPr>
        <w:t>수요예배 대표기도문 3 - 가정과 자녀들을 위한 기도</w:t>
      </w:r>
    </w:p>
    <w:p>
      <w:pPr>
        <w:spacing w:before="240" w:after="240"/>
        <w:ind w:firstLine="403"/>
        <w:jc w:val="both"/>
      </w:pPr>
      <w:r>
        <w:t>"또 아비들아 너희 자녀를 노엽게 하지 말고 오직 주의 교훈과 훈계로 양육하라" (에베소서 6:4)</w:t>
      </w:r>
    </w:p>
    <w:p>
      <w:pPr>
        <w:jc w:val="center"/>
      </w:pPr>
      <w:r>
        <w:t>---------------------------------------------------------------------</w:t>
      </w:r>
    </w:p>
    <w:p>
      <w:pPr>
        <w:spacing w:before="240" w:after="240"/>
        <w:ind w:firstLine="403"/>
        <w:jc w:val="both"/>
      </w:pPr>
      <w:r>
        <w:t xml:space="preserve">사랑의 하나님 아버지, 저희 각자의 가정을 주님의 은혜로 세우시고 지켜주시는 주님께 감사드립니다. 이 시간 저희 가족들과 모든 성도들의 가정을 위해 간절히 기도드립니다. 먼저 저희 부부들의 관계를 위해 기도드립니다. 바쁜 일상 속에서 서로를 향한 관심과 사랑을 표현하는 것을 잊고 지내는 경우가 많은 저희들에게 다시 한 번 서로를 소중히 여기고 사랑하는 마음을 회복시켜 주시옵소서. 2025년 6월 현재 결혼 생활의 어려움을 겪고 있는 부부들이 있다면, 주님께서 그들의 마음을 치유하시고 화해의 길로 인도하여 주시옵소서. 주님, 저희의 자녀들을 위해서도 간절히 기도드립니다. 요즘 아이들이 스마트폰과 인터넷, 게임 등으로 인해 올바른 가치관을 세우는 데 어려움을 겪고 있는 현실 속에서, 저희 자녀들이 하나님의 말씀을 토대로 한 건전한 인격을 형성해 나가게 하여 주시옵소서. 특히 6월이 되어 학기 중반을 지나고 있는 아이들이 학업에 지치지 않고, 친구들과의 관계에서도 그리스도의 사랑을 실천하는 아이들이 되게 하여 주시옵소서. 아버지 하나님, 홀로 자녀를 키우고 있는 한부모 가정들을 특별히 돌보아 주시옵소서. 경제적인 어려움과 양육의 부담으로 힘들어하는 분들에게 교회 공동체가 따뜻한 도움의 손길을 내밀게 하시고, 무엇보다 주님께서 친히 그들의 든든한 반석이 되어 주시옵소서. 또한 고령의 부모님을 모시고 있는 가정들에게도 효도할 수 있는 건강과 힘을 주시고, 세대 간의 소통이 원활하게 이루어지게 하여 주시옵소서. 주님, 저희 가정들이 매일 아침 가족 예배를 드리고, 식사 시간마다 감사 기도를 올려드리는 신앙의 가정들이 되게 하여 주시옵소서. 각 가정이 작은 교회가 되어 이웃들에게 하나님의 사랑을 전하는 통로로 사용되게 하여 주시옵소서. 예수님의 이름으로 기도드립니다. 아멘. </w:t>
      </w:r>
    </w:p>
    <w:p>
      <w:r>
        <w:rPr>
          <w:b/>
          <w:sz w:val="28"/>
          <w:u w:val="single"/>
        </w:rPr>
        <w:t>수요예배 대표기도문 4 - 사회와 나라를 위한 기도</w:t>
      </w:r>
    </w:p>
    <w:p>
      <w:pPr>
        <w:spacing w:before="240" w:after="240"/>
        <w:ind w:firstLine="403"/>
        <w:jc w:val="both"/>
      </w:pPr>
      <w:r>
        <w:t>"왕의 마음이 여호와의 손에 있음이 마치 물 줄기 같아서 그가 임의로 인도하시느니라" (잠언 21:1)</w:t>
      </w:r>
    </w:p>
    <w:p>
      <w:pPr>
        <w:jc w:val="center"/>
      </w:pPr>
      <w:r>
        <w:t>---------------------------------------------------------------------</w:t>
      </w:r>
    </w:p>
    <w:p>
      <w:pPr>
        <w:spacing w:before="240" w:after="240"/>
        <w:ind w:firstLine="403"/>
        <w:jc w:val="both"/>
      </w:pPr>
      <w:r>
        <w:t xml:space="preserve">만왕의 왕이신 하나님 아버지, 온 세상을 다스리시고 역사를 주관하시는 주님께 이 나라와 민족을 위해 간절히 기도드립니다. 대한민국이 하나님의 뜻 가운데서 올바른 방향으로 나아가게 하시고, 이 땅에 하나님의 공의와 평화가 강같이 흐르게 하여 주시옵소서. 주님, 우리나라의 대통령과 국정을 책임지고 있는 모든 지도자들을 위해 기도드립니다. 그들이 하나님을 경외하는 마음으로 나라를 섬기게 하시고, 개인의 이익보다는 국민 전체의 복리를 위해 올바른 정책을 수립하고 시행하게 하여 주시옵소서. 2025년 현재 우리 사회가 직면하고 있는 경제적 어려움, 고령화 사회 문제, 청년 실업 문제 등에 대해 지혜로운 해결책을 마련하게 하여 주시옵소서. 특별히 최근 AI 기술의 발달과 디지털 전환으로 인한 사회 변화 속에서, 우리나라가 올바른 방향으로 기술을 활용하여 국민들의 삶의 질을 향상시키고 더 나은 미래를 만들어가게 하여 주시옵소서. 기술 발달로 인해 소외되는 계층이 없도록 하시고, 모든 국민이 골고루 혜택을 누릴 수 있게 하여 주시옵소서. 주님, 북한과의 관계에 대해서도 기도드립니다. 분단의 아픔을 안고 살아가는 이 민족에게 진정한 평화와 통일의 길을 열어 주시옵소서. 북한의 지도자들과 주민들이 하나님의 사랑을 깨닫게 하시고, 하루빨리 복음이 북한 땅에도 자유롭게 전해지는 날이 오게 하여 주시옵소서. 또한 탈북민들이 이 땅에 잘 정착할 수 있도록 도와주시고, 통일에 대비한 준비를 지혜롭게 해 나가게 하여 주시옵소서. 아버지 하나님, 이 땅의 모든 교회들이 사회의 빛과 소금의 역할을 잘 감당하게 하여 주시옵소서. 교회가 복음 전파뿐만 아니라 사회적 약자들을 돌보고, 정의로운 사회를 만들어가는 일에도 적극적으로 참여하게 하여 주시옵소서. 예수 그리스도의 이름으로 기도드립니다. 아멘. </w:t>
      </w:r>
    </w:p>
    <w:p>
      <w:r>
        <w:rPr>
          <w:b/>
          <w:sz w:val="28"/>
          <w:u w:val="single"/>
        </w:rPr>
        <w:t>수요예배 대표기도문 5 - 선교와 전도를 위한 기도</w:t>
      </w:r>
    </w:p>
    <w:p>
      <w:pPr>
        <w:spacing w:before="240" w:after="240"/>
        <w:ind w:firstLine="403"/>
        <w:jc w:val="both"/>
      </w:pPr>
      <w:r>
        <w:t>"그런즉 믿지 아니하는 이를 어찌 부르리요 듣지도 못한 이를 어찌 믿으리요 전파하는 자가 없이 어찌 들으리요" (로마서 10:14)</w:t>
      </w:r>
    </w:p>
    <w:p>
      <w:pPr>
        <w:spacing w:before="240" w:after="240"/>
        <w:ind w:firstLine="403"/>
        <w:jc w:val="both"/>
      </w:pPr>
      <w:r>
        <w:t>온 세상의 주님이신 하나님 아버지, 모든 민족이 주님께 돌아와 구원받기를 원하시는 주님의 마음을 저희도 품게 하여 주시옵소서. 이 시간 전 세계 선교사역과 복음 전파를 위해 간절히 기도드립니다. 먼저 전 세계에 파송되어 복음을 전하고 있는 선교사님들을 위해 기도드립니다. 특히 2025년 현재 여전히 복음 전파가 어려운 지역에서 사역하고 계시는 선교사님들과 그 가족들을 주님께서 특별히 보호하여 주시옵소서. 언어와 문화의 장벽을 극복하고 현지인들과 깊은 관계를 맺어 자연스럽게 복음을 전할 수 있게 하여 주시고, 건강과 안전을 지켜주시옵소서. 주님, 요즘 인터넷과 소셜미디어를 통한 온라인 선교가 활발해지고 있는 상황에서, 이러한 새로운 매체들이 복음 전파의 효과적인 도구로 사용되게 하여 주시옵소서. 특히 코로나19 팬데믹 이후 비대면 소통이 일상화된 현실 속에서, 온라인을 통해서도 진정한 복음의 능력이 전해지고 많은 영혼들이 구원받게 하여 주시옵소서. 아버지 하나님, 저희 교회와 성도들도 일상 속에서 전도하는 삶을 살게 하여 주시옵소서. 직장에서, 학교에서, 이웃과의 관계에서 자연스럽게 예수 그리스도의 사랑을 나타내고 복음을 전할 수 있는 기회들을 만들어 주시옵소서. 전도에 대한 부담감보다는 주님의 사랑으로 충만하여 기쁨으로 복음을 나누는 성도들이 되게 하여 주시옵소서. 특별히 북한과 중국, 중동 지역 등 복음 전파가 제한되어 있는 지역들을 위해 기도드립니다. 그곳의 지하교회 성도들을 보호하여 주시고, 핍박 가운데서도 믿음을 지켜나갈 수 있는 용기와 힘을 주시옵소서. 또한 그 지역의 정치적 상황이 변화되어 자유롭게 복음을 전할 수 있는 날이 속히 오게 하여 주시옵소서. 주님, 전 세계의 모든 족속과 방언과 백성들이 어린 양의 보좌 앞에 서서 구원의 노래를 부르는 그날까지, 저희가 복음 전파의 사명을 포기하지 않고 끝까지 감당해 나가게 하여 주시옵소서. 예수 그리스도의 이름으로 기도드립니다. 아멘. ---</w:t>
      </w:r>
    </w:p>
    <w:p>
      <w:pPr>
        <w:spacing w:before="240" w:after="240"/>
        <w:ind w:firstLine="403"/>
        <w:jc w:val="both"/>
      </w:pPr>
      <w:r>
        <w:t>이 수요예배 대표기도문들을 통해 더욱 깊은 영성을 경험하시길 바랍니다. 더 많은 은혜로운 설교와 예배 자료는 [사랑의교회 설교 아카이브](https://www.sarang.org/tv/sermon.asp?sflag=sunposi)에서 만나보실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수요예배 대표기도문 2025년 6월</dc:title>
  <dc:subject>기도문 모음</dc:subject>
  <dc:creator>대표 기도문 나눔터</dc:creator>
  <cp:keywords>수요예배, 대표기도문</cp:keywords>
  <dc:description>수요예배 대표기도문 2025년 6월 - 더 많은 기도문은 https://prayer-church.co.kr/ 에서 확인하세요
웹사이트: https://prayer-church.co.kr/
콘텐츠 유형: 기도문
SEO 설명: 수요예배 대표기도문 2025년 6월...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