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여름 성경학교 대표기도문 7월</w:t>
      </w:r>
    </w:p>
    <w:p/>
    <w:p>
      <w:pPr>
        <w:spacing w:before="240" w:after="240"/>
        <w:ind w:firstLine="403"/>
        <w:jc w:val="both"/>
      </w:pPr>
      <w:r>
        <w:t xml:space="preserve"> 여름 성경학교 대표기도문 7월</w:t>
      </w:r>
    </w:p>
    <w:p>
      <w:pPr>
        <w:jc w:val="center"/>
      </w:pPr>
      <w:r>
        <w:t>---------------------------------------------------------------------</w:t>
      </w:r>
    </w:p>
    <w:p>
      <w:pPr>
        <w:spacing w:before="240" w:after="240"/>
        <w:ind w:firstLine="403"/>
        <w:jc w:val="both"/>
      </w:pPr>
      <w:r>
        <w:t xml:space="preserve">여름 성경학교 대표기도문 7월은 아이들과 함께하는 특별한 은혜의 시간을 위한 소중한 기도 모음입니다. 무더운 여름, 주님 안에서 시원한 은혜를 경험하며 아이들의 마음에 하나님의 사랑이 깊이 새겨지도록 준비된 기도문들을 통해 더욱 의미있는 성경학교 시간을 만들어보세요. 각 기도문은 7월의 특별함과 여름의 생명력을 담아 하나님께 드리는 진심어린 고백과 간구로 구성되어 있습니다. </w:t>
      </w:r>
    </w:p>
    <w:p>
      <w:r>
        <w:rPr>
          <w:b/>
          <w:sz w:val="28"/>
          <w:u w:val="single"/>
        </w:rPr>
        <w:t>여름 성경학교 대표기도문 7월 1. 개회 감사 기도</w:t>
      </w:r>
    </w:p>
    <w:p>
      <w:pPr>
        <w:spacing w:before="240" w:after="240"/>
        <w:ind w:firstLine="403"/>
        <w:jc w:val="both"/>
      </w:pPr>
      <w:r>
        <w:t>"여호와여 주의 인자하심이 하늘에 있고 주의 성실하심이 공중에 사무쳤나이다" (시편 36:5)</w:t>
      </w:r>
    </w:p>
    <w:p>
      <w:pPr>
        <w:jc w:val="center"/>
      </w:pPr>
      <w:r>
        <w:t>---------------------------------------------------------------------</w:t>
      </w:r>
    </w:p>
    <w:p>
      <w:pPr>
        <w:spacing w:before="240" w:after="240"/>
        <w:ind w:firstLine="403"/>
        <w:jc w:val="both"/>
      </w:pPr>
      <w:r>
        <w:t xml:space="preserve">사랑하는 하나님 아버지, 오늘 이 여름 성경학교를 시작할 수 있게 해주셔서 진심으로 감사드립니다. 뜨거운 7월 햇살 아래서도 우리 아이들이 이곳에 모일 수 있게 인도해주신 주님의 은혜에 마음 깊이 감사를 올려드립니다. 하나님, 이번 여름 성경학교가 단순히 즐거운 시간을 보내는 것이 아니라, 아이들 한 명 한 명의 마음에 주님의 말씀이 깊이 뿌리내리는 소중한 시간이 되게 해주세요. 무더운 날씨에도 불구하고 아이들을 이곳까지 보내주신 부모님들의 마음에도 감사드리며, 이들의 신앙이 더욱 견고해지는 계기가 되기를 간절히 소망합니다. 이 시간 동안 아이들이 성경 속 인물들의 믿음을 배우고, 하나님의 크신 사랑을 온몸으로 느낄 수 있게 도와주세요. 여름의 생명력처럼 아이들의 영혼에도 새로운 생명의 기운이 넘쳐나게 하시고, 7월의 뜨거운 태양빛만큼이나 주님을 향한 뜨거운 사랑이 그들의 마음에 자라나게 해주세요. 모든 교사들과 봉사자들에게 지혜와 건강을 주시어, 아이들을 섬기는 일에 기쁨과 보람을 느낄 수 있게 해주세요. 이 모든 시간이 하나님께 영광 돌리는 귀한 시간이 되게 하시고, 우리 모두가 주님 안에서 하나 되어 은혜로운 여름을 보낼 수 있게 인도해주세요. 예수님의 이름으로 기도드립니다. 아멘. </w:t>
      </w:r>
    </w:p>
    <w:p>
      <w:r>
        <w:rPr>
          <w:b/>
          <w:sz w:val="28"/>
          <w:u w:val="single"/>
        </w:rPr>
        <w:t>여름 성경학교 대표기도문 7월 2. 말씀 학습 전 기도</w:t>
      </w:r>
    </w:p>
    <w:p>
      <w:pPr>
        <w:spacing w:before="240" w:after="240"/>
        <w:ind w:firstLine="403"/>
        <w:jc w:val="both"/>
      </w:pPr>
      <w:r>
        <w:t>"주의 말씀은 내 발에 등이요 내 길에 빛이니이다" (시편 119:105)</w:t>
      </w:r>
    </w:p>
    <w:p>
      <w:pPr>
        <w:jc w:val="center"/>
      </w:pPr>
      <w:r>
        <w:t>---------------------------------------------------------------------</w:t>
      </w:r>
    </w:p>
    <w:p>
      <w:pPr>
        <w:spacing w:before="240" w:after="240"/>
        <w:ind w:firstLine="403"/>
        <w:jc w:val="both"/>
      </w:pPr>
      <w:r>
        <w:t xml:space="preserve">전능하신 하나님, 이제 우리가 주님의 말씀을 배우는 시간을 갖게 됨을 감사드립니다. 여름의 뜨거운 햇살이 땅을 비추듯, 하나님의 말씀이 우리 아이들의 마음을 환히 비춰주시기를 간구합니다. 하나님, 아이들의 마음을 말씀에 집중할 수 있도록 도와주세요. 때로는 산만해지기 쉬운 어린 마음들이지만, 성령님께서 직접 그들의 마음을 주관하셔서 말씀 하나하나에 귀 기울일 수 있게 해주세요. 7월의 무더위로 지치기 쉬운 몸과 마음에 주님의 시원한 은혜의 바람을 불어넣어 주세요. 오늘 배우게 될 성경 이야기가 단순한 옛날 이야기가 아니라, 지금 우리의 삶에도 살아 역사하시는 하나님의 생생한 음성임을 깨닫게 해주세요. 다윗의 용기, 에스더의 지혜, 다니엘의 믿음이 우리 아이들에게도 그대로 전해져서, 이들이 일상에서도 하나님을 의지하며 살아갈 수 있는 힘을 얻게 해주세요. 말씀을 가르치는 선생님들에게도 특별한 은혜를 부어주세요. 아이들의 눈높이에 맞춰 하나님의 말씀을 쉽고 재미있게 전할 수 있는 창의력과 지혜를 주시고, 그들을 통해 성령님께서 직접 역사하셔서 아이들의 마음에 말씀이 깊이 새겨지게 해주세요. 이 여름 성경학교를 통해 배운 하나님의 말씀이 아이들의 평생 신앙의 기초가 되게 하시고, 어려운 일을 만날 때마다 이곳에서 배운 말씀을 기억하며 담대히 나아갈 수 있는 믿음의 용사들로 자라나게 해주세요. 예수님의 이름으로 기도드립니다. 아멘. </w:t>
      </w:r>
    </w:p>
    <w:p>
      <w:r>
        <w:rPr>
          <w:b/>
          <w:sz w:val="28"/>
          <w:u w:val="single"/>
        </w:rPr>
        <w:t>여름 성경학교 대표기도문 7월 3. 점심 식사 감사 기도</w:t>
      </w:r>
    </w:p>
    <w:p>
      <w:pPr>
        <w:spacing w:before="240" w:after="240"/>
        <w:ind w:firstLine="403"/>
        <w:jc w:val="both"/>
      </w:pPr>
      <w:r>
        <w:t>"모든 것이 다 하나님께로부터 왔나니 우리가 하나님의 것으로 하나님께 드렸을 뿐이니이다" (역대상 29:14)</w:t>
      </w:r>
    </w:p>
    <w:p>
      <w:pPr>
        <w:jc w:val="center"/>
      </w:pPr>
      <w:r>
        <w:t>---------------------------------------------------------------------</w:t>
      </w:r>
    </w:p>
    <w:p>
      <w:pPr>
        <w:spacing w:before="240" w:after="240"/>
        <w:ind w:firstLine="403"/>
        <w:jc w:val="both"/>
      </w:pPr>
      <w:r>
        <w:t xml:space="preserve">은혜로우신 하나님 아버지, 이 더운 여름날에도 우리에게 풍성한 음식을 허락해주셔서 감사드립니다. 7월의 뜨거운 날씨 속에서도 우리를 먹이시고 돌보시는 하나님의 사랑에 마음 깊이 감사를 올려드립니다. 하나님, 오늘 이 음식을 준비해주신 모든 분들의 수고와 정성에 감사드립니다. 새벽부터 일어나 아이들을 위해 맛있고 영양가 있는 음식을 준비해주신 손길 하나하나가 모두 주님의 사랑을 담은 섬김임을 알고 있습니다. 그분들의 건강을 지켜주시고, 섬김의 기쁨으로 가득 채워주세요. 이 음식이 우리 몸의 양식이 될 뿐만 아니라, 함께 나누는 교제의 시간을 통해 서로를 더 깊이 알아가고 사랑하는 계기가 되게 해주세요. 여름의 무더위로 입맛을 잃기 쉬운 아이들에게 건강한 식욕을 주시고, 이 음식을 통해 오후 시간까지 건강하게 활동할 수 있는 힘을 얻게 해주세요. 세상에는 아직도 굶주리는 많은 어린이들이 있음을 기억하게 하시고, 우리가 받은 이 은혜에 감사하는 마음으로 나눔과 베풂을 실천하는 아이들로 자라나게 해주세요. 7월의 풍성한 수확을 주신 것처럼, 우리의 마음에도 감사와 나눔의 열매가 풍성히 맺어지게 해주세요. 이 음식을 통해 우리 몸이 건강해지고, 오후에 있을 모든 활동들을 기쁨으로 참여할 수 있게 도와주세요. 함께 식사하는 이 시간이 서로에 대한 배려와 사랑을 배우는 소중한 시간이 되게 해주세요. 예수님의 이름으로 감사드리며 기도드립니다. 아멘. </w:t>
      </w:r>
    </w:p>
    <w:p>
      <w:r>
        <w:rPr>
          <w:b/>
          <w:sz w:val="28"/>
          <w:u w:val="single"/>
        </w:rPr>
        <w:t>여름 성경학교 대표기도문 7월 4. 놀이 활동 전 기도</w:t>
      </w:r>
    </w:p>
    <w:p>
      <w:pPr>
        <w:spacing w:before="240" w:after="240"/>
        <w:ind w:firstLine="403"/>
        <w:jc w:val="both"/>
      </w:pPr>
      <w:r>
        <w:t>"때가 있나니 울 때가 있고 웃을 때가 있으며 슬퍼할 때가 있고 춤출 때가 있느니라" (전도서 3:4)</w:t>
      </w:r>
    </w:p>
    <w:p>
      <w:pPr>
        <w:jc w:val="center"/>
      </w:pPr>
      <w:r>
        <w:t>---------------------------------------------------------------------</w:t>
      </w:r>
    </w:p>
    <w:p>
      <w:pPr>
        <w:spacing w:before="240" w:after="240"/>
        <w:ind w:firstLine="403"/>
        <w:jc w:val="both"/>
      </w:pPr>
      <w:r>
        <w:t xml:space="preserve">기쁨의 하나님, 이제 우리가 함께 즐겁게 놀이하는 시간을 갖게 됨을 감사드립니다. 7월의 활기찬 에너지만큼이나 우리 아이들도 건강하고 즐겁게 뛰어놀 수 있게 해주신 주님께 찬양을 올려드립니다. 하나님, 놀이를 통해서도 우리가 하나님을 경험할 수 있게 해주세요. 친구들과 함께 웃고 즐기는 가운데 서로를 배려하고 사랑하는 법을 배우게 하시고, 이기고 지는 것보다 함께 즐기는 것의 소중함을 깨닫게 해주세요. 여름의 뜨거운 태양 아래서도 안전하게 활동할 수 있도록 지켜주세요. 경쟁하는 놀이에서는 이기려는 마음보다 최선을 다하는 자세를 배우게 하시고, 협력하는 놀이에서는 서로 도우며 하나 되는 기쁨을 느끼게 해주세요. 때로는 실수하거나 잘 안 될 때도 있겠지만, 그런 순간들을 통해서도 서로를 격려하고 위로하는 법을 배우게 해주세요. 무더운 날씨로 인해 지치기 쉬운 몸과 마음에 주님의 새 힘을 부어주세요. 7월의 생명력 넘치는 자연처럼 우리 아이들도 활기차고 건강하게 뛰어놀 수 있게 하시고, 모든 활동 중에 크고 작은 사고나 다침이 없도록 보호해주세요. 이 시간을 통해 아이들이 하나님께서 주신 몸과 마음을 건강하게 사용하는 법을 배우게 하시고, 놀이 속에서도 예수님의 사랑을 나타내는 어린이들이 되게 해주세요. 즐거운 웃음소리가 하나님께 올려드리는 기쁨의 찬양이 되게 해주세요. 예수님의 이름으로 기도드립니다. 아멘. </w:t>
      </w:r>
    </w:p>
    <w:p>
      <w:r>
        <w:rPr>
          <w:b/>
          <w:sz w:val="28"/>
          <w:u w:val="single"/>
        </w:rPr>
        <w:t>여름 성경학교 대표기도문 7월 5. 만들기 시간 기도</w:t>
      </w:r>
    </w:p>
    <w:p>
      <w:pPr>
        <w:spacing w:before="240" w:after="240"/>
        <w:ind w:firstLine="403"/>
        <w:jc w:val="both"/>
      </w:pPr>
      <w:r>
        <w:t>"우리는 그가 만드신 바라 그리스도 예수 안에서 선한 일을 위하여 지으심을 받은 자니" (에베소서 2:10)</w:t>
      </w:r>
    </w:p>
    <w:p>
      <w:pPr>
        <w:jc w:val="center"/>
      </w:pPr>
      <w:r>
        <w:t>---------------------------------------------------------------------</w:t>
      </w:r>
    </w:p>
    <w:p>
      <w:pPr>
        <w:spacing w:before="240" w:after="240"/>
        <w:ind w:firstLine="403"/>
        <w:jc w:val="both"/>
      </w:pPr>
      <w:r>
        <w:t xml:space="preserve">창조주 하나님, 우리에게 상상력과 창의력을 주셔서 무언가를 만들어낼 수 있는 능력을 허락해주신 것을 감사드립니다. 7월의 풍성한 자연처럼 우리 아이들의 마음에도 다양하고 아름다운 아이디어들이 샘솟게 해주세요. 하나님, 아이들이 각자의 손으로 무언가를 만들어가는 과정에서 하나님의 창조 능력을 조금이나마 경험하게 해주세요. 처음에는 단순한 재료들이었지만, 우리의 정성과 노력을 통해 의미 있는 작품이 만들어지는 것처럼, 우리의 삶도 하나님의 손길을 통해 아름다운 작품이 되어간다는 것을 깨닫게 해주세요. 때로는 생각한 대로 잘 안 되거나 실패할 수도 있겠지만, 그런 과정을 통해서도 인내하고 다시 도전하는 용기를 배우게 해주세요. 여름의 뜨거운 햇살이 식물을 자라게 하듯, 이런 경험들이 아이들의 마음을 더욱 성숙하게 만들어주세요. 친구들과 함께 만들고 나누는 과정에서 서로의 다름을 인정하고 존중하는 법을 배우게 해주세요. 누구는 그림을 잘 그리고, 누구는 색칠을 잘하고, 누구는 아이디어가 좋다는 것을 알게 하시어, 각자의 달란트가 서로 다름을 인정하고 격려하는 마음을 갖게 해주세요. 오늘 만든 작품들이 단순한 기념품이 아니라, 이곳에서 경험한 하나님의 사랑을 기억하게 해주는 소중한 추억이 되게 해주세요. 집에 가져가서 가족들과 나누며, 이곳에서 있었던 은혜로운 시간들을 함께 나눌 수 있는 대화의 통로가 되게 해주세요. 예수님의 이름으로 기도드립니다. 아멘. </w:t>
      </w:r>
    </w:p>
    <w:p>
      <w:r>
        <w:rPr>
          <w:b/>
          <w:sz w:val="28"/>
          <w:u w:val="single"/>
        </w:rPr>
        <w:t>여름 성경학교 대표기도문 7월 6. 마무리 감사 기도</w:t>
      </w:r>
    </w:p>
    <w:p>
      <w:pPr>
        <w:spacing w:before="240" w:after="240"/>
        <w:ind w:firstLine="403"/>
        <w:jc w:val="both"/>
      </w:pPr>
      <w:r>
        <w:t>"내가 항상 기뻐하는 것은 주께서 나를 기억하여 내게 전하여 준 것을 너희가 다 지키고 있음이라" (고린도전서 11:2)</w:t>
      </w:r>
    </w:p>
    <w:p>
      <w:pPr>
        <w:spacing w:before="240" w:after="240"/>
        <w:ind w:firstLine="403"/>
        <w:jc w:val="both"/>
      </w:pPr>
      <w:r>
        <w:t>사랑의 하나님, 오늘 하루 종일 우리와 함께해주셔서 진심으로 감사드립니다. 7월의 뜨거운 날씨 속에서도 우리 아이들이 건강하고 즐겁게 이 모든 시간을 보낼 수 있게 해주신 주님의 은혜에 마음 깊이 감사를 올려드립니다. 오늘 배운 하나님의 말씀이 아이들의 마음에 깊이 새겨져서, 집에 돌아가서도, 그리고 앞으로의 삶에서도 그 말씀을 기억하며 살아갈 수 있게 해주세요. 여름 성경학교에서 경험한 하나님의 사랑이 아이들 각자의 인생에 든든한 기초가 되게 해주세요. 함께 웃고 즐기며 나눈 모든 시간들이 소중한 추억이 되어, 훗날 어려운 일을 만날 때마다 이곳에서 느꼈던 하나님의 사랑과 따뜻함을 기억하게 해주세요. 새로 사귄 친구들과의 우정이 계속 이어져서, 서로를 위해 기도하고 격려하는 믿음의 동반자가 되게 해주세요. 이제 집으로 돌아가는 아이들의 발걸음을 지켜주시고, 가족들과 만나는 시간이 기쁨으로 가득하게 해주세요. 오늘 있었던 일들을 가족들과 나누며, 하나님의 은혜를 함께 나누는 시간이 되게 해주세요. 무더운 7월 날씨에도 모든 아이들이 건강하게 집에 도착할 수 있도록 보호해주세요. 수고해주신 모든 선생님들과 봉사자들에게도 감사드립니다. 그분들의 헌신과 사랑이 아이들에게 하나님의 마음을 전해주는 통로가 되었음을 감사드리며, 그들에게도 풍성한 복을 내려주세요. 이 여름 성경학교가 끝이 아니라 새로운 시작이 되게 해주시고, 앞으로도 계속해서 하나님과 동행하며 믿음 안에서 자라나는 어린이들이 되게 해주세요. 아멘.</w:t>
      </w:r>
    </w:p>
    <w:p/>
    <w:p>
      <w:pPr>
        <w:spacing w:line="400" w:lineRule="exact"/>
        <w:jc w:val="center"/>
      </w:pPr>
      <w:r>
        <w:rPr>
          <w:b/>
          <w:sz w:val="28"/>
        </w:rPr>
        <w:t>더 많은 기도문 보러가기:</w:t>
      </w:r>
      <w:r>
        <w:br/>
      </w:r>
      <w:r>
        <w:rPr>
          <w:b/>
          <w:sz w:val="28"/>
        </w:rPr>
        <w:t xml:space="preserve">[대표 기도문 나눔터] </w:t>
      </w:r>
      <w:r>
        <w:rPr>
          <w:b/>
          <w:sz w:val="28"/>
        </w:rPr>
      </w:r>
      <w:hyperlink r:id="rId9">
        <w:r>
          <w:rPr>
            <w:b/>
            <w:sz w:val="28"/>
            <w:color w:val="0000FF"/>
            <w:u w:val="single"/>
          </w:rPr>
          <w:t>https://prayer-church.co.kr/</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r-church.co.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여름 성경학교 대표기도문 7월</dc:title>
  <dc:subject>기도문 모음</dc:subject>
  <dc:creator>대표 기도문 나눔터</dc:creator>
  <cp:keywords>여름, 성경학교, 대표기도문</cp:keywords>
  <dc:description>여름 성경학교 대표기도문 7월 - 더 많은 기도문은 https://prayer-church.co.kr/ 에서 확인하세요
웹사이트: https://prayer-church.co.kr/
콘텐츠 유형: 기도문
SEO 설명: 여름 성경학교 대표기도문 7월... - 대표 기도문 나눔터에서 제공하는 기도문 모음</dc:description>
  <cp:lastModifiedBy/>
  <cp:revision>1</cp:revision>
  <dcterms:created xsi:type="dcterms:W3CDTF">2013-12-23T23:15:00Z</dcterms:created>
  <dcterms:modified xsi:type="dcterms:W3CDTF">2013-12-23T23:15:00Z</dcterms:modified>
  <cp:category>종교/신앙</cp:category>
  <cp:contentStatus>최종</cp:contentStatus>
</cp:coreProperties>
</file>