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jc w:val="center"/>
      </w:pPr>
      <w:r>
        <w:t>주일학교 종려주일 대표기도문</w:t>
      </w:r>
    </w:p>
    <w:p/>
    <w:p>
      <w:pPr>
        <w:spacing w:before="240" w:after="240"/>
        <w:ind w:firstLine="403"/>
        <w:jc w:val="both"/>
      </w:pPr>
      <w:r>
        <w:t xml:space="preserve"> 주일학교 종려주일 대표기도문</w:t>
      </w:r>
    </w:p>
    <w:p>
      <w:pPr>
        <w:jc w:val="center"/>
      </w:pPr>
      <w:r>
        <w:t>---------------------------------------------------------------------</w:t>
      </w:r>
    </w:p>
    <w:p>
      <w:pPr>
        <w:spacing w:before="240" w:after="240"/>
        <w:ind w:firstLine="403"/>
        <w:jc w:val="both"/>
      </w:pPr>
      <w:r>
        <w:t xml:space="preserve">주일학교 종려주일 대표기도문은 아이들과 함께 예수님의 예루살렘 입성을 기념하며 드리는 소중한 예배의 시간입니다. 종려주일은 예수님께서 나귀를 타고 예루살렘에 입성하신 날을 기념하는 성주간의 시작이며, 아이들에게 예수님의 사랑과 겸손을 가르치는 의미 깊은 절기입니다. 오늘 준비한 기도문들을 통해 주일학교 아이들과 함께 은혜로운 예배를 드리시기 바랍니다. </w:t>
      </w:r>
    </w:p>
    <w:p>
      <w:r>
        <w:rPr>
          <w:b/>
          <w:sz w:val="28"/>
          <w:u w:val="single"/>
        </w:rPr>
        <w:t>주일학교 종려주일 대표기도문 1 - 예루살렘 입성 감사</w:t>
      </w:r>
    </w:p>
    <w:p>
      <w:pPr>
        <w:spacing w:before="240" w:after="240"/>
        <w:ind w:firstLine="403"/>
        <w:jc w:val="both"/>
      </w:pPr>
      <w:r>
        <w:t>"호산나 다윗의 자손이여 찬송하리로다 주의 이름으로 오시는 이여 가장 높은 곳에서 호산나 하더라" (마태복음 21:9)</w:t>
      </w:r>
    </w:p>
    <w:p>
      <w:pPr>
        <w:jc w:val="center"/>
      </w:pPr>
      <w:r>
        <w:t>---------------------------------------------------------------------</w:t>
      </w:r>
    </w:p>
    <w:p>
      <w:pPr>
        <w:spacing w:before="240" w:after="240"/>
        <w:ind w:firstLine="403"/>
        <w:jc w:val="both"/>
      </w:pPr>
      <w:r>
        <w:t xml:space="preserve">사랑하는 하나님 아버지, 오늘 종려주일을 맞아 주일학교 아이들과 함께 예배드릴 수 있게 하심을 감사드립니다. 이천 년 전 예수님께서 나귀를 타고 예루살렘에 입성하셨을 때, 수많은 사람들이 종려나무 가지를 흔들며 "호산나"를 외쳤던 그 기쁨과 감격을 우리 아이들의 마음에도 허락해 주세요. 예수님께서 왕이시지만 겸손하게 나귀를 타고 오셨듯이, 우리 아이들도 겸손한 마음으로 주님을 영접할 수 있게 도와주세요. 화려한 말이 아닌 작은 나귀를 선택하신 예수님의 마음을 아이들이 이해하고, 세상의 권력이나 명예보다 사랑과 섬김의 가치를 배울 수 있게 하여 주시옵소서. 오늘 이 예배를 통해 아이들의 마음에 예수님에 대한 사랑이 더욱 깊어지게 하시고, 앞으로 다가올 고난주간과 부활절을 준비하는 마음을 갖게 해 주세요. 아이들이 예수님의 십자가 사랑을 깨닫고, 그 사랑 안에서 자라갈 수 있도록 인도해 주시옵소서. 우리 주일학교가 예수님의 사랑을 전하는 아름다운 공동체가 되게 하시고, 아이들 한 명 한 명이 하나님의 소중한 자녀임을 깨달아 자신감 있고 밝은 모습으로 성장할 수 있게 도와주세요. 예수님의 이름으로 기도드립니다. 아멘. </w:t>
      </w:r>
    </w:p>
    <w:p>
      <w:r>
        <w:rPr>
          <w:b/>
          <w:sz w:val="28"/>
          <w:u w:val="single"/>
        </w:rPr>
        <w:t>주일학교 종려주일 대표기도문 2 - 어린이 겸손 교육</w:t>
      </w:r>
    </w:p>
    <w:p>
      <w:pPr>
        <w:spacing w:before="240" w:after="240"/>
        <w:ind w:firstLine="403"/>
        <w:jc w:val="both"/>
      </w:pPr>
      <w:r>
        <w:t>"너희가 돌이켜 어린 아이들과 같이 되지 아니하면 결단코 천국에 들어가지 못하리라" (마태복음 18:3)</w:t>
      </w:r>
    </w:p>
    <w:p>
      <w:pPr>
        <w:jc w:val="center"/>
      </w:pPr>
      <w:r>
        <w:t>---------------------------------------------------------------------</w:t>
      </w:r>
    </w:p>
    <w:p>
      <w:pPr>
        <w:spacing w:before="240" w:after="240"/>
        <w:ind w:firstLine="403"/>
        <w:jc w:val="both"/>
      </w:pPr>
      <w:r>
        <w:t xml:space="preserve">전능하신 하나님 아버지, 오늘 종려주일을 맞아 우리 주일학교 아이들과 함께 예배할 수 있는 은혜를 주심에 감사드립니다. 예수님께서 높고 큰 말이 아닌 작고 겸손한 나귀를 타고 예루살렘에 들어가신 그 마음을 우리 아이들이 배울 수 있게 해 주세요. 요즘 아이들은 경쟁 사회 속에서 자라며 때로는 교만하거나 자기중심적인 마음을 갖기 쉽습니다. 하지만 예수님께서 보여주신 겸손의 모습을 통해, 아이들이 진정한 리더십은 섬김에서 나온다는 것을 깨닫게 해 주시옵소서. 친구들을 배려하고, 어른들을 공경하며, 어려운 이웃을 돌아보는 마음을 갖게 하여 주세요. 아이들이 자신의 작은 재능이라도 하나님을 위해, 그리고 다른 사람을 위해 사용할 수 있는 지혜를 주시옵소서. 공부를 잘하든 못하든, 운동을 잘하든 못하든, 모든 아이들이 하나님 앞에서는 똑같이 소중한 존재임을 깨닫게 해 주세요. 오늘 이 예배를 통해 아이들의 마음에 예수님의 겸손함이 심어지게 하시고, 그 겸손함이 평생 아이들의 삶을 인도하는 나침반이 되게 해 주시옵소서. 아이들이 하나님의 사랑 안에서 건강하고 바르게 자라갈 수 있도록 부모님들과 교사들에게도 지혜를 주시고, 우리 모두가 함께 아이들을 사랑으로 양육할 수 있게 도와주세요. 예수님의 이름으로 기도드립니다. 아멘. </w:t>
      </w:r>
    </w:p>
    <w:p>
      <w:r>
        <w:rPr>
          <w:b/>
          <w:sz w:val="28"/>
          <w:u w:val="single"/>
        </w:rPr>
        <w:t>주일학교 종려주일 대표기도문 3 - 성주간 준비</w:t>
      </w:r>
    </w:p>
    <w:p>
      <w:pPr>
        <w:spacing w:before="240" w:after="240"/>
        <w:ind w:firstLine="403"/>
        <w:jc w:val="both"/>
      </w:pPr>
      <w:r>
        <w:t>"그러므로 너희는 이 마음을 품으라 곧 그리스도 예수의 마음이니" (빌립보서 2:5)</w:t>
      </w:r>
    </w:p>
    <w:p>
      <w:pPr>
        <w:jc w:val="center"/>
      </w:pPr>
      <w:r>
        <w:t>---------------------------------------------------------------------</w:t>
      </w:r>
    </w:p>
    <w:p>
      <w:pPr>
        <w:spacing w:before="240" w:after="240"/>
        <w:ind w:firstLine="403"/>
        <w:jc w:val="both"/>
      </w:pPr>
      <w:r>
        <w:t xml:space="preserve">거룩하신 하나님 아버지, 오늘 종려주일을 시작으로 성주간이 시작됨을 감사드립니다. 우리 주일학교 아이들이 이번 한 주 동안 예수님의 마지막 한 주간의 발걸음을 따라가며, 예수님의 사랑과 희생을 깊이 묵상할 수 있게 도와주세요. 아이들에게는 아직 십자가의 의미가 어려울 수 있지만, 예수님께서 우리를 얼마나 사랑하셨는지 그들의 마음에 조금씩 심어주세요. 예수님께서 제자들의 발을 씻어주신 사랑, 십자가에서 보여주신 용서의 마음, 그리고 부활의 소망을 아이들이 이해할 수 있는 수준에서 깨닫게 하여 주시옵소서. 이번 성주간 동안 가정에서도 아이들과 함께 기도하고, 성경을 읽으며, 예수님에 대해 이야기할 수 있는 시간들이 많아지게 해 주세요. 부모님들이 바쁜 일상 속에서도 아이들과 신앙에 대해 나눌 수 있는 여유와 지혜를 주시옵소서. 다음 주 부활절을 맞아 아이들이 예수님의 부활을 진심으로 기뻐하고 찬양할 수 있도록 마음을 준비시켜 주세요. 아이들의 순수한 마음에 부활의 소망과 기쁨이 가득 채워져서, 그들이 부활의 증인으로 자라갈 수 있게 하여 주시옵소서. 우리 주일학교가 아이들에게 단순히 지식을 전달하는 곳이 아니라, 살아계신 예수님을 만나고 체험하는 은혜의 통로가 되게 하시고, 모든 교사들과 부모들이 하나 되어 아이들을 사랑으로 섬길 수 있게 도와주세요. 예수님의 이름으로 간절히 기도드립니다. 아멘. </w:t>
      </w:r>
    </w:p>
    <w:p>
      <w:r>
        <w:rPr>
          <w:b/>
          <w:sz w:val="28"/>
          <w:u w:val="single"/>
        </w:rPr>
        <w:t>주일학교 종려주일 대표기도문 4 - 찬양과 예배</w:t>
      </w:r>
    </w:p>
    <w:p>
      <w:pPr>
        <w:spacing w:before="240" w:after="240"/>
        <w:ind w:firstLine="403"/>
        <w:jc w:val="both"/>
      </w:pPr>
      <w:r>
        <w:t>"어린 아이와 젖먹이들의 입으로부터 완전한 찬미를 받으시나이다" (마태복음 21:16)</w:t>
      </w:r>
    </w:p>
    <w:p>
      <w:pPr>
        <w:spacing w:before="240" w:after="240"/>
        <w:ind w:firstLine="403"/>
        <w:jc w:val="both"/>
      </w:pPr>
      <w:r>
        <w:t>찬양받으실 하나님 아버지, 오늘 종려주일을 맞아 우리 주일학교 아이들의 순수한 마음으로 드리는 찬양과 예배를 기쁘게 받아주세요. 예수님께서 예루살렘에 입성하실 때 아이들이 "호산나"를 외치며 찬양했듯이, 오늘 우리 아이들의 찬양소리가 하나님께 상달되게 하여 주시옵소서. 아이들의 작은 목소리 하나하나가 하나님께는 가장 아름다운 천상의 합창이 됨을 믿습니다. 아이들이 진심으로 예수님을 사랑하는 마음으로 찬양할 수 있게 하시고, 그 찬양을 통해 아이들 자신도 하나님의 사랑을 더욱 깊이 체험할 수 있게 해 주세요. 오늘 예배를 통해 아이들이 예배의 참된 의미를 깨닫게 해 주시옵소서. 예배는 단순히 노래하고 기도하는 시간이 아니라, 하나님과 만나는 거룩한 시간임을 아이들의 마음에 새겨주세요. 아이들이 예배를 사랑하고, 하나님과의 교제를 갈망하는 마음을 갖게 하여 주시옵소서. 집중하기 어려워하는 아이들도 있고, 활발하여 가만히 있기 힘들어하는 아이들도 있지만, 모든 아이들이 각자의 방식대로 하나님께 예배드릴 수 있게 도와주세요. 교사들에게 인내와 사랑의 마음을 주셔서, 아이들을 따뜻하게 인도할 수 있게 하여 주시옵소서. 앞으로 아이들이 평생 예배를 사랑하고, 찬양하는 삶을 살아갈 수 있도록 오늘의 경험이 아름다운 추억이 되게 해 주세요. 우리 주일학교가 아이들에게 하나님의 사랑을 전하고, 믿음의 기초를 든든히 세워주는 곳이 되게 하여 주시옵소서. 예수님의 이름으로 기도드립니다. 아멘. 이와 같은 기도문들을 통해 주일학교 아이들과 함께 은혜로운 종려주일 예배를 준비하시길 바랍니다. 더 많은 주일학교 예배 자료와 설교는 [사랑의교회 주일예배](https://www.sarang.org/tv/sermon.asp?sflag=sunposi)에서 확인하실 수 있습니다.</w:t>
      </w:r>
    </w:p>
    <w:p/>
    <w:p>
      <w:pPr>
        <w:spacing w:line="400" w:lineRule="exact"/>
        <w:jc w:val="center"/>
      </w:pPr>
      <w:r>
        <w:rPr>
          <w:b/>
          <w:sz w:val="28"/>
        </w:rPr>
        <w:t>더 많은 기도문 보러가기:</w:t>
      </w:r>
      <w:r>
        <w:br/>
      </w:r>
      <w:r>
        <w:rPr>
          <w:b/>
          <w:sz w:val="28"/>
        </w:rPr>
        <w:t xml:space="preserve">[대표 기도문 나눔터] </w:t>
      </w:r>
      <w:r>
        <w:rPr>
          <w:b/>
          <w:sz w:val="28"/>
        </w:rPr>
      </w:r>
      <w:hyperlink r:id="rId9">
        <w:r>
          <w:rPr>
            <w:b/>
            <w:sz w:val="28"/>
            <w:color w:val="0000FF"/>
            <w:u w:val="single"/>
          </w:rPr>
          <w:t>https://prayer-church.co.kr/</w:t>
        </w:r>
      </w:hyperlink>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prayer-church.co.k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주일학교 종려주일 대표기도문</dc:title>
  <dc:subject>기도문 모음</dc:subject>
  <dc:creator>대표 기도문 나눔터</dc:creator>
  <cp:keywords>주일학교, 종려주일, 대표기도문</cp:keywords>
  <dc:description>주일학교 종려주일 대표기도문 - 더 많은 기도문은 https://prayer-church.co.kr/ 에서 확인하세요
웹사이트: https://prayer-church.co.kr/
콘텐츠 유형: 기도문
SEO 설명: 주일학교 종려주일 대표기도문... - 대표 기도문 나눔터에서 제공하는 기도문 모음</dc:description>
  <cp:lastModifiedBy/>
  <cp:revision>1</cp:revision>
  <dcterms:created xsi:type="dcterms:W3CDTF">2013-12-23T23:15:00Z</dcterms:created>
  <dcterms:modified xsi:type="dcterms:W3CDTF">2013-12-23T23:15:00Z</dcterms:modified>
  <cp:category>종교/신앙</cp:category>
  <cp:contentStatus>최종</cp:contentStatus>
</cp:coreProperties>
</file>