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고난을 겪는 자녀를 위한 기도문</w:t>
      </w:r>
    </w:p>
    <w:p/>
    <w:p>
      <w:pPr>
        <w:spacing w:before="240" w:after="240"/>
        <w:ind w:firstLine="403"/>
        <w:jc w:val="both"/>
      </w:pPr>
      <w:r>
        <w:t xml:space="preserve"> 고난을 겪는 자녀를 위한 기도문</w:t>
      </w:r>
    </w:p>
    <w:p>
      <w:pPr>
        <w:jc w:val="center"/>
      </w:pPr>
      <w:r>
        <w:t>---------------------------------------------------------------------</w:t>
      </w:r>
    </w:p>
    <w:p>
      <w:pPr>
        <w:spacing w:before="240" w:after="240"/>
        <w:ind w:firstLine="403"/>
        <w:jc w:val="both"/>
      </w:pPr>
      <w:r>
        <w:t xml:space="preserve">사랑하는 자녀가 고난의 시간을 통과하고 있을 때, 부모의 마음은 그 무엇보다도 간절해집니다. 질병으로 고통받는 자녀, 학업이나 진로의 어려움으로 힘들어하는 자녀, 인간관계나 정서적 아픔으로 괴로워하는 자녀를 바라보는 부모의 마음은 찢어질 것 같습니다. 이럴 때 우리가 할 수 있는 가장 큰 일은 하나님 앞에 나아가 간절히 기도하는 것입니다. </w:t>
      </w:r>
    </w:p>
    <w:p>
      <w:r>
        <w:rPr>
          <w:b/>
          <w:sz w:val="28"/>
          <w:u w:val="single"/>
        </w:rPr>
        <w:t>고난을 겪는 자녀를 위한 기도문 1 - 치유와 회복을 위한 기도</w:t>
      </w:r>
    </w:p>
    <w:p>
      <w:pPr>
        <w:spacing w:before="240" w:after="240"/>
        <w:ind w:firstLine="403"/>
        <w:jc w:val="both"/>
      </w:pPr>
      <w:r>
        <w:t>"여호와여 나를 긍휼히 여기소서 내가 약하나이다 여호와여 나를 고치소서 내 뼈가 떨리나이다" (시편 6:2)</w:t>
      </w:r>
    </w:p>
    <w:p>
      <w:pPr>
        <w:jc w:val="center"/>
      </w:pPr>
      <w:r>
        <w:t>---------------------------------------------------------------------</w:t>
      </w:r>
    </w:p>
    <w:p>
      <w:pPr>
        <w:spacing w:before="240" w:after="240"/>
        <w:ind w:firstLine="403"/>
        <w:jc w:val="both"/>
      </w:pPr>
      <w:r>
        <w:t xml:space="preserve">하나님 아버지, 지금 이 시간 저의 소중한 자녀가 육체적, 정신적 고통 가운데 있습니다. 아파하는 자녀를 바라보는 부모의 마음이 너무나 아픕니다. 하지만 주님께서 모든 질병을 고치시고 모든 상처를 치유하시는 분이심을 믿습니다. 주님, 저희 자녀의 몸과 마음에 일어나고 있는 모든 아픔을 아시고 계십니다. 의사도 알지 못하는 깊은 상처까지도 주님께서는 다 보고 계십니다. 이 시간 주님의 치유하시는 손길이 저희 자녀 위에 임하기를 간절히 구합니다. 몸의 아픔이 있다면 그 아픔을 완전히 치유해 주시고, 마음의 상처가 있다면 주님의 위로하시는 사랑으로 싸매어 주시기를 원합니다. 불안하고 두려운 마음 대신 주님의 평안이 자녀의 마음을 가득 채워주시기를 간구합니다. 주님, 이 고난의 시간이 자녀에게 더 큰 믿음과 소망을 갖게 하는 훈련의 시간이 되게 하여 주시옵소서. 아픔을 통해 주님의 사랑을 더 깊이 경험하게 하시고, 치유받은 후에는 다른 사람들을 위로할 수 있는 사람으로 세워주시기를 간절히 구합니다. 하나님 아버지, 저희의 믿음이 약할 때가 있지만 주님의 치유하심을 의심하지 않게 하여 주시옵소서. 자녀가 하루빨리 건강을 회복하여 주님께 영광 돌리는 삶을 살아갈 수 있도록 도와주시기를 예수님의 이름으로 간절히 기도드립니다. 아멘. </w:t>
      </w:r>
    </w:p>
    <w:p>
      <w:r>
        <w:rPr>
          <w:b/>
          <w:sz w:val="28"/>
          <w:u w:val="single"/>
        </w:rPr>
        <w:t>고난을 겪는 자녀를 위한 기도문 2 - 시험과 시련 중에 있는 자녀를 위한 기도</w:t>
      </w:r>
    </w:p>
    <w:p>
      <w:pPr>
        <w:spacing w:before="240" w:after="240"/>
        <w:ind w:firstLine="403"/>
        <w:jc w:val="both"/>
      </w:pPr>
      <w:r>
        <w:t>"사람이 감당할 시험 밖에는 너희에게 당한 것이 없나니 오직 하나님은 미쁘사 너희가 감당하지 못할 시험 당하는 것을 허락하지 아니하시고 시험 당할 즈음에 또한 피할 길을 내사 너희로 능히 감당하게 하시느니라" (고린도전서 10:13)</w:t>
      </w:r>
    </w:p>
    <w:p>
      <w:pPr>
        <w:jc w:val="center"/>
      </w:pPr>
      <w:r>
        <w:t>---------------------------------------------------------------------</w:t>
      </w:r>
    </w:p>
    <w:p>
      <w:pPr>
        <w:spacing w:before="240" w:after="240"/>
        <w:ind w:firstLine="403"/>
        <w:jc w:val="both"/>
      </w:pPr>
      <w:r>
        <w:t xml:space="preserve">전능하신 하나님 아버지, 지금 저희 자녀가 큰 시련과 시험 가운데 있습니다. 학업의 부담, 진로의 불확실성, 인간관계의 어려움 등으로 인해 자녀가 많은 고민과 걱정을 하고 있습니다. 부모인 저희도 어떻게 도와줄지 몰라 답답하기만 합니다. 하지만 주님, 주님께서 저희 자녀를 사랑하시고 항상 지켜보고 계심을 믿습니다. 주님께서 주실 수 없는 시험은 주지 않으시고, 반드시 피할 길을 예비해 주신다는 약속의 말씀을 붙듭니다. 지금 이 어려운 상황도 주님의 허락하심 안에서 일어나는 일임을 믿고 의지합니다. 주님, 자녀가 이 시련을 통해 더욱 성숙한 사람으로 자라나게 하여 주시옵소서. 어려움 앞에서 포기하지 않고 끝까지 인내할 수 있는 힘을 주시기를 원합니다. 혼자 감당하려고 하지 말고 주님께 모든 것을 맡기는 믿음을 갖게 하여 주시옵소서. 때로는 길이 보이지 않고 앞이 막막할 때도 있겠지만, 주님께서 반드시 길을 열어주실 것을 믿고 기다릴 수 있는 소망을 주시기를 간구합니다. 자녀의 마음에 평안을 주시고, 지혜롭게 이 시간을 견딜 수 있도록 도와주시기를 원합니다. 주님, 이 시험이 자녀에게 더 큰 축복의 통로가 되게 하여 주시옵소서. 고난 후에 더 큰 기쁨과 감사가 있을 것을 믿으며, 자녀가 주님의 선하신 뜻을 깨닫고 순종하는 삶을 살아가도록 인도하여 주시기를 예수님의 이름으로 간절히 기도드립니다. 아멘. </w:t>
      </w:r>
    </w:p>
    <w:p>
      <w:r>
        <w:rPr>
          <w:b/>
          <w:sz w:val="28"/>
          <w:u w:val="single"/>
        </w:rPr>
        <w:t>고난을 겪는 자녀를 위한 기도문 3 - 우울과 절망 중에 있는 자녀를 위한 기도</w:t>
      </w:r>
    </w:p>
    <w:p>
      <w:pPr>
        <w:spacing w:before="240" w:after="240"/>
        <w:ind w:firstLine="403"/>
        <w:jc w:val="both"/>
      </w:pPr>
      <w:r>
        <w:t>"여호와는 마음이 상한 자를 고치시며 그들의 상처를 싸매시는도다" (시편 147:3)</w:t>
      </w:r>
    </w:p>
    <w:p>
      <w:pPr>
        <w:jc w:val="center"/>
      </w:pPr>
      <w:r>
        <w:t>---------------------------------------------------------------------</w:t>
      </w:r>
    </w:p>
    <w:p>
      <w:pPr>
        <w:spacing w:before="240" w:after="240"/>
        <w:ind w:firstLine="403"/>
        <w:jc w:val="both"/>
      </w:pPr>
      <w:r>
        <w:t xml:space="preserve">사랑의 하나님 아버지, 저희 자녀가 깊은 우울과 절망 가운데 빠져 있습니다. 밝았던 자녀의 얼굴에서 웃음이 사라지고, 삶의 의미를 잃어버린 것 같아 보입니다. 부모인 저희가 아무리 위로해도 자녀의 마음 깊은 곳의 어둠을 걷어낼 수 없어 무력함을 느낍니다. 하지만 주님, 주님께서는 상한 마음을 고치시고 아픈 상처를 싸매시는 분이십니다. 인간의 위로로는 안 되는 일도 주님의 사랑으로는 가능함을 믿습니다. 지금 이 시간 주님의 따뜻한 사랑이 자녀의 마음을 감싸주시기를 간절히 구합니다. 자녀가 스스로를 미워하고 자책하며 힘들어할 때, 주님께서는 그 모든 것을 아시고 여전히 사랑하고 계심을 깨닫게 하여 주시옵소서. 자녀의 존재 자체가 주님께는 소중하고 귀하다는 것을 마음 깊이 느끼게 하여 주시기를 원합니다. 절망의 어둠 속에서도 주님의 빛이 비치고 있음을 믿게 하여 주시옵소서. 아무리 어려운 상황이라도 주님과 함께라면 극복할 수 있다는 소망을 주시기를 간구합니다. 자녀의 마음에 새로운 꿈과 비전을 심어주시고, 다시 일어설 수 있는 용기를 주시기를 원합니다. 주님, 이 시간이 자녀에게 인생의 가장 큰 전환점이 되게 하여 주시옵소서. 절망을 통해 더 큰 은혜를 경험하게 하시고, 나중에는 같은 아픔을 겪는 다른 사람들에게 위로와 소망을 전해줄 수 있는 사람으로 세워주시기를 간절히 기도드립니다. 예수님의 이름으로 기도합니다. 아멘. </w:t>
      </w:r>
    </w:p>
    <w:p>
      <w:r>
        <w:rPr>
          <w:b/>
          <w:sz w:val="28"/>
          <w:u w:val="single"/>
        </w:rPr>
        <w:t>고난을 겪는 자녀를 위한 기도문 4 - 관계의 어려움으로 고통받는 자녀를 위한 기도</w:t>
      </w:r>
    </w:p>
    <w:p>
      <w:pPr>
        <w:spacing w:before="240" w:after="240"/>
        <w:ind w:firstLine="403"/>
        <w:jc w:val="both"/>
      </w:pPr>
      <w:r>
        <w:t>"서로 친절하게 하며 불쌍히 여기며 서로 용서하기를 하나님이 그리스도 안에서 너희를 용서하심과 같이 하라" (에베소서 4:32)</w:t>
      </w:r>
    </w:p>
    <w:p>
      <w:pPr>
        <w:jc w:val="center"/>
      </w:pPr>
      <w:r>
        <w:t>---------------------------------------------------------------------</w:t>
      </w:r>
    </w:p>
    <w:p>
      <w:pPr>
        <w:spacing w:before="240" w:after="240"/>
        <w:ind w:firstLine="403"/>
        <w:jc w:val="both"/>
      </w:pPr>
      <w:r>
        <w:t xml:space="preserve">하나님 아버지, 저희 자녀가 친구들과의 관계, 학교나 직장에서의 인간관계로 인해 많은 상처를 받고 있습니다. 사람들로부터 받은 상처와 배신감, 외로움으로 인해 자녀가 마음을 닫고 있습니다. 다른 사람들을 믿지 못하고 두려워하는 자녀를 보니 마음이 아픕니다. 주님, 자녀가 받은 모든 상처를 주님께서 치유해 주시기를 간절히 구합니다. 사람들의 말과 행동으로 인해 생긴 마음의 상처를 주님의 사랑으로 어루만져 주시옵소서. 자녀의 마음에 쌓인 원망과 분노, 미움의 감정들을 깨끗이 씻어주시기를 원합니다. 주님, 자녀가 다른 사람들을 용서할 수 있는 마음을 주시기를 간구합니다. 미워하는 마음을 품고 있으면 자녀 스스로가 더 고통스러울 것을 아시기에, 용서를 통해 참된 자유를 얻게 하여 주시옵소서. 상처를 준 사람들을 위해서도 기도할 수 있는 넓은 마음을 주시기를 원합니다. 새로운 관계를 시작하는 것이 두렵고 어려워하는 자녀에게 용기를 주시기를 간구합니다. 좋은 친구들과 멘토들을 만나게 하여 주시고, 건강하고 따뜻한 관계들을 맺을 수 있도록 도와주시기를 원합니다. 자녀가 먼저 다른 사람들에게 사랑과 관심을 베풀 수 있는 마음을 주시옵소서. 주님, 이 관계의 아픔을 통해 자녀가 더욱 성숙한 사람으로 자라나게 하여 주시옵소서. 다른 사람들의 마음을 이해하고 공감할 수 있는 능력을 기르게 하시고, 진정한 사랑이 무엇인지 깨닫게 하여 주시기를 간절히 기도드립니다. 예수님의 이름으로 기도합니다. 아멘. </w:t>
      </w:r>
    </w:p>
    <w:p>
      <w:r>
        <w:rPr>
          <w:b/>
          <w:sz w:val="28"/>
          <w:u w:val="single"/>
        </w:rPr>
        <w:t>고난을 겪는 자녀를 위한 기도문 5 - 미래에 대한 불안과 두려움으로 고민하는 자녀를 위한 기도</w:t>
      </w:r>
    </w:p>
    <w:p>
      <w:pPr>
        <w:spacing w:before="240" w:after="240"/>
        <w:ind w:firstLine="403"/>
        <w:jc w:val="both"/>
      </w:pPr>
      <w:r>
        <w:t>"그러므로 내일 일을 위하여 염려하지 말라 내일 일은 내일이 염려할 것이요 한 날의 괴로움은 그 날로 족하니라" (마태복음 6:34)</w:t>
      </w:r>
    </w:p>
    <w:p>
      <w:pPr>
        <w:spacing w:before="240" w:after="240"/>
        <w:ind w:firstLine="403"/>
        <w:jc w:val="both"/>
      </w:pPr>
      <w:r>
        <w:t>전능하신 하나님 아버지, 저희 자녀가 미래에 대한 불안과 두려움으로 밤잠을 이루지 못하고 있습니다. 진로 선택, 취업, 결혼 등 앞으로 다가올 일들에 대해 걱정이 많고, 불확실한 미래 때문에 현재도 제대로 살지 못하고 있습니다. 주님, 자녀의 미래를 주님께서 이미 다 계획하고 계심을 믿습니다. 자녀에게 가장 좋은 길을 예비해 두시고, 때가 되면 그 길로 인도하실 것을 믿고 의지합니다. 자녀가 이 믿음을 갖고 미래에 대한 불안을 내려놓을 수 있도록 도와주시기를 간구합니다. 오늘 하루만을 생각하며 살아갈 수 있는 지혜를 주시기를 원합니다. 내일 걱정하느라 오늘의 소중함을 놓치지 않게 하시고, 현재 주어진 일들에 최선을 다할 수 있는 마음을 주시기를 간구합니다. 주님께서 하루하루 필요한 것들을 공급해 주실 것을 믿고 감사하며 살아가게 하여 주시옵소서. 자녀가 스스로의 계획과 노력에만 의존하지 않고, 주님의 인도하심을 구하며 순종하는 삶을 살아가게 하여 주시기를 간구합니다. 때로는 원하지 않는 길로 가야 할 때도 있겠지만, 그 길이 주님께서 예비하신 최선의 길임을 믿을 수 있는 믿음을 주시옵소서. 주님, 자녀의 미래가 주님의 영광을 위한 것이 되게 하여 주시옵소서. 어떤 일을 하든지 주님을 기쁘시게 하며, 다른 사람들에게 축복이 되는 삶을 살아갈 수 있도록 인도하여 주시기를 간절히 구합니다. 불안한 마음 대신 주님께 대한 확신과 소망으로 가득 찬 마음을 주시기를 예수님의 이름으로 간절히 기도드립니다. 아멘. 자녀가 고난의 시간을 통과할 때, 부모의 기도는 가장 큰 힘이 됩니다. 이 기도문들이 여러분의 간절한 마음을 하나님께 전하는 데 도움이 되기를 바랍니다. 하나님께서는 우리의 기도를 들으시고 반드시 응답해 주실 것입니다. 더 많은 기도문과 말씀을 통한 위로를 원하신다면 [새문안교회 말씀과 기도 자료](http://www.saemoonan.org/Board/ListTV.aspx?vodType=1)를 참고하시기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고난을 겪는 자녀를 위한 기도문</dc:title>
  <dc:subject>기도문 모음</dc:subject>
  <dc:creator>대표 기도문 나눔터</dc:creator>
  <cp:keywords>고난을, 겪는, 자녀를, 위한, 기도문</cp:keywords>
  <dc:description>고난을 겪는 자녀를 위한 기도문 - 더 많은 기도문은 https://prayer-church.co.kr/ 에서 확인하세요
웹사이트: https://prayer-church.co.kr/
콘텐츠 유형: 기도문
SEO 설명: 고난을 겪는 자녀를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