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구역 목장 속회 시작 기도문</w:t>
      </w:r>
    </w:p>
    <w:p/>
    <w:p>
      <w:pPr>
        <w:spacing w:before="240" w:after="240"/>
        <w:ind w:firstLine="403"/>
        <w:jc w:val="both"/>
      </w:pPr>
      <w:r>
        <w:t xml:space="preserve"> 구역 목장 속회 시작 기도문</w:t>
      </w:r>
    </w:p>
    <w:p>
      <w:pPr>
        <w:jc w:val="center"/>
      </w:pPr>
      <w:r>
        <w:t>---------------------------------------------------------------------</w:t>
      </w:r>
    </w:p>
    <w:p>
      <w:pPr>
        <w:spacing w:before="240" w:after="240"/>
        <w:ind w:firstLine="403"/>
        <w:jc w:val="both"/>
      </w:pPr>
      <w:r>
        <w:t xml:space="preserve">구역 목장 속회 시작 기도문은 소그룹 모임을 은혜롭게 시작하는 중요한 열쇠입니다. 하나님의 임재하심을 구하며 성도들의 마음을 하나로 모으는 이 시간은 참된 교제와 말씀 나눔의 기초가 됩니다. 각 계절과 상황에 맞는 기도문을 통해 더욱 풍성한 목장 모임을 만들어 나가시길 바랍니다. </w:t>
      </w:r>
    </w:p>
    <w:p>
      <w:r>
        <w:rPr>
          <w:b/>
          <w:sz w:val="28"/>
          <w:u w:val="single"/>
        </w:rPr>
        <w:t>구역 목장 속회 시작 기도문 1 - 일반적인 모임</w:t>
      </w:r>
    </w:p>
    <w:p>
      <w:pPr>
        <w:spacing w:before="240" w:after="240"/>
        <w:ind w:firstLine="403"/>
        <w:jc w:val="both"/>
      </w:pPr>
      <w:r>
        <w:t>"두세 사람이 내 이름으로 모인 곳에는 나도 그들 중에 있느니라" (마태복음 18:20)</w:t>
      </w:r>
    </w:p>
    <w:p>
      <w:pPr>
        <w:jc w:val="center"/>
      </w:pPr>
      <w:r>
        <w:t>---------------------------------------------------------------------</w:t>
      </w:r>
    </w:p>
    <w:p>
      <w:pPr>
        <w:spacing w:before="240" w:after="240"/>
        <w:ind w:firstLine="403"/>
        <w:jc w:val="both"/>
      </w:pPr>
      <w:r>
        <w:t xml:space="preserve">오늘도 주님의 이름으로 모인 저희 구역 목장 속회를 시작하면서, 먼저 하나님께 감사와 영광을 돌려드립니다. 바쁜 일상 가운데서도 이 시간을 구별하여 함께 모일 수 있게 하신 하나님의 은혜에 감사드립니다. 하나님 아버지, 이 시간 저희와 함께 하시고 이 모임을 주관해 주시옵소서. 각자 다른 마음과 환경에서 온 저희들이지만, 주님 안에서 하나 되게 하시고 서로를 이해하며 사랑할 수 있도록 도와주시옵소서. 일주일 동안 각자의 자리에서 겪은 어려움과 고민들을 이 자리에서 나누며 서로 위로하고 격려할 수 있게 하시옵소서. 오늘 나눌 말씀이 단순한 지식이 아니라 저희 삶 속에서 살아 역사하는 능력이 되게 하시고, 서로의 삶을 통해 하나님의 사랑을 확인하는 시간이 되게 하시옵소서. 또한 이 시간을 통해 더욱 주님을 닮아가는 성숙한 제자들로 세워져 가게 하시옵소서. 주님, 이 모임이 단순한 종교적 모임이 아니라 진정한 사랑의 공동체가 되게 하시고, 여기서 나눈 사랑과 은혜가 우리 각자의 삶의 현장으로 흘러가게 하시옵소서. 이 모든 것을 우리 주 예수 그리스도의 이름으로 기도드립니다. 아멘. 이 기도를 통해 구역원들의 마음이 하나로 모이고, 진정한 교제의 시간을 시작할 수 있습니다. </w:t>
      </w:r>
    </w:p>
    <w:p>
      <w:r>
        <w:rPr>
          <w:b/>
          <w:sz w:val="28"/>
          <w:u w:val="single"/>
        </w:rPr>
        <w:t>구역 목장 속회 시작 기도문 2 - 새해 첫 모임</w:t>
      </w:r>
    </w:p>
    <w:p>
      <w:pPr>
        <w:spacing w:before="240" w:after="240"/>
        <w:ind w:firstLine="403"/>
        <w:jc w:val="both"/>
      </w:pPr>
      <w:r>
        <w:t>"여호와의 말씀이니라 너희를 향한 나의 생각을 내가 아나니 평안이요 재앙이 아니니라 너희에게 미래와 희망을 주는 것이니라" (예레미야 29:11)</w:t>
      </w:r>
    </w:p>
    <w:p>
      <w:pPr>
        <w:jc w:val="center"/>
      </w:pPr>
      <w:r>
        <w:t>---------------------------------------------------------------------</w:t>
      </w:r>
    </w:p>
    <w:p>
      <w:pPr>
        <w:spacing w:before="240" w:after="240"/>
        <w:ind w:firstLine="403"/>
        <w:jc w:val="both"/>
      </w:pPr>
      <w:r>
        <w:t xml:space="preserve">새해를 맞이하여 첫 구역 목장 속회를 시작하는 이 시간, 지난 한 해 동안 저희와 함께 하시며 인도해 주신 하나님께 감사드립니다. 새로운 해를 허락하시고 이렇게 건강하게 모일 수 있게 하신 주님의 은혜가 참으로 크시다는 것을 고백합니다. 하나님 아버지, 새해를 맞이하여 저희 각자의 마음에 새로운 소망과 비전을 심어주시옵소서. 지난해의 아픔과 실망은 주님의 은혜로 치유받고, 새로운 해에는 더욱 풍성한 은혜를 경험할 수 있게 하시옵소서. 저희 구역 목장이 올 한 해 동안 주님의 사랑을 나누는 아름다운 공동체가 되게 하시옵소서. 올해 저희가 계획하는 모든 일들이 하나님의 뜻 안에서 이루어지게 하시고, 개인적인 성장과 함께 구역 전체가 영적으로 성숙해져 가게 하시옵소서. 새로운 구역원들을 보내주시고, 기존 구역원들은 더욱 깊은 교제와 사랑으로 하나 되게 하시옵소서. 주님, 이 새해에도 저희와 함께 하시고, 저희의 계획보다 하나님의 계획이 우선되는 한 해가 되게 하시옵소서. 올 한 해 동안 이 구역 목장을 통해 많은 영혼들이 주님을 만나고 회복되는 역사가 일어나게 하시옵소서. 예수님의 이름으로 간절히 기도드립니다. 아멘. 새해의 새로운 시작을 다짐하며, 함께 성장해 나갈 구역 공동체의 비전을 품고 모임을 시작해 보세요. </w:t>
      </w:r>
    </w:p>
    <w:p>
      <w:r>
        <w:rPr>
          <w:b/>
          <w:sz w:val="28"/>
          <w:u w:val="single"/>
        </w:rPr>
        <w:t>구역 목장 속회 시작 기도문 3 - 감사 절기 모임</w:t>
      </w:r>
    </w:p>
    <w:p>
      <w:pPr>
        <w:spacing w:before="240" w:after="240"/>
        <w:ind w:firstLine="403"/>
        <w:jc w:val="both"/>
      </w:pPr>
      <w:r>
        <w:t>"범사에 감사하라 이것이 그리스도 예수 안에서 너희를 향하신 하나님의 뜻이니라" (데살로니가전서 5:18)</w:t>
      </w:r>
    </w:p>
    <w:p>
      <w:pPr>
        <w:jc w:val="center"/>
      </w:pPr>
      <w:r>
        <w:t>---------------------------------------------------------------------</w:t>
      </w:r>
    </w:p>
    <w:p>
      <w:pPr>
        <w:spacing w:before="240" w:after="240"/>
        <w:ind w:firstLine="403"/>
        <w:jc w:val="both"/>
      </w:pPr>
      <w:r>
        <w:t xml:space="preserve">추수 감사절을 맞아 특별한 마음으로 모인 이 시간, 한 해 동안 베풀어 주신 하나님의 은혜에 진심으로 감사드립니다. 우리에게 필요한 모든 것을 공급해 주시고, 이렇게 건강하고 평안하게 모일 수 있게 하신 하나님의 사랑에 감사드립니다. 하나님 아버지, 올 한 해 동안 저희 각자의 삶 속에서 경험한 크고 작은 은혜들을 되돌아보며 감사드립니다. 때로는 어려움과 시련이 있었지만 그 가운데서도 하나님의 선하심과 신실하심을 체험할 수 있게 하신 것을 감사드립니다. 저희 구역 목장이 서로의 짐을 나누고 함께 기뻐하는 사랑의 공동체가 되게 하신 것을 감사드립니다. 오늘 이 시간을 통해 저희가 받은 은혜를 나누고, 서로의 감사 제목들을 들으며 하나님의 크신 사랑을 다시 한 번 확인하는 시간이 되게 하시옵소서. 또한 우리가 받은 은혜를 혼자만 간직하지 않고, 이웃과 가족들에게도 나누는 복의 통로가 되게 하시옵소서. 주님, 감사하는 마음이 저희 일상의 습관이 되게 하시고, 작은 것에도 감사할 줄 아는 겸손한 마음을 갖게 하시옵소서. 이 감사의 마음으로 앞으로 다가올 날들도 주님과 함께 승리하며 살아가게 하시옵소서. 우리 주 예수 그리스도의 이름으로 감사하며 기도드립니다. 아멘. 감사의 마음으로 시작하는 이 시간이 구역원들에게 더 큰 은혜와 축복의 시간이 되기를 기도드립니다. </w:t>
      </w:r>
    </w:p>
    <w:p>
      <w:r>
        <w:rPr>
          <w:b/>
          <w:sz w:val="28"/>
          <w:u w:val="single"/>
        </w:rPr>
        <w:t>구역 목장 속회 시작 기도문 4 - 어려운 시기 모임</w:t>
      </w:r>
    </w:p>
    <w:p>
      <w:pPr>
        <w:spacing w:before="240" w:after="240"/>
        <w:ind w:firstLine="403"/>
        <w:jc w:val="both"/>
      </w:pPr>
      <w:r>
        <w:t>"수고하고 무거운 짐 진 자들아 다 내게로 오라 내가 너희를 쉬게 하리라" (마태복음 11:28)</w:t>
      </w:r>
    </w:p>
    <w:p>
      <w:pPr>
        <w:jc w:val="center"/>
      </w:pPr>
      <w:r>
        <w:t>---------------------------------------------------------------------</w:t>
      </w:r>
    </w:p>
    <w:p>
      <w:pPr>
        <w:spacing w:before="240" w:after="240"/>
        <w:ind w:firstLine="403"/>
        <w:jc w:val="both"/>
      </w:pPr>
      <w:r>
        <w:t xml:space="preserve">어려운 시기를 지나고 있는 이때, 하나님의 위로와 소망을 구하며 이 구역 목장 속회를 시작합니다. 개인적으로나 사회적으로 힘든 상황들이 많지만, 이렇게 함께 모여 서로를 위로하고 격려할 수 있게 하신 하나님께 감사드립니다. 하나님 아버지, 지금 이 시간 각자 마음에 품고 있는 걱정과 근심들을 주님께 맡겨드립니다. 건강의 염려, 경제적 어려움, 가족 문제, 직장에서의 스트레스 등 각자가 감당하기 어려운 짐들이 있음을 주님께서 아십니다. 이 모든 것들을 주님의 손에 맡기고 평안을 얻게 하시옵소서. 오늘 이 시간이 서로의 어려움을 나누고 함께 기도하며 위로받는 시간이 되게 하시옵소서. 혼자서는 해결하기 어려운 문제들이지만, 함께 모여 기도할 때 하나님의 능력이 나타나게 하시옵소서. 서로를 향한 사랑과 관심이 실제적인 도움이 되게 하시옵소서. 주님, 이 어려운 시기를 통해 저희가 더욱 하나님을 의지하게 하시고, 세상의 것보다 영원한 것에 소망을 두게 하시옵소서. 또한 이 시간을 통해 더욱 성숙한 믿음의 사람들로 세워져 가게 하시옵소서. 우리의 연약함 중에서도 하나님의 강함이 나타나게 하시옵소서. 예수님의 이름으로 간절히 기도드립니다. 아멘. 어려운 시기일수록 서로를 의지하며 하나님의 사랑을 나누는 공동체가 되어, 참된 위로와 힘을 얻는 시간이 되시길 바랍니다. </w:t>
      </w:r>
    </w:p>
    <w:p>
      <w:r>
        <w:rPr>
          <w:b/>
          <w:sz w:val="28"/>
          <w:u w:val="single"/>
        </w:rPr>
        <w:t>구역 목장 속회 시작 기도문 5 - 전도와 선교 중심 모임</w:t>
      </w:r>
    </w:p>
    <w:p>
      <w:pPr>
        <w:spacing w:before="240" w:after="240"/>
        <w:ind w:firstLine="403"/>
        <w:jc w:val="both"/>
      </w:pPr>
      <w:r>
        <w:t>"그러므로 너희는 가서 모든 민족을 제자로 삼아 아버지와 아들과 성령의 이름으로 세례를 베풀고" (마태복음 28:19)</w:t>
      </w:r>
    </w:p>
    <w:p>
      <w:pPr>
        <w:jc w:val="center"/>
      </w:pPr>
      <w:r>
        <w:t>---------------------------------------------------------------------</w:t>
      </w:r>
    </w:p>
    <w:p>
      <w:pPr>
        <w:spacing w:before="240" w:after="240"/>
        <w:ind w:firstLine="403"/>
        <w:jc w:val="both"/>
      </w:pPr>
      <w:r>
        <w:t xml:space="preserve">복음 전파의 사명을 감당하고자 하는 마음으로 이 구역 목장 속회를 시작합니다. 우리에게 구원의 복음을 전해주신 하나님께 감사드리며, 이제 저희도 그 복음을 전하는 사명자로 부르신 것을 감사드립니다. 하나님 아버지, 저희 구역 목장이 단순히 기존 성도들만의 모임이 아니라, 아직 주님을 모르는 이웃들에게 복음을 전하는 전진기지가 되게 하시옵소서. 저희 각자의 삶터에서 만나는 사람들에게 그리스도의 사랑을 보여주고, 자연스럽게 복음을 전할 수 있는 지혜와 용기를 주시옵소서. 오늘 이 시간을 통해 전도에 대한 새로운 마음을 품게 하시고, 구체적인 전도 대상자들을 위해 함께 기도하는 시간이 되게 하시옵소서. 또한 새로운 사람들이 이 모임에 자연스럽게 참여할 수 있도록 따뜻하고 열린 분위기를 만들어 주시옵소서. 주님, 전 세계에서 일어나고 있는 선교 사역들을 위해서도 기도하며, 저희가 할 수 있는 작은 선교 참여를 통해 하나님 나라 확장에 동참하게 하시옵소서. 특별히 어려운 환경에서 복음을 전하는 선교사님들을 격려하고 후원할 수 있는 구역이 되게 하시옵소서. 이 모든 것을 복음 전파의 주인이신 예수 그리스도의 이름으로 기도드립니다. 아멘. 전도와 선교의 열정으로 시작하는 이 모임이 하나님 나라 확장에 귀하게 쓰임받는 시간이 되기를 기도드립니다. </w:t>
      </w:r>
    </w:p>
    <w:p>
      <w:r>
        <w:rPr>
          <w:b/>
          <w:sz w:val="28"/>
          <w:u w:val="single"/>
        </w:rPr>
        <w:t>구역 목장 속회 시작 기도문 6 - 청년 대상 모임</w:t>
      </w:r>
    </w:p>
    <w:p>
      <w:pPr>
        <w:spacing w:before="240" w:after="240"/>
        <w:ind w:firstLine="403"/>
        <w:jc w:val="both"/>
      </w:pPr>
      <w:r>
        <w:t>"청년이 무엇으로 그의 행실을 깨끗하게 하리이까 주의 말씀만 지킬 따름이니이다" (시편 119:9)</w:t>
      </w:r>
    </w:p>
    <w:p>
      <w:pPr>
        <w:spacing w:before="240" w:after="240"/>
        <w:ind w:firstLine="403"/>
        <w:jc w:val="both"/>
      </w:pPr>
      <w:r>
        <w:t>젊은 세대를 향한 하나님의 특별한 계획과 사명을 생각하며 이 청년 구역 목장 속회를 시작합니다. 각자 다른 환경과 상황에서 왔지만, 주님 안에서 하나 되어 모인 이 시간이 참으로 소중합니다. 하나님 아버지, 급변하는 시대를 살아가는 저희 청년들에게 흔들리지 않는 믿음의 뿌리를 내리게 하시옵소서. 취업, 연애, 결혼, 진로 등 앞으로 결정해야 할 많은 일들이 있지만, 모든 것을 주님의 뜻 안에서 결정할 수 있는 지혜를 주시옵소서. 오늘 이 시간을 통해 서로의 고민과 꿈을 나누며, 함께 기도하고 격려하는 시간이 되게 하시옵소서. 또한 각자의 은사와 재능을 발견하고 하나님의 영광을 위해 사용할 수 있는 방법들을 찾아가게 하시옵소서. 세상의 가치관이 아닌 하나님의 가치관으로 인생을 설계해 나가게 하시옵소서. 주님, 저희 청년들이 이 시대의 소금과 빛의 역할을 감당하게 하시고, 동세대 친구들에게 복음을 전하는 전도자들이 되게 하시옵소서. 또한 미래 교회의 기둥이 될 수 있도록 지금부터 믿음의 기초를 든든히 세워가게 하시옵소서. 예수님의 이름으로 기도드립니다. 아멘. 청년 시절의 귀한 시간들을 주님과 함께 보내며, 서로에게 좋은 영향을 주고받는 공동체가 되시길 바랍니다. 구역 목장 속회는 단순한 모임이 아니라 하나님의 사랑을 나누고 서로를 세워가는 소중한 공동체입니다. 이런 기도문들을 통해 더욱 은혜로운 모임을 만들어 나가시며, 각자의 상황에 맞게 적절히 활용하시길 바랍니다. 더 많은 예배와 기도 자료는 [교회 홈페이지](http://klmc.church/klmc/worship/sunday-worship.do)에서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구역 목장 속회 시작 기도문</dc:title>
  <dc:subject>기도문 모음</dc:subject>
  <dc:creator>대표 기도문 나눔터</dc:creator>
  <cp:keywords>구역, 목장, 속회, 시작, 기도문</cp:keywords>
  <dc:description>구역 목장 속회 시작 기도문 - 더 많은 기도문은 https://prayer-church.co.kr/ 에서 확인하세요
웹사이트: https://prayer-church.co.kr/
콘텐츠 유형: 기도문
SEO 설명: 구역 목장 속회 시작 기도문...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