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물질의 축복을 위한 기도문</w:t>
      </w:r>
    </w:p>
    <w:p/>
    <w:p>
      <w:pPr>
        <w:spacing w:before="240" w:after="240"/>
        <w:ind w:firstLine="403"/>
        <w:jc w:val="both"/>
      </w:pPr>
      <w:r>
        <w:t xml:space="preserve"> 물질의 축복을 위한 기도문</w:t>
      </w:r>
    </w:p>
    <w:p>
      <w:pPr>
        <w:jc w:val="center"/>
      </w:pPr>
      <w:r>
        <w:t>---------------------------------------------------------------------</w:t>
      </w:r>
    </w:p>
    <w:p>
      <w:pPr>
        <w:spacing w:before="240" w:after="240"/>
        <w:ind w:firstLine="403"/>
        <w:jc w:val="both"/>
      </w:pPr>
      <w:r>
        <w:t xml:space="preserve">물질의 축복을 위한 기도문으로 하나님께 구하는 것은 성경적이며 필요한 일입니다. 하나님께서는 우리의 모든 필요를 채워주시는 분이시며, 우리가 풍성한 삶을 살기를 원하십니다. 경제적 어려움이나 재정 문제로 고민하는 성도들에게 위로와 소망을 주는 기도문들을 나누고자 합니다. 이 기도문들은 성경 말씀에 근거하여 작성되었으며, 간절한 마음으로 하나님께 나아가는 데 도움이 될 것입니다. </w:t>
      </w:r>
    </w:p>
    <w:p>
      <w:r>
        <w:rPr>
          <w:b/>
          <w:sz w:val="28"/>
          <w:u w:val="single"/>
        </w:rPr>
        <w:t>물질의 축복을 위한 기도문 1 - 하나님의 공급하심을 구하는 기도</w:t>
      </w:r>
    </w:p>
    <w:p>
      <w:pPr>
        <w:spacing w:before="240" w:after="240"/>
        <w:ind w:firstLine="403"/>
        <w:jc w:val="both"/>
      </w:pPr>
      <w:r>
        <w:t>"그러므로 염려하여 이르기를 무엇을 먹을까 무엇을 마실까 무엇을 입을까 하지 말라 이는 다 이방인들이 구하는 것이라 너희 천부께서 이 모든 것이 너희에게 있어야 할 줄을 아시느니라" - 마태복음 6:31-32</w:t>
      </w:r>
    </w:p>
    <w:p>
      <w:pPr>
        <w:jc w:val="center"/>
      </w:pPr>
      <w:r>
        <w:t>---------------------------------------------------------------------</w:t>
      </w:r>
    </w:p>
    <w:p>
      <w:pPr>
        <w:spacing w:before="240" w:after="240"/>
        <w:ind w:firstLine="403"/>
        <w:jc w:val="both"/>
      </w:pPr>
      <w:r>
        <w:t xml:space="preserve">하나님의 무한하신 공급하심을 믿고 의지하며 드리는 기도입니다. 우리의 모든 필요를 아시고 채워주시는 하나님께 감사하며, 물질적 필요를 간구하는 마음을 담았습니다. 전능하신 하나님 아버지, 오늘 주님 앞에 나아와 물질의 축복을 간구합니다. 주님께서 우리의 모든 필요를 아시고 때를 따라 채워주시는 분이심을 믿습니다. 지금 이 순간에도 우리 가정에 필요한 것들을 예비하고 계신 주님의 사랑에 감사드립니다. 주님, 때로는 경제적 어려움으로 인해 마음이 무거워지고 염려가 많아집니다. 하지만 주님께서 공중의 새도 기르시고 들의 백합화도 입히시는 분이심을 기억합니다. 하물며 주님의 자녀인 우리를 어찌 버려두시겠습니까. 주님의 신실하심을 의지하며 모든 염려를 주님께 맡겨드립니다. 주님의 지혜로 우리가 맡은 일터에서 성실하게 일할 수 있도록 도와주시옵소서. 정직하고 근면한 삶을 통해 주님께 영광을 돌리며, 동시에 우리에게 필요한 것들을 얻을 수 있게 하여 주시옵소서. 주님께서 주시는 기회들을 놓치지 않고 잘 활용할 수 있는 지혜와 분별력을 주시옵소서. 또한 주님, 우리가 받은 물질적 축복을 오직 자신만을 위해 사용하지 않게 하시옵소서. 어려운 이웃들과 나누며, 주님의 나라를 위해 헌신할 수 있는 마음을 주시옵소서. 물질이 우리를 지배하지 않고, 우리가 물질의 선한 청지기가 되게 하여 주시옵소서. 주님의 풍성하신 은혜와 사랑으로 우리 가정에 넘치는 축복을 부어주시옵소서. 우리의 간구를 들으시고 응답하시는 주님께 모든 영광과 찬양을 올려드립니다. 예수님의 이름으로 기도합니다. 아멘. </w:t>
      </w:r>
    </w:p>
    <w:p>
      <w:r>
        <w:rPr>
          <w:b/>
          <w:sz w:val="28"/>
          <w:u w:val="single"/>
        </w:rPr>
        <w:t>물질의 축복을 위한 기도문 2 - 재정 회복을 위한 간절한 기도</w:t>
      </w:r>
    </w:p>
    <w:p>
      <w:pPr>
        <w:spacing w:before="240" w:after="240"/>
        <w:ind w:firstLine="403"/>
        <w:jc w:val="both"/>
      </w:pPr>
      <w:r>
        <w:t>"여호와는 나의 목자시니 내게 부족함이 없으리로다" - 시편 23:1</w:t>
      </w:r>
    </w:p>
    <w:p>
      <w:pPr>
        <w:jc w:val="center"/>
      </w:pPr>
      <w:r>
        <w:t>---------------------------------------------------------------------</w:t>
      </w:r>
    </w:p>
    <w:p>
      <w:pPr>
        <w:spacing w:before="240" w:after="240"/>
        <w:ind w:firstLine="403"/>
        <w:jc w:val="both"/>
      </w:pPr>
      <w:r>
        <w:t xml:space="preserve">경제적 어려움 속에서도 하나님의 선하심을 믿고 의지하는 기도입니다. 재정적 회복과 안정을 위해 하나님의 도우심을 구하며, 동시에 하나님을 향한 신뢰를 고백하는 내용입니다. 사랑의 하나님 아버지, 지금 이 시간 무릎 꿇고 주님 앞에 나아와 간절히 기도드립니다. 최근 경제적 어려움으로 인해 마음이 힘들고 앞길이 막막하게 느껴집니다. 하지만 주님께서는 우리의 목자가 되시어 부족함이 없게 하시는 분이심을 고백합니다. 주님, 현재 우리 가정의 재정 상황이 어렵습니다. 생활비 마련에 어려움이 있고, 각종 공과금과 대출 상환에 부담을 느끼고 있습니다. 하지만 이 모든 상황 속에서도 주님의 선하신 계획이 있음을 믿습니다. 주님께서 우리를 연단하시고 더욱 성숙한 신앙인으로 만들어 가시는 과정임을 믿습니다. 주님, 새로운 수입의 길을 열어 주시옵소서. 안정적인 직장이나 사업의 기회를 허락하시고, 우리의 재능과 은사를 활용할 수 있는 일들을 예비하여 주시옵소서. 또한 현재 하고 있는 일들이 더욱 번창하게 하시고, 정당한 대가를 받을 수 있게 하여 주시옵소서. 주님의 때가 가장 좋은 때임을 믿고 기다리겠습니다. 조급한 마음을 내려놓고 주님의 인도하심을 따라가겠습니다. 이 어려운 시기를 통해 우리가 더욱 하나님만 의지하는 법을 배우게 하시옵소서. 물질보다 하나님을 더욱 사랑하는 마음을 갖게 하여 주시옵소서. 주님의 신실하심을 의지하며 모든 염려를 주님께 맡겨드립니다. 주님께서 때를 따라 돕는 은혜를 베풀어 주시리라 확신합니다. 예수님의 이름으로 기도합니다. 아멘. </w:t>
      </w:r>
    </w:p>
    <w:p>
      <w:r>
        <w:rPr>
          <w:b/>
          <w:sz w:val="28"/>
          <w:u w:val="single"/>
        </w:rPr>
        <w:t>물질의 축복을 위한 기도문 3 - 사업 번창을 위한 축복 기도</w:t>
      </w:r>
    </w:p>
    <w:p>
      <w:pPr>
        <w:spacing w:before="240" w:after="240"/>
        <w:ind w:firstLine="403"/>
        <w:jc w:val="both"/>
      </w:pPr>
      <w:r>
        <w:t>"네 시작은 미약하였으나 네 나중은 심히 창대하리라" - 욥기 8:7</w:t>
      </w:r>
    </w:p>
    <w:p>
      <w:pPr>
        <w:jc w:val="center"/>
      </w:pPr>
      <w:r>
        <w:t>---------------------------------------------------------------------</w:t>
      </w:r>
    </w:p>
    <w:p>
      <w:pPr>
        <w:spacing w:before="240" w:after="240"/>
        <w:ind w:firstLine="403"/>
        <w:jc w:val="both"/>
      </w:pPr>
      <w:r>
        <w:t xml:space="preserve">사업을 하는 성도들을 위한 기도문으로, 하나님의 축복 안에서 사업이 번창하고 많은 사람들에게 유익이 되기를 구하는 내용입니다. 전능하신 하나님 아버지, 오늘 주님 앞에서 사업의 번창을 위해 기도드립니다. 주님께서 우리에게 사업할 기회를 주시고, 여러 사람들과 함께 일할 수 있는 은혜를 허락하신 것을 감사드립니다. 모든 것이 주님의 뜻 안에서 이루어지기를 원합니다. 주님, 우리의 사업이 단순히 이익만을 추구하는 것이 아니라, 사회에 유익을 주고 많은 사람들에게 도움이 되는 일이 되게 하여 주시옵소서. 정직하고 성실한 마음으로 사업을 운영하며, 주님의 이름에 영광이 되는 일터가 되게 하여 주시옵소서. 지혜와 분별력을 주시옵소서. 중요한 결정을 내려야 할 때마다 주님의 뜻을 구하며, 성령님의 인도하심을 따라 올바른 선택을 할 수 있게 하여 주시옵소서. 동업자들과 직원들, 그리고 고객들과의 관계에서 서로 존중하고 사랑하는 마음으로 대할 수 있게 하여 주시옵소서. 주님, 경제적 어려움이나 경쟁이 치열한 상황에서도 낙심하지 않고 끝까지 최선을 다할 수 있는 힘을 주시옵소서. 작은 시작이었지만 주님의 축복으로 점점 성장해 나가는 사업이 되게 하여 주시옵소서. 매출 증가와 함께 직원들의 복리후생도 개선할 수 있게 하여 주시옵소서. 무엇보다 사업을 통해 얻은 수익의 일부를 주님의 나라를 위해 사용할 수 있게 하여 주시옵소서. 어려운 이웃들을 돕고, 교회 사역에 헌신하며, 복음 전파에 쓰임 받는 사업이 되게 하여 주시옵소서. 주님의 풍성한 축복이 우리 사업 위에 임하여 많은 사람들이 주님의 사랑을 경험하게 하여 주시옵소서. 주님의 이름으로 기도합니다. 아멘. </w:t>
      </w:r>
    </w:p>
    <w:p>
      <w:r>
        <w:rPr>
          <w:b/>
          <w:sz w:val="28"/>
          <w:u w:val="single"/>
        </w:rPr>
        <w:t>물질의 축복을 위한 기도문 4 - 십일조와 헌금을 통한 축복 기도</w:t>
      </w:r>
    </w:p>
    <w:p>
      <w:pPr>
        <w:spacing w:before="240" w:after="240"/>
        <w:ind w:firstLine="403"/>
        <w:jc w:val="both"/>
      </w:pPr>
      <w:r>
        <w:t>"만군의 여호와가 이르노라 너희의 온전한 십일조를 창고에 들여 나의 집에 양식이 있게 하고 그것으로 나를 시험하여 내가 하늘 문을 열고 너희에게 복을 쌓을 곳이 없도록 붓지 아니하나 보라" - 말라기 3:10</w:t>
      </w:r>
    </w:p>
    <w:p>
      <w:pPr>
        <w:jc w:val="center"/>
      </w:pPr>
      <w:r>
        <w:t>---------------------------------------------------------------------</w:t>
      </w:r>
    </w:p>
    <w:p>
      <w:pPr>
        <w:spacing w:before="240" w:after="240"/>
        <w:ind w:firstLine="403"/>
        <w:jc w:val="both"/>
      </w:pPr>
      <w:r>
        <w:t xml:space="preserve">하나님께 드리는 십일조와 헌금이 축복의 통로가 됨을 믿고, 더욱 풍성한 나눔을 실천할 수 있게 해달라고 구하는 기도입니다. 신실하신 하나님 아버지, 주님께서 우리에게 주신 모든 것이 주님의 것임을 고백합니다. 우리가 가진 재물과 능력, 시간과 건강 모든 것이 주님의 은혜로 주어진 것임을 인정합니다. 이 모든 것을 주님을 위해 사용할 수 있도록 마음을 새롭게 하여 주시옵소서. 주님, 십일조를 드리는 것이 때로는 경제적 부담으로 느껴질 때가 있습니다. 하지만 주님의 말씀에 순종하여 신실하게 십일조를 드리며, 주님의 축복의 약속을 믿고 의지하겠습니다. 주님께서 하늘 문을 열고 복을 쌓을 곳이 없도록 부어주시겠다고 약속하신 말씀을 붙들고 기도합니다. 주님의 집인 교회에 십일조를 드림으로 복음 전파와 선교 사역, 그리고 교회 공동체의 다양한 사역들이 더욱 활발히 이루어지게 하여 주시옵소서. 우리가 드린 십일조와 헌금이 주님의 나라 확장에 귀하게 쓰임 받게 하여 주시옵소서. 나눔의 기쁨을 알게 하여 주시옵소서. 십일조뿐만 아니라 감사헌금, 선교헌금, 구제헌금 등을 통해 더 많은 사람들에게 주님의 사랑을 전할 수 있게 하여 주시옵소서. 받은 것보다 주는 것이 더 복되다는 주님의 말씀을 실천하며 살아가게 하여 주시옵소서. 주님, 우리가 드린 것보다 더 많은 것으로 갚아주시는 주님의 은혜를 경험하게 하여 주시옵소서. 영적인 축복과 함께 물질적인 축복도 넘치게 허락하시어, 우리가 더욱 풍성하게 나눌 수 있는 사람이 되게 하여 주시옵소서. 주님의 신실하심을 의지하며 모든 영광을 주님께 돌립니다. 예수님의 이름으로 기도합니다. 아멘. </w:t>
      </w:r>
    </w:p>
    <w:p>
      <w:r>
        <w:rPr>
          <w:b/>
          <w:sz w:val="28"/>
          <w:u w:val="single"/>
        </w:rPr>
        <w:t>물질의 축복을 위한 기도문 5 - 가정 경제를 위한 축복 기도</w:t>
      </w:r>
    </w:p>
    <w:p>
      <w:pPr>
        <w:spacing w:before="240" w:after="240"/>
        <w:ind w:firstLine="403"/>
        <w:jc w:val="both"/>
      </w:pPr>
      <w:r>
        <w:t>"내 하나님이 그리스도 예수 안에서 영광 가운데 그 풍성한 대로 너희 모든 쓸 것을 채우시리라" - 빌립보서 4:19</w:t>
      </w:r>
    </w:p>
    <w:p>
      <w:pPr>
        <w:spacing w:before="240" w:after="240"/>
        <w:ind w:firstLine="403"/>
        <w:jc w:val="both"/>
      </w:pPr>
      <w:r>
        <w:t>가정의 경제적 안정과 풍요로움을 위해 하나님의 축복을 구하는 기도입니다. 가족 구성원 모두가 하나님의 공급하심 안에서 평안하게 살아갈 수 있기를 기원합니다. 사랑의 하나님 아버지, 우리 가정을 돌보시고 인도하시는 주님께 감사드립니다. 매일매일 우리에게 필요한 것들을 공급해 주시고, 가족들이 건강하게 지낼 수 있도록 보호해 주시는 주님의 사랑에 감사드립니다. 주님, 우리 가정의 경제적 필요를 채워주시옵소서. 생활비와 교육비, 의료비 등 가정 운영에 필요한 모든 경비가 부족하지 않게 하여 주시옵소서. 가장이 안정적인 수입을 얻을 수 있게 하시고, 가족 구성원들 각자가 자신의 역할을 잘 감당할 수 있게 하여 주시옵소서. 자녀들의 교육에 필요한 것들도 풍족하게 공급해 주시옵소서. 좋은 교육 환경에서 공부할 수 있게 하시고, 장학금이나 교육비 지원 등의 기회들도 허락하여 주시옵소서. 자녀들이 경제적 어려움 때문에 교육의 기회를 놓치지 않게 하여 주시옵소서. 주님, 우리 가정이 물질적으로 풍요로워질 때도 교만하지 않고 항상 감사하는 마음을 갖게 하여 주시옵소서. 또한 어려운 시기에도 서로 의지하고 격려하며, 주님만 바라보는 가정이 되게 하여 주시옵소서. 가족 간의 사랑과 화목이 물질보다 더 소중함을 잊지 않게 하여 주시옵소서. 우리 가정이 받은 축복을 이웃들과 나누며, 어려운 가정들을 도울 수 있는 여유를 주시옵소서. 주님의 사랑으로 하나 된 가정이 되어 많은 사람들에게 복음을 전하는 통로가 되게 하여 주시옵소서. 주님의 풍성한 은혜가 우리 가정에 넘치게 하시고, 대대로 주님을 섬기는 가정이 되게 하여 주시옵소서. 주님의 이름으로 기도합니다. 아멘. 이러한 기도문들이 어려운 시기를 겪고 있는 성도들에게 위로와 소망이 되기를 바랍니다. 하나님께서는 우리의 간구를 들으시고 때를 따라 응답하시는 분이십니다. 더 많은 기도문과 말씀을 통해 은혜받기를 원하신다면 [새문안교회 영상 설교](http://www.saemoonan.org/Board/ListTV.aspx?vodType=1)를 참고하시기 바랍니다.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물질의 축복을 위한 기도문</dc:title>
  <dc:subject>기도문 모음</dc:subject>
  <dc:creator>대표 기도문 나눔터</dc:creator>
  <cp:keywords>물질의, 축복을, 위한, 기도문</cp:keywords>
  <dc:description>물질의 축복을 위한 기도문 - 더 많은 기도문은 https://prayer-church.co.kr/ 에서 확인하세요
웹사이트: https://prayer-church.co.kr/
콘텐츠 유형: 기도문
SEO 설명: 물질의 축복을 위한 기도문...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