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부활절 대표 기도문 (2025년)</w:t>
      </w:r>
    </w:p>
    <w:p/>
    <w:p>
      <w:pPr>
        <w:spacing w:before="240" w:after="240"/>
        <w:ind w:firstLine="403"/>
        <w:jc w:val="both"/>
      </w:pPr>
      <w:r>
        <w:t xml:space="preserve"> 부활절 대표 기도문 (2025년)</w:t>
      </w:r>
    </w:p>
    <w:p>
      <w:pPr>
        <w:jc w:val="center"/>
      </w:pPr>
      <w:r>
        <w:t>---------------------------------------------------------------------</w:t>
      </w:r>
    </w:p>
    <w:p>
      <w:pPr>
        <w:spacing w:before="240" w:after="240"/>
        <w:ind w:firstLine="403"/>
        <w:jc w:val="both"/>
      </w:pPr>
      <w:r>
        <w:t xml:space="preserve">부활절 대표 기도문 (2025년)을 통해 예수님의 부활하신 은혜와 사랑을 마음 깊이 느껴보세요. 2025년 부활절을 맞아 우리 믿음의 핵심인 예수님의 부활을 기념하는 감동적인 기도문들을 준비했습니다. 죄와 사망의 권세를 이기고 부활하신 예수님의 승리를 기억하며, 우리에게 영원한 생명의 소망을 주신 하나님께 감사와 찬양을 올려드리는 시간이 되길 바랍니다. </w:t>
      </w:r>
    </w:p>
    <w:p>
      <w:r>
        <w:rPr>
          <w:b/>
          <w:sz w:val="28"/>
          <w:u w:val="single"/>
        </w:rPr>
        <w:t>부활절 대표 기도문 (1) 감사의 기도</w:t>
      </w:r>
    </w:p>
    <w:p>
      <w:pPr>
        <w:spacing w:before="240" w:after="240"/>
        <w:ind w:firstLine="403"/>
        <w:jc w:val="both"/>
      </w:pPr>
      <w:r>
        <w:t>"내가 산 자의 땅에서 여호와의 선하심을 보리라 확신하노라" (시편 27:13)</w:t>
      </w:r>
    </w:p>
    <w:p>
      <w:pPr>
        <w:jc w:val="center"/>
      </w:pPr>
      <w:r>
        <w:t>---------------------------------------------------------------------</w:t>
      </w:r>
    </w:p>
    <w:p>
      <w:pPr>
        <w:spacing w:before="240" w:after="240"/>
        <w:ind w:firstLine="403"/>
        <w:jc w:val="both"/>
      </w:pPr>
      <w:r>
        <w:t xml:space="preserve">예수님의 부활을 기념하는 이 거룩한 날에 감사의 마음을 담아 기도를 올려드립니다. 죄와 사망의 권세를 이기고 부활하신 예수님을 통해 우리에게 새로운 생명과 희망을 주신 하나님께 감사를 드립니다. 사랑하는 하나님 아버지, 오늘 부활절을 맞이하여 주님께 감사와 찬양을 올려드립니다. 우리의 죄를 위해 십자가에서 죽으신 예수님께서 사흘 만에 부활하사 죽음을 이기시고 영생의 길을 열어주셨음을 감사드립니다. 주님의 부활로 말미암아 우리도 새로운 생명을 얻었고, 영원한 천국의 소망을 품게 되었습니다. 이 땅에서 고통과 어려움을 겪고 있는 모든 성도들에게 부활의 소망을 주시고, 절망 가운데 있는 자들에게 새로운 힘과 용기를 주시옵소서. 코로나19로 인한 상처와 경제적 어려움으로 힘들어하는 이들에게 주님의 치유와 회복의 손길을 베풀어 주시옵소서. 우리 교회 공동체가 부활의 기쁨을 나누며 서로 사랑하고 격려하는 모습을 보여주게 하옵소서. 2025년 새해를 맞이하여 우리 한국 교회가 더욱 주님의 부활을 증거하는 교회가 되게 하시고, 복음의 빛이 이 땅 곳곳에 퍼져나가게 하옵소서. 북한 동포들과 전 세계 모든 민족들이 부활하신 예수님을 구주로 영접하는 역사가 일어나게 하시며, 평화와 화해의 역사가 이루어지게 하옵소서. 부활의 주님께서 우리와 함께 계시니 두려움이 없고, 영원한 생명의 소망이 있으니 죽음도 무섭지 않습니다. 주님의 부활 안에서 우리도 새로운 피조물이 되어 의와 거룩함으로 주님을 섬기며 살아가게 하옵소서. 부활하신 예수님의 이름으로 기도드립니다. 아멘. </w:t>
      </w:r>
    </w:p>
    <w:p>
      <w:r>
        <w:rPr>
          <w:b/>
          <w:sz w:val="28"/>
          <w:u w:val="single"/>
        </w:rPr>
        <w:t>부활절 대표 기도문 (2) 새로운 시작의 기도</w:t>
      </w:r>
    </w:p>
    <w:p>
      <w:pPr>
        <w:spacing w:before="240" w:after="240"/>
        <w:ind w:firstLine="403"/>
        <w:jc w:val="both"/>
      </w:pPr>
      <w:r>
        <w:t>"그러므로 누구든지 그리스도 안에 있으면 새로운 피조물이라 이전 것은 지나갔으니 보라 새 것이 되었도다" (고린도후서 5:17)</w:t>
      </w:r>
    </w:p>
    <w:p>
      <w:pPr>
        <w:jc w:val="center"/>
      </w:pPr>
      <w:r>
        <w:t>---------------------------------------------------------------------</w:t>
      </w:r>
    </w:p>
    <w:p>
      <w:pPr>
        <w:spacing w:before="240" w:after="240"/>
        <w:ind w:firstLine="403"/>
        <w:jc w:val="both"/>
      </w:pPr>
      <w:r>
        <w:t xml:space="preserve">부활절을 맞이하여 우리 삶의 새로운 시작을 다짐하며 기도드립니다. 예수님의 부활이 우리에게 새로운 생명과 변화의 기회를 주신 것처럼, 우리의 삶도 새롭게 변화되기를 소망하며 하나님께 나아갑니다. 전능하신 하나님, 부활의 주님을 찬양하며 기도드립니다. 무덤을 이기고 부활하신 예수님처럼 우리 삶의 모든 절망과 좌절도 주님의 능력으로 새로운 희망과 기쁨으로 바뀌게 하옵소서. 지난날의 실패와 아픔, 상처와 원망을 모두 주님께 맡겨드리며, 부활의 능력으로 새로운 삶을 시작하게 하여 주시옵소서. 2025년 새해를 맞이하여 개인적으로나 사회적으로 많은 변화와 도전이 있겠지만, 부활하신 주님께서 우리와 함께 계시니 두려워하지 않고 담대히 나아가게 하옵소서. 인공지능과 디지털 기술이 발달하는 시대에도 변하지 않는 복음의 진리를 굳게 붙잡고 살아가게 하시며, 주님의 사랑을 실천하는 삶을 살게 하옵소서. 우리 가정과 교회가 부활의 새로운 생명력으로 충만하게 하시고, 성령님의 역사하심을 통해 더욱 주님을 닮아가는 성숙한 신앙인이 되게 하옵소서. 특히 젊은 세대들이 주님의 부활을 체험하고 믿음의 확신을 가지며 복음을 전하는 삶을 살게 하여 주시옵소서. 부활의 주님, 우리의 마음을 새롭게 하시고 생각을 새롭게 하시며 삶의 목표와 방향을 주님의 뜻에 맞게 정립하게 하옵소서. 매일 새로운 은혜와 새로운 능력을 주시어 주님의 증인된 삶을 살아가게 하시며, 부활의 소망을 품고 영생의 길을 걸어가게 하옵소서. 부활하신 예수님의 이름으로 기도드립니다. 아멘. </w:t>
      </w:r>
    </w:p>
    <w:p>
      <w:r>
        <w:rPr>
          <w:b/>
          <w:sz w:val="28"/>
          <w:u w:val="single"/>
        </w:rPr>
        <w:t>부활절 대표 기도문 (3) 선교와 전도의 기도</w:t>
      </w:r>
    </w:p>
    <w:p>
      <w:pPr>
        <w:spacing w:before="240" w:after="240"/>
        <w:ind w:firstLine="403"/>
        <w:jc w:val="both"/>
      </w:pPr>
      <w:r>
        <w:t>"그가 또 이르시되 너희는 온 천하에 다니며 만민에게 복음을 전파하라" (마가복음 16:15)</w:t>
      </w:r>
    </w:p>
    <w:p>
      <w:pPr>
        <w:jc w:val="center"/>
      </w:pPr>
      <w:r>
        <w:t>---------------------------------------------------------------------</w:t>
      </w:r>
    </w:p>
    <w:p>
      <w:pPr>
        <w:spacing w:before="240" w:after="240"/>
        <w:ind w:firstLine="403"/>
        <w:jc w:val="both"/>
      </w:pPr>
      <w:r>
        <w:t xml:space="preserve">부활하신 예수님께서 제자들에게 주신 지상대명령을 기억하며, 복음 전파의 사명을 감당하기 위해 기도드립니다. 부활의 기쁜 소식이 온 세상에 전해지고 모든 민족이 구원받기를 소망하며 간구합니다. 거룩하신 하나님, 부활의 주님을 높이며 기도드립니다. 예수님의 부활로 말미암아 우리가 받은 구원의 은혜를 세상 모든 사람들과 나누게 하옵소서. 부활의 복음이 이 땅과 온 세계에 전파되어 많은 영혼들이 주님께로 돌아오게 하시고, 교회가 부활의 증인 공동체로서 역할을 감당하게 하옵소서. 북한 동포들과 중국의 탈북자들, 그리고 전 세계 선교지에 흩어진 선교사들과 현지 교회들을 축복하여 주시옵소서. 특히 종교의 자유가 제한된 지역에서 복음을 전하는 모든 사역자들을 보호하시고 담대함을 주시며, 그들을 통해 부활의 복음이 증거되게 하옵소서. 2025년 한국 교회가 더욱 선교에 헌신하는 교회가 되게 하시고, 젊은 세대들이 선교의 비전을 품고 복음 전파에 동참하게 하옵소서. 디지털 시대에 맞는 새로운 선교 방법들을 통해 더 많은 사람들에게 부활의 소식이 전해지게 하시며, 온라인과 오프라인 모든 영역에서 주님의 이름이 높아지게 하옵소서. 우리 한 사람 한 사람이 부활의 증인이 되어 가족과 친구, 직장 동료들에게 복음을 전하는 삶을 살게 하옵소서. 말로만이 아니라 삶으로 보여주는 진정한 복음의 능력이 나타나게 하시며, 우리의 변화된 모습을 통해 많은 사람들이 부활하신 예수님을 믿게 하옵소서. 부활의 주님, 이 시대의 복음화를 위해 우리를 사용하여 주시옵소서. 성령님의 능력으로 담대히 복음을 전하게 하시고, 주님의 부활을 증거하는 삶을 통해 하나님의 나라가 확장되게 하옵소서. 모든 민족이 부활하신 예수님 앞에 무릎 꿇고 구원받는 그날까지 복음 전파의 사명을 감당하게 하옵소서. 부활하신 예수님의 이름으로 기도드립니다. 아멘. </w:t>
      </w:r>
    </w:p>
    <w:p>
      <w:r>
        <w:rPr>
          <w:b/>
          <w:sz w:val="28"/>
          <w:u w:val="single"/>
        </w:rPr>
        <w:t>부활절 대표 기도문 (4) 치유와 회복의 기도</w:t>
      </w:r>
    </w:p>
    <w:p>
      <w:pPr>
        <w:spacing w:before="240" w:after="240"/>
        <w:ind w:firstLine="403"/>
        <w:jc w:val="both"/>
      </w:pPr>
      <w:r>
        <w:t>"그가 찔림은 우리의 허물 때문이요 그가 상함은 우리의 죄악 때문이라 그가 징계를 받으므로 우리는 평화를 누리고 그가 채찍에 맞으므로 우리는 나음을 받았도다" (이사야 53:5)</w:t>
      </w:r>
    </w:p>
    <w:p>
      <w:pPr>
        <w:jc w:val="center"/>
      </w:pPr>
      <w:r>
        <w:t>---------------------------------------------------------------------</w:t>
      </w:r>
    </w:p>
    <w:p>
      <w:pPr>
        <w:spacing w:before="240" w:after="240"/>
        <w:ind w:firstLine="403"/>
        <w:jc w:val="both"/>
      </w:pPr>
      <w:r>
        <w:t xml:space="preserve">부활하신 예수님께서 우리의 질병과 상처를 치유하시고 회복시켜 주시기를 간구하며 기도드립니다. 십자가의 고난과 부활의 능력으로 우리를 온전히 치유하시고 새롭게 하여 주시옵소서. 자비로우신 하나님, 부활의 주님께 감사와 찬양을 올려드립니다. 우리의 몸과 마음, 영혼의 모든 상처와 질병을 치유하여 주시옵소서. 부활하신 예수님의 능력으로 육체의 질병과 정신적 고통, 영적 메마름을 모두 치유하시고 온전한 건강과 평안을 주시옵소서. 코로나19 팬데믹으로 인한 사회적 상처와 트라우마, 경제적 어려움과 관계의 단절로 고통받는 모든 이들을 치유하여 주시옵소서. 특히 의료진들과 사회 필수 인력들을 보호하시고, 질병으로 고통받는 모든 환자들에게 주님의 치유의 손길이 임하게 하옵소서. 가정의 문제와 갈등, 자녀 교육의 어려움, 경제적 부담으로 힘들어하는 모든 가정들을 회복시켜 주시옵소서. 부활의 생명력으로 깨어진 관계들이 회복되고, 상처받은 마음들이 치유되며, 사랑과 화해의 역사가 일어나게 하옵소서. 2025년 새해를 맞이하여 우리나라가 사회적 갈등과 분열을 극복하고 화합과 상생의 길로 나아가게 하옵소서. 정치적 대립과 세대 간의 갈등, 계층 간의 격차가 해소되고 모두가 함께 살아가는 공동체가 되게 하시며, 부활의 사랑으로 하나 되게 하옵소서. 우리 교회 공동체 안에서도 상처받고 실망한 성도들을 치유하시고 회복시켜 주시옵소서. 믿음의 침체와 영적 메마름을 치유하시고, 부활의 새로운 생명력으로 충만하게 하시며, 서로 사랑하고 격려하는 공동체가 되게 하옵소서. 부활하신 예수님, 당신의 상처로 우리가 나음을 받았으니 우리도 이제 치유받은 자로서 다른 사람들의 상처를 치유하는 삶을 살게 하옵소서. 주님의 사랑과 은혜를 나누며 위로와 소망을 전하는 치유의 공동체가 되게 하옵소서. 부활하신 예수님의 이름으로 기도드립니다. 아멘. </w:t>
      </w:r>
    </w:p>
    <w:p>
      <w:r>
        <w:rPr>
          <w:b/>
          <w:sz w:val="28"/>
          <w:u w:val="single"/>
        </w:rPr>
        <w:t>부활절 대표 기도문 (5) 소망과 승리의 기도</w:t>
      </w:r>
    </w:p>
    <w:p>
      <w:pPr>
        <w:spacing w:before="240" w:after="240"/>
        <w:ind w:firstLine="403"/>
        <w:jc w:val="both"/>
      </w:pPr>
      <w:r>
        <w:t>"죽음아 너의 승리가 어디 있느냐 죽음아 네가 쏘는 것이 어디 있느냐" (고린도전서 15:55)</w:t>
      </w:r>
    </w:p>
    <w:p>
      <w:pPr>
        <w:spacing w:before="240" w:after="240"/>
        <w:ind w:firstLine="403"/>
        <w:jc w:val="both"/>
      </w:pPr>
      <w:r>
        <w:t>부활하신 예수님의 승리를 기억하며 우리도 삶의 모든 어려움과 시련을 이겨낼 수 있다는 소망을 품고 기도드립니다. 부활의 능력으로 우리에게 영원한 승리와 소망을 주신 하나님께 감사드립니다. 영광의 하나님, 죽음을 이기고 부활하신 예수님을 찬양하며 기도드립니다. 주님의 부활로 말미암아 우리도 죽음을 이기고 영생을 얻게 되었으니 이 얼마나 큰 소망입니까. 이 세상의 모든 절망과 좌절, 실패와 패배감을 부활의 능력으로 이겨내게 하옵소서. 현재 우리가 직면하고 있는 개인적인 어려움들, 가정의 문제들, 사회적 갈등들이 모두 부활하신 주님의 능력으로 해결되기를 간구합니다. 경제적 어려움과 건강 문제, 관계의 갈등과 미래에 대한 불안감을 모두 주님께 맡겨드리며, 부활의 소망으로 승리하게 하옵소서. 2025년 새해를 맞이하여 우리나라가 여러 도전과 위기를 지혜롭게 극복하고 더욱 발전하는 나라가 되게 하옵소서. 저출산과 고령화, 사회적 양극화 등의 문제들을 해결하는 지혜를 주시고, 차세대들이 희망을 품고 살아갈 수 있는 사회가 되게 하옵소서. 전 세계적으로 일어나고 있는 전쟁과 분쟁, 테러와 재난들이 속히 종식되고 평화가 임하게 하옵소서. 부활하신 평화의 주님께서 세상의 모든 갈등과 대립을 해결하시고, 화해와 용서의 역사가 일어나게 하옵소서. 우리 개인의 삶에서도 부활의 능력이 나타나게 하옵소서. 어떤 시련과 고난이 와도 주님의 부활을 믿고 소망을 잃지 않게 하시며, 모든 상황에서 감사하고 기뻐하며 승리하는 삶을 살게 하옵소서. 부활의 주님께서 우리와 함께 계시니 우리는 이미 승리한 자들임을 확신합니다. 부활하신 예수님, 우리의 최종 목적지는 영원한 천국이며, 이 땅에서의 모든 고난은 잠시일 뿐임을 기억하게 하옵소서. 부활의 소망을 품고 오늘도 주님을 위해 살아가며, 언젠가 주님의 부활에 참여하여 영광스러운 몸으로 부활할 그날을 소망하며 살아가게 하옵소서. 부활하신 예수님의 이름으로 기도드립니다. 아멘. 부활절을 맞이하여 이러한 기도문들을 통해 주님의 부활하신 은혜와 사랑을 더욱 깊이 체험하시길 바랍니다. 더 많은 예배와 기도 자료는 [이곳](http://klmc.church/klmc/worship/sunday-worship.do)에서 확인하실 수 있습니다.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부활절 대표 기도문 (2025년)</dc:title>
  <dc:subject>기도문 모음</dc:subject>
  <dc:creator>대표 기도문 나눔터</dc:creator>
  <cp:keywords>부활절, 대표, 기도문</cp:keywords>
  <dc:description>부활절 대표 기도문 (2025년) - 더 많은 기도문은 https://prayer-church.co.kr/ 에서 확인하세요
웹사이트: https://prayer-church.co.kr/
콘텐츠 유형: 기도문
SEO 설명: 부활절 대표 기도문 (2025년)...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