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t>새벽예배 대표기도문 3월</w:t>
      </w:r>
    </w:p>
    <w:p/>
    <w:p>
      <w:pPr>
        <w:spacing w:before="240" w:after="240"/>
        <w:ind w:firstLine="403"/>
        <w:jc w:val="both"/>
      </w:pPr>
      <w:r>
        <w:t xml:space="preserve"> 새벽예배 대표기도문 3월 - 봄의 시작과 함께 드리는 감사와 소망의 기도</w:t>
      </w:r>
    </w:p>
    <w:p>
      <w:pPr>
        <w:jc w:val="center"/>
      </w:pPr>
      <w:r>
        <w:t>---------------------------------------------------------------------</w:t>
      </w:r>
    </w:p>
    <w:p>
      <w:pPr>
        <w:spacing w:before="240" w:after="240"/>
        <w:ind w:firstLine="403"/>
        <w:jc w:val="both"/>
      </w:pPr>
      <w:r>
        <w:t xml:space="preserve">새벽예배 대표기도문 3월을 통해 봄의 시작과 함께 하나님께 감사와 소망의 기도를 드릴 수 있습니다. 3월은 겨울의 추위가 물러가고 새로운 생명이 움트는 계절로, 하나님의 창조와 은혜를 더욱 깊이 묵상할 수 있는 소중한 시기입니다. 이 시간 함께 드리는 기도를 통해 우리의 마음도 새롭게 하시고 하나님의 뜻을 따라 살아가는 성도들이 되시길 바랍니다. </w:t>
      </w:r>
    </w:p>
    <w:p>
      <w:r>
        <w:rPr>
          <w:b/>
          <w:sz w:val="28"/>
          <w:u w:val="single"/>
        </w:rPr>
        <w:t>새벽예배 대표기도문 3월 1 - 새로운 시작의 은혜</w:t>
      </w:r>
    </w:p>
    <w:p>
      <w:pPr>
        <w:spacing w:before="240" w:after="240"/>
        <w:ind w:firstLine="403"/>
        <w:jc w:val="both"/>
      </w:pPr>
      <w:r>
        <w:t>"여호와를 기뻐하라 그가 네 마음의 소원을 네게 이루어 주시리로다" (시편 37:4)</w:t>
      </w:r>
    </w:p>
    <w:p>
      <w:pPr>
        <w:jc w:val="center"/>
      </w:pPr>
      <w:r>
        <w:t>---------------------------------------------------------------------</w:t>
      </w:r>
    </w:p>
    <w:p>
      <w:pPr>
        <w:spacing w:before="240" w:after="240"/>
        <w:ind w:firstLine="403"/>
        <w:jc w:val="both"/>
      </w:pPr>
      <w:r>
        <w:t xml:space="preserve">사랑하는 하나님 아버지, 새벽의 고요함 속에서 아버지 앞에 나아가는 저희들을 따뜻하게 맞아주시니 감사합니다. 3월의 새로운 시작과 함께 우리의 마음도 새롭게 하시고, 봄의 기운처럼 희망과 기쁨으로 가득 채워주시옵소서. 지난 겨울 동안 우리를 지켜주시고 보호해주신 하나님의 은혜에 감사드립니다. 추위 속에서도 우리의 신앙을 지킬 수 있도록 도와주시고, 어려운 시기를 견딜 수 있는 힘을 주셨습니다. 이제 봄이 시작되는 3월을 맞아 새로운 마음으로 하나님을 섬기고자 합니다. 땅에서 새싹이 돋아나고 꽃봉오리가 맺히는 것처럼, 우리의 영혼에도 새로운 생명력이 넘쳐나게 하시옵소서. 지난날의 연약함과 부족함을 회개하며, 하나님 앞에서 정직하고 겸손한 마음으로 나아가게 하소서. 우리의 죄악을 용서하시고 깨끗한 마음으로 새롭게 출발할 수 있도록 도와주시옵소서. 이 3월 한 달 동안 하나님께서 예비하신 모든 계획과 섭리를 믿고 의지하며 살아가게 하시옵소서. 우리의 가정과 교회, 그리고 이 땅 위에 하나님의 은혜와 축복이 충만하게 하시며, 모든 성도들이 하나님의 사랑 안에서 평안과 기쁨을 누리게 하소서. 아버지 하나님, 새벽의 이 시간을 통해 주님과 더욱 가까워지는 은혜를 허락해주시옵소서. 하루하루를 주님의 뜻대로 살아가며, 우리의 삶을 통해 하나님의 영광이 드러나게 하소서. 예수 그리스도의 이름으로 기도드립니다. 아멘. </w:t>
      </w:r>
    </w:p>
    <w:p>
      <w:r>
        <w:rPr>
          <w:b/>
          <w:sz w:val="28"/>
          <w:u w:val="single"/>
        </w:rPr>
        <w:t>새벽예배 대표기도문 3월 2 - 감사와 회개의 기도</w:t>
      </w:r>
    </w:p>
    <w:p>
      <w:pPr>
        <w:spacing w:before="240" w:after="240"/>
        <w:ind w:firstLine="403"/>
        <w:jc w:val="both"/>
      </w:pPr>
      <w:r>
        <w:t>"만물이 그로 말미암아 지은 바 되었으니 지은 것이 하나도 그가 없이는 된 것이 없느니라" (요한복음 1:3)</w:t>
      </w:r>
    </w:p>
    <w:p>
      <w:pPr>
        <w:jc w:val="center"/>
      </w:pPr>
      <w:r>
        <w:t>---------------------------------------------------------------------</w:t>
      </w:r>
    </w:p>
    <w:p>
      <w:pPr>
        <w:spacing w:before="240" w:after="240"/>
        <w:ind w:firstLine="403"/>
        <w:jc w:val="both"/>
      </w:pPr>
      <w:r>
        <w:t xml:space="preserve">전능하신 하나님 아버지, 어둠이 물러가고 새벽이 밝아오는 이 시간에 아버지께 감사와 찬양을 올려드립니다. 하나님께서 창조하신 모든 만물이 봄을 맞아 새로운 생명으로 깨어나는 것을 보며, 창조주 하나님의 위대하심과 사랑을 다시 한번 깨닫게 됩니다. 3월의 따스한 햇살과 부드러운 바람을 통해 우리에게 희망과 위로를 주시는 하나님께 감사드립니다. 겨울 동안 움츠러들었던 우리의 마음을 다시 활짝 열어주시고, 새로운 꿈과 소망을 품을 수 있게 하시니 감사합니다. 하나님 아버지, 우리의 부족함과 연약함을 고백합니다. 때로는 하나님의 은혜를 당연하게 여기고, 감사하는 마음을 잃고 살아갈 때가 있었습니다. 또한 이웃을 사랑하지 못하고, 자신의 욕심과 이기심에 빠져 살아간 모습들을 회개합니다. 이 3월을 통해 우리의 마음을 새롭게 하시고, 하나님의 말씀대로 살아가는 참된 성도가 되게 하소서. 매일 아침 하나님께 감사하며 시작하고, 하나님의 뜻을 구하며 살아가는 삶이 되게 하옵소서. 하나님 아버지, 이 땅의 모든 성도들이 3월을 통해 영적으로 새롭게 되고, 하나님 나라의 백성답게 살아가게 하소서. 교회가 세상의 소금과 빛의 역할을 감당하며, 복음을 전하는 사명을 잘 감당할 수 있도록 도와주시옵소서. 사랑하는 하나님 아버지, 오늘 하루도 주님의 은혜 안에서 시작할 수 있게 하시고, 우리의 모든 말과 행동이 하나님께 영광이 되게 하소서. 예수 그리스도의 이름으로 기도드립니다. 아멘. </w:t>
      </w:r>
    </w:p>
    <w:p>
      <w:r>
        <w:rPr>
          <w:b/>
          <w:sz w:val="28"/>
          <w:u w:val="single"/>
        </w:rPr>
        <w:t>새벽예배 대표기도문 3월 3 - 소망과 축복의 기도</w:t>
      </w:r>
    </w:p>
    <w:p>
      <w:pPr>
        <w:spacing w:before="240" w:after="240"/>
        <w:ind w:firstLine="403"/>
        <w:jc w:val="both"/>
      </w:pPr>
      <w:r>
        <w:t>"내가 산을 향하여 눈을 들리라 나의 도움이 어디서 올까 나의 도움이 천지를 지으신 여호와에게서로다" (시편 121:1-2)</w:t>
      </w:r>
    </w:p>
    <w:p>
      <w:pPr>
        <w:jc w:val="center"/>
      </w:pPr>
      <w:r>
        <w:t>---------------------------------------------------------------------</w:t>
      </w:r>
    </w:p>
    <w:p>
      <w:pPr>
        <w:spacing w:before="240" w:after="240"/>
        <w:ind w:firstLine="403"/>
        <w:jc w:val="both"/>
      </w:pPr>
      <w:r>
        <w:t xml:space="preserve">하늘과 땅을 창조하신 전능하신 하나님 아버지, 새벽의 고요함 속에서 아버지께 기도드립니다. 3월의 새로운 시작과 함께 우리에게 희망과 소망을 주시는 하나님께 감사와 찬양을 올려드립니다. 계절의 변화를 통해 하나님의 신실하심과 변함없는 사랑을 보여주시니 감사합니다. 겨울의 추위가 지나가고 봄의 따스함이 찾아오는 것처럼, 우리의 삶에도 새로운 변화와 은혜를 허락해주시옵소서. 하나님 아버지, 때로는 삶의 어려움과 시련 앞에서 낙심하고 좌절할 때가 있지만, 하나님께서 우리의 피난처가 되시고 도움이 되심을 믿습니다. 이 3월을 통해 우리의 믿음이 더욱 견고해지고, 하나님께 대한 신뢰가 더욱 깊어지게 하소서. 우리의 가정과 직장, 그리고 모든 삶의 영역에서 하나님의 지혜와 능력이 나타나게 하시옵소서. 어려운 결정을 내려야 할 때 하나님의 뜻을 분별할 수 있게 하시고, 모든 일에서 하나님의 영광을 구하는 마음을 갖게 하소서. 하나님 아버지, 이 땅의 모든 교회와 성도들이 하나님의 사랑 안에서 하나가 되게 하시옵소서. 서로 사랑하고 용서하며, 그리스도의 몸 된 교회를 세워가는 일에 함께 참여하게 하소서. 또한 아직 하나님을 모르는 이들에게 복음이 전해지고, 많은 영혼들이 구원받게 하소서. 사랑하는 하나님 아버지, 오늘 하루도 주님의 은혜와 평안이 함께 하시고, 우리의 발걸음을 인도하시며 축복해주시옵소서. 예수 그리스도의 이름으로 기도드립니다. 아멘. </w:t>
      </w:r>
    </w:p>
    <w:p>
      <w:r>
        <w:rPr>
          <w:b/>
          <w:sz w:val="28"/>
          <w:u w:val="single"/>
        </w:rPr>
        <w:t>새벽예배 대표기도문 3월 4 - 치유와 회복의 기도</w:t>
      </w:r>
    </w:p>
    <w:p>
      <w:pPr>
        <w:spacing w:before="240" w:after="240"/>
        <w:ind w:firstLine="403"/>
        <w:jc w:val="both"/>
      </w:pPr>
      <w:r>
        <w:t>"그가 우리의 질고를 지고 우리의 슬픔을 당하였거늘 우리는 그의 징계를 받아 평안하며 그의 채찍에 나음을 얻었도다" (이사야 53:4-5)</w:t>
      </w:r>
    </w:p>
    <w:p>
      <w:pPr>
        <w:spacing w:before="240" w:after="240"/>
        <w:ind w:firstLine="403"/>
        <w:jc w:val="both"/>
      </w:pPr>
      <w:r>
        <w:t>자비로우신 하나님 아버지, 새벽의 정적함 속에서 아버지의 품에 안기며 기도드립니다. 우리의 모든 아픔과 상처를 아시고 치유해주시는 하나님께 감사와 찬양을 올려드립니다. 3월의 따스한 봄기운이 얼어붙었던 땅을 깨우고 새 생명을 싹트게 하는 것처럼, 우리의 마음에도 치유와 회복의 역사가 일어나게 하시옵소서. 지난 겨울 동안 우리 마음에 쌓였던 상처와 아픔, 실망과 좌절을 모두 치유해주시옵소서. 하나님 아버지, 몸이 아픈 성도들을 고쳐주시고 건강을 회복시켜주시옵소서. 마음에 상처를 입은 이들에게는 위로와 평안을 주시고, 관계의 어려움으로 힘들어하는 이들에게는 화해와 용서의 은혜를 베풀어주시옵소서. 우리 자신도 때로는 남을 용서하지 못하고, 과거의 상처에 매여 살아갈 때가 있었음을 회개합니다. 하나님의 무한하신 사랑과 용서를 받은 우리가 다른 사람에게도 그 사랑을 베풀 수 있게 하시옵소서. 하나님 아버지, 이 3월을 통해 우리의 영혼이 완전히 회복되고, 하나님과의 관계가 더욱 깊어지게 하소서. 말씀을 통해 우리의 마음이 새롭게 되고, 기도를 통해 하나님의 마음을 품게 하소서. 사랑하는 하나님 아버지, 오늘 하루도 주님의 치유하시는 손길이 우리와 함께 하시고, 모든 성도들이 하나님의 사랑 안에서 온전한 회복을 경험하게 하소서. 예수 그리스도의 이름으로 기도드립니다. 아멘. 새벽예배 대표기도문을 통해 3월의 은혜를 더욱 깊이 경험하시길 바랍니다. 더 많은 기도문과 영적 자료는 [여기](https://www.kumnan.org/board_mPeU84)에서 확인하실 수 있습니다.</w:t>
      </w:r>
    </w:p>
    <w:p/>
    <w:p>
      <w:pPr>
        <w:spacing w:line="400" w:lineRule="exact"/>
        <w:jc w:val="center"/>
      </w:pPr>
      <w:r>
        <w:rPr>
          <w:b/>
          <w:sz w:val="28"/>
        </w:rPr>
        <w:t>더 많은 기도문 보러가기:</w:t>
      </w:r>
      <w:r>
        <w:br/>
      </w:r>
      <w:r>
        <w:rPr>
          <w:b/>
          <w:sz w:val="28"/>
        </w:rPr>
        <w:t xml:space="preserve">[대표 기도문 나눔터] </w:t>
      </w:r>
      <w:r>
        <w:rPr>
          <w:b/>
          <w:sz w:val="28"/>
        </w:rPr>
      </w:r>
      <w:hyperlink r:id="rId9">
        <w:r>
          <w:rPr>
            <w:b/>
            <w:sz w:val="28"/>
            <w:color w:val="0000FF"/>
            <w:u w:val="single"/>
          </w:rPr>
          <w:t>https://prayer-church.co.kr/</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prayer-church.co.k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새벽예배 대표기도문 3월</dc:title>
  <dc:subject>기도문 모음</dc:subject>
  <dc:creator>대표 기도문 나눔터</dc:creator>
  <cp:keywords>새벽예배, 대표기도문</cp:keywords>
  <dc:description>새벽예배 대표기도문 3월 - 더 많은 기도문은 https://prayer-church.co.kr/ 에서 확인하세요
웹사이트: https://prayer-church.co.kr/
콘텐츠 유형: 기도문
SEO 설명: 새벽예배 대표기도문 3월... - 대표 기도문 나눔터에서 제공하는 기도문 모음</dc:description>
  <cp:lastModifiedBy/>
  <cp:revision>1</cp:revision>
  <dcterms:created xsi:type="dcterms:W3CDTF">2013-12-23T23:15:00Z</dcterms:created>
  <dcterms:modified xsi:type="dcterms:W3CDTF">2013-12-23T23:15:00Z</dcterms:modified>
  <cp:category>종교/신앙</cp:category>
  <cp:contentStatus>최종</cp:contentStatus>
</cp:coreProperties>
</file>