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수련회를 위한 기도제목</w:t>
      </w:r>
    </w:p>
    <w:p/>
    <w:p>
      <w:pPr>
        <w:spacing w:before="240" w:after="240"/>
        <w:ind w:firstLine="403"/>
        <w:jc w:val="both"/>
      </w:pPr>
      <w:r>
        <w:t xml:space="preserve"> 수련회를 위한 기도제목</w:t>
      </w:r>
    </w:p>
    <w:p>
      <w:pPr>
        <w:jc w:val="center"/>
      </w:pPr>
      <w:r>
        <w:t>---------------------------------------------------------------------</w:t>
      </w:r>
    </w:p>
    <w:p>
      <w:pPr>
        <w:spacing w:before="240" w:after="240"/>
        <w:ind w:firstLine="403"/>
        <w:jc w:val="both"/>
      </w:pPr>
      <w:r>
        <w:t xml:space="preserve">수련회를 위한 기도제목으로 은혜로운 시간을 준비하며, 하나님의 임재 안에서 참가자들이 영적 성장과 치유를 경험하기를 소망합니다. 수련회는 일상에서 벗어나 주님과 더 가까이 만나는 소중한 시간입니다. 이 글에서는 수련회 전반에 걸쳐 필요한 기도제목들을 구체적으로 제시하여, 여러분의 수련회가 하나님의 은혜가 충만한 시간이 되도록 돕겠습니다. </w:t>
      </w:r>
    </w:p>
    <w:p>
      <w:r>
        <w:rPr>
          <w:b/>
          <w:sz w:val="28"/>
          <w:u w:val="single"/>
        </w:rPr>
        <w:t>수련회를 위한 기도제목 1: 수련회 준비 과정</w:t>
      </w:r>
    </w:p>
    <w:p>
      <w:pPr>
        <w:spacing w:before="240" w:after="240"/>
        <w:ind w:firstLine="403"/>
        <w:jc w:val="both"/>
      </w:pPr>
      <w:r>
        <w:t>"여호와께서 네 출입을 지금부터 영원까지 지키시리로다" (시편 121:8)</w:t>
      </w:r>
    </w:p>
    <w:p>
      <w:pPr>
        <w:jc w:val="center"/>
      </w:pPr>
      <w:r>
        <w:t>---------------------------------------------------------------------</w:t>
      </w:r>
    </w:p>
    <w:p>
      <w:pPr>
        <w:spacing w:before="240" w:after="240"/>
        <w:ind w:firstLine="403"/>
        <w:jc w:val="both"/>
      </w:pPr>
      <w:r>
        <w:t xml:space="preserve">수련회 준비 과정에서 가장 중요한 것은 하나님의 인도하심을 구하는 것입니다. 수많은 계획과 준비 사항들이 있지만, 무엇보다 주님의 뜻이 이루어지기를 간절히 소망합니다. 준비위원회와 봉사자들이 한마음으로 협력하여 수련회를 준비할 수 있도록 기도해주세요. 각자의 역할을 충실히 감당하며, 서로를 격려하고 세워주는 아름다운 모습을 보이길 원합니다. 특히 사역자들이 지치지 않고 기쁨으로 섬길 수 있도록 영적, 육적 건강을 지켜주시길 기도합니다. 수련회 장소와 시설, 프로그램 구성, 강사 섭외 등 모든 실무적인 부분들이 하나님의 뜻 안에서 준비되기를 바랍니다. 예상치 못한 변수나 어려움이 발생할 때도 지혜롭게 대처할 수 있는 능력을 주시고, 모든 과정이 순조롭게 진행되도록 인도해주세요. 무엇보다 이번 수련회를 통해 하나님께서 이루고자 하시는 분명한 목적과 비전을 깨닫게 해주시길 간구합니다. 단순한 친목 모임이 아닌, 영혼들이 하나님을 만나고 변화되는 거룩한 시간이 되기를 소망합니다. 재정적인 필요들도 채워주시어, 참가자들이 경제적 부담 없이 수련회에 참여할 수 있도록 길을 열어주세요. 하나님의 공급하심을 믿고 의지하며, 모든 필요를 채우시는 주님의 은혜를 경험하게 해주시길 기도합니다. </w:t>
      </w:r>
    </w:p>
    <w:p>
      <w:r>
        <w:rPr>
          <w:b/>
          <w:sz w:val="28"/>
          <w:u w:val="single"/>
        </w:rPr>
        <w:t>수련회를 위한 기도제목 2: 참가자들의 마음 준비</w:t>
      </w:r>
    </w:p>
    <w:p>
      <w:pPr>
        <w:spacing w:before="240" w:after="240"/>
        <w:ind w:firstLine="403"/>
        <w:jc w:val="both"/>
      </w:pPr>
      <w:r>
        <w:t>"너희 마음을 다하여 여호와를 의뢰하고 네 명철을 의지하지 말라" (잠언 3:5)</w:t>
      </w:r>
    </w:p>
    <w:p>
      <w:pPr>
        <w:jc w:val="center"/>
      </w:pPr>
      <w:r>
        <w:t>---------------------------------------------------------------------</w:t>
      </w:r>
    </w:p>
    <w:p>
      <w:pPr>
        <w:spacing w:before="240" w:after="240"/>
        <w:ind w:firstLine="403"/>
        <w:jc w:val="both"/>
      </w:pPr>
      <w:r>
        <w:t xml:space="preserve">수련회에 참여하는 모든 성도들의 마음이 하나님을 향해 열려지기를 간절히 기도합니다. 바쁜 일상 속에서 하나님과의 관계가 소홀해진 분들이 이번 수련회를 통해 다시 주님께 돌아오는 계기가 되길 원합니다. 각자가 가지고 있는 개인적인 짐과 고민들을 주님 앞에 맡겨드리는 시간이 되기를 바랍니다. 직장과 가정, 학업과 인간관계에서 오는 스트레스와 걱정들을 내려놓고, 하나님의 평안을 경험하길 소망합니다. 특히 코로나19 이후 여러 어려움을 겪고 있는 성도들에게 위로와 치유의 역사가 일어나기를 기도합니다. 수련회에 처음 참여하는 분들이나 새신자들이 어색함이나 부담감 없이 자연스럽게 적응할 수 있도록 도와주세요. 기존 성도들이 따뜻하게 맞아주고, 사랑으로 품어주는 아름다운 교제가 이루어지기를 원합니다. 청년들과 장년들, 그리고 어린이들까지 모든 연령대의 참가자들이 각자의 필요에 맞는 은혜를 받을 수 있도록 인도해주세요. 세대 간의 소통과 이해가 깊어지고, 서로를 세워주는 관계로 발전할 수 있기를 간구합니다. 무엇보다 모든 참가자들이 하나님의 음성을 들을 수 있는 영적 상태로 준비되기를 기도합니다. 마음의 문을 활짝 열고, 주님께서 주시는 말씀과 감동을 온전히 받아들일 수 있는 믿음의 자세를 갖추게 해주세요. </w:t>
      </w:r>
    </w:p>
    <w:p>
      <w:r>
        <w:rPr>
          <w:b/>
          <w:sz w:val="28"/>
          <w:u w:val="single"/>
        </w:rPr>
        <w:t>수련회를 위한 기도제목 3: 안전과 건강 보호</w:t>
      </w:r>
    </w:p>
    <w:p>
      <w:pPr>
        <w:spacing w:before="240" w:after="240"/>
        <w:ind w:firstLine="403"/>
        <w:jc w:val="both"/>
      </w:pPr>
      <w:r>
        <w:t>"여호와께서 너를 지키사 모든 환난을 면하게 하시며 또 네 영혼을 지키시리로다" (시편 121:7)</w:t>
      </w:r>
    </w:p>
    <w:p>
      <w:pPr>
        <w:jc w:val="center"/>
      </w:pPr>
      <w:r>
        <w:t>---------------------------------------------------------------------</w:t>
      </w:r>
    </w:p>
    <w:p>
      <w:pPr>
        <w:spacing w:before="240" w:after="240"/>
        <w:ind w:firstLine="403"/>
        <w:jc w:val="both"/>
      </w:pPr>
      <w:r>
        <w:t xml:space="preserve">수련회 기간 중 모든 참가자들의 안전과 건강을 지켜주시길 간절히 기도합니다. 이동하는 과정에서부터 숙소 생활, 프로그램 진행까지 모든 순간에 하나님의 보호하심이 함께하기를 원합니다. 교통사고나 안전사고가 전혀 발생하지 않도록 지켜주시고, 특히 어린이들과 노약자들이 더욱 안전하게 보호받을 수 있도록 인도해주세요. 운전자들에게 집중력을 주시고, 졸음이나 부주의로 인한 사고가 없도록 도와주시길 기도합니다. 날씨와 기후 조건도 수련회 진행에 적합하도록 도와주세요. 폭우나 폭설, 태풍 등의 자연재해가 없도록 하시고, 쾌적한 날씨 가운데 모든 프로그램이 원활히 진행될 수 있기를 간구합니다. 코로나19와 같은 감염병으로부터 모든 참가자들을 보호해주시고, 개인위생과 방역수칙을 잘 지킬 수 있도록 도와주세요. 특히 면역력이 약한 분들이 건강하게 수련회를 마칠 수 있도록 특별히 돌봐주시길 기도합니다. 음식과 물로 인한 식중독이나 배탈 등이 발생하지 않도록 지켜주시고, 조리하는 분들에게 지혜와 세심함을 주셔서 위생적이고 건강한 식사를 제공할 수 있게 해주세요. 알레르기나 특별한 식이요법이 필요한 분들도 배려받을 수 있도록 인도해주시길 바랍니다. </w:t>
      </w:r>
    </w:p>
    <w:p>
      <w:r>
        <w:rPr>
          <w:b/>
          <w:sz w:val="28"/>
          <w:u w:val="single"/>
        </w:rPr>
        <w:t>수련회를 위한 기도제목 4: 말씀 선포와 성령 역사</w:t>
      </w:r>
    </w:p>
    <w:p>
      <w:pPr>
        <w:spacing w:before="240" w:after="240"/>
        <w:ind w:firstLine="403"/>
        <w:jc w:val="both"/>
      </w:pPr>
      <w:r>
        <w:t>"내 입에서 나가는 말이 이와 같이 헛되이 내게로 돌아오지 아니하고 나의 기뻐하는 뜻을 이루며 내가 보낸 일에 형통하리라" (이사야 55:11)</w:t>
      </w:r>
    </w:p>
    <w:p>
      <w:pPr>
        <w:jc w:val="center"/>
      </w:pPr>
      <w:r>
        <w:t>---------------------------------------------------------------------</w:t>
      </w:r>
    </w:p>
    <w:p>
      <w:pPr>
        <w:spacing w:before="240" w:after="240"/>
        <w:ind w:firstLine="403"/>
        <w:jc w:val="both"/>
      </w:pPr>
      <w:r>
        <w:t xml:space="preserve">수련회의 핵심인 말씀 선포 시간에 하나님의 기름부으심이 충만하기를 간절히 기도합니다. 강사로 섬기는 목회자들이 성령의 감동 가운데 하나님의 마음을 전할 수 있도록 도와주세요. 2025년 현재 우리 사회와 교회가 직면한 다양한 도전들 속에서, 성도들이 필요로 하는 바로 그 말씀을 주시길 간구합니다. 개인적인 신앙 성장뿐만 아니라 이 시대를 살아가는 그리스도인으로서의 사명과 역할을 깨닫게 해주는 말씀을 허락해주세요. 설교를 듣는 모든 성도들의 마음이 옥토와 같이 준비되어, 말씀의 씨앗이 깊이 뿌리내리고 열매를 맺을 수 있도록 인도해주세요. 딱딱해진 마음은 부드럽게 하시고, 상처받은 마음은 치유해주시며, 냉랭해진 마음은 다시 뜨겁게 해주시길 기도합니다. 찬양과 경배 시간에도 성령의 임재가 강하게 나타나기를 원합니다. 찬양팀이 하나님의 영광을 위해 온 마음을 다해 섬길 수 있도록 도와주시고, 참가자들이 진정한 예배의 감격을 경험할 수 있게 해주세요. 개인 기도 시간과 묵상 시간에는 각자가 하나님과 깊은 교제를 나눌 수 있도록 조용하고 거룩한 분위기를 조성해주세요. 일상의 소음과 걱정에서 벗어나 오직 주님만을 바라보며 기도할 수 있는 은혜를 허락해주시길 간구합니다. </w:t>
      </w:r>
    </w:p>
    <w:p>
      <w:r>
        <w:rPr>
          <w:b/>
          <w:sz w:val="28"/>
          <w:u w:val="single"/>
        </w:rPr>
        <w:t>수련회를 위한 기도제목 5: 관계 회복과 교제</w:t>
      </w:r>
    </w:p>
    <w:p>
      <w:pPr>
        <w:spacing w:before="240" w:after="240"/>
        <w:ind w:firstLine="403"/>
        <w:jc w:val="both"/>
      </w:pPr>
      <w:r>
        <w:t>"서로 짐을 져주라 그리하여 그리스도의 법을 성취하라" (갈라디아서 6:2)</w:t>
      </w:r>
    </w:p>
    <w:p>
      <w:pPr>
        <w:jc w:val="center"/>
      </w:pPr>
      <w:r>
        <w:t>---------------------------------------------------------------------</w:t>
      </w:r>
    </w:p>
    <w:p>
      <w:pPr>
        <w:spacing w:before="240" w:after="240"/>
        <w:ind w:firstLine="403"/>
        <w:jc w:val="both"/>
      </w:pPr>
      <w:r>
        <w:t xml:space="preserve">수련회를 통해 성도들 간의 관계가 더욱 깊어지고 아름다워지기를 기도합니다. 그동안 소원했던 관계들이 회복되고, 새로운 우정과 동역의 관계들이 형성되기를 간절히 소망합니다. 오해나 갈등으로 인해 마음에 상처가 있는 분들이 용서의 은혜를 경험하고, 서로 화해할 수 있는 기회가 되기를 원합니다. 특히 가족 간의 관계에서 어려움을 겪고 있는 분들이 사랑과 이해의 마음을 회복할 수 있도록 도와주세요. 소그룹 활동이나 팀별 프로그램을 통해 평소에 대화할 기회가 없었던 성도들이 서로를 더 깊이 알아가는 시간이 되기를 바랍니다. 나이나 직분, 사회적 지위를 넘어서 그리스도 안에서 한 형제자매로서의 진정한 교제를 경험하게 해주세요. 새가족들이나 연약한 성도들이 소외감을 느끼지 않도록, 모든 참가자들이 서로를 배려하고 돌보는 마음을 갖게 해주시길 기도합니다. 사랑의 공동체로서 교회의 참된 모습을 보여줄 수 있기를 간구합니다. 청년들이 신앙의 선배들로부터 삶의 지혜를 배우고, 장년들도 청년들의 열정과 순수함을 통해 새로운 활력을 얻을 수 있는 세대 간 교류가 활발히 이루어지기를 원합니다. </w:t>
      </w:r>
    </w:p>
    <w:p>
      <w:r>
        <w:rPr>
          <w:b/>
          <w:sz w:val="28"/>
          <w:u w:val="single"/>
        </w:rPr>
        <w:t>수련회를 위한 기도제목 6: 결단과 헌신</w:t>
      </w:r>
    </w:p>
    <w:p>
      <w:pPr>
        <w:spacing w:before="240" w:after="240"/>
        <w:ind w:firstLine="403"/>
        <w:jc w:val="both"/>
      </w:pPr>
      <w:r>
        <w:t>"그러므로 형제들아 내가 하나님의 모든 자비하심으로 너희를 권하노니 너희 몸을 하나님이 기뻐하시는 거룩한 산 제물로 드리라" (로마서 12:1)</w:t>
      </w:r>
    </w:p>
    <w:p>
      <w:pPr>
        <w:jc w:val="center"/>
      </w:pPr>
      <w:r>
        <w:t>---------------------------------------------------------------------</w:t>
      </w:r>
    </w:p>
    <w:p>
      <w:pPr>
        <w:spacing w:before="240" w:after="240"/>
        <w:ind w:firstLine="403"/>
        <w:jc w:val="both"/>
      </w:pPr>
      <w:r>
        <w:t xml:space="preserve">수련회를 통해 참가자들이 하나님 앞에서 새로운 결단을 하고 헌신할 수 있는 기회가 되기를 간절히 기도합니다. 지금까지의 신앙생활을 돌아보며 회개하고, 앞으로 더욱 주님께 온전히 순종하는 삶을 살기로 결심하는 시간이 되길 원합니다. 개인적인 신앙 성장뿐만 아니라 교회와 사회를 위해 섬기는 일에도 적극적으로 참여하겠다는 헌신의 마음을 품게 해주세요. 각자에게 주신 은사와 달란트를 발견하고, 그것을 하나님의 나라를 위해 사용하려는 의지를 갖게 해주시길 기도합니다. 전도와 선교에 대한 열정이 다시 불타오르도록 도와주세요. 코로나19 이후 위축되었던 전도 활동들이 새로운 방식으로 활성화될 수 있도록 지혜와 용기를 주시길 간구합니다. 특히 디지털 시대에 맞는 새로운 전도 방법들을 모색할 수 있는 창의적인 아이디어를 허락해주세요. 사회적 약자들과 소외된 이웃들을 돌보는 일에도 관심을 갖고 실천하려는 마음을 품게 해주시길 기도합니다. 그리스도의 사랑을 실천하는 구체적인 방법들을 찾아 시행할 수 있도록 인도해주세요. 무엇보다 수련회가 끝난 후에도 이러한 결단과 헌신이 지속될 수 있도록 성령께서 도와주시길 간구합니다. 일상으로 돌아가서도 수련회에서 받은 은혜를 잊지 않고 신실하게 살아갈 수 있는 능력을 주세요. </w:t>
      </w:r>
    </w:p>
    <w:p>
      <w:r>
        <w:rPr>
          <w:b/>
          <w:sz w:val="28"/>
          <w:u w:val="single"/>
        </w:rPr>
        <w:t>수련회를 위한 기도제목 7: 사역자들과 봉사자들</w:t>
      </w:r>
    </w:p>
    <w:p>
      <w:pPr>
        <w:spacing w:before="240" w:after="240"/>
        <w:ind w:firstLine="403"/>
        <w:jc w:val="both"/>
      </w:pPr>
      <w:r>
        <w:t>"수고하고 무거운 짐 진 자들아 다 내게로 오라 내가 너희를 쉬게 하리라" (마태복음 11:28)</w:t>
      </w:r>
    </w:p>
    <w:p>
      <w:pPr>
        <w:jc w:val="center"/>
      </w:pPr>
      <w:r>
        <w:t>---------------------------------------------------------------------</w:t>
      </w:r>
    </w:p>
    <w:p>
      <w:pPr>
        <w:spacing w:before="240" w:after="240"/>
        <w:ind w:firstLine="403"/>
        <w:jc w:val="both"/>
      </w:pPr>
      <w:r>
        <w:t xml:space="preserve">수련회를 섬기는 모든 사역자들과 봉사자들이 하나님의 능력으로 충만하여 기쁨으로 섬길 수 있도록 기도합니다. 육체적, 정신적으로 많은 수고를 하시는 분들이 지치지 않고 끝까지 섬길 수 있는 힘을 주세요. 목회자들이 수련회 기간 중 영적 분별력과 지혜를 갖고 참가자들을 인도할 수 있도록 도와주세요. 각자의 영적 상태를 파악하고 필요에 맞는 목양을 할 수 있는 목자의 마음을 주시길 간구합니다. 찬양 인도자들과 기술팀, 안전요원들, 그리고 뒷정리를 담당하는 모든 분들이 각자의 역할을 충실히 감당할 수 있도록 건강과 집중력을 지켜주세요. 보이지 않는 곳에서 묵묵히 섬기는 분들의 수고가 헛되지 않도록 축복해주시길 기도합니다. 조리팀과 생활지도팀이 참가자들의 필요를 세심하게 살피고 돌볼 수 있는 섬김의 마음을 주세요. 특히 어려운 상황이나 응급상황이 발생했을 때 지혜롭게 대처할 수 있는 능력을 허락해주시길 간구합니다. 수련회 전체를 총괄하는 기획팀과 진행팀이 모든 일정과 프로그램이 원활히 진행될 수 있도록 조율하고 관리하는 일에 하나님의 도우심이 함께하기를 원합니다. 예상치 못한 변수들에도 유연하게 대응할 수 있는 지혜를 주세요. 무엇보다 모든 섬기는 분들이 자신의 유익을 구하지 않고 오직 하나님의 영광과 성도들의 유익을 위해 헌신할 수 있는 그리스도의 마음을 품게 해주시길 기도합니다. </w:t>
      </w:r>
    </w:p>
    <w:p>
      <w:r>
        <w:rPr>
          <w:b/>
          <w:sz w:val="28"/>
          <w:u w:val="single"/>
        </w:rPr>
        <w:t>수련회를 위한 기도제목 8: 수련회 이후 지속되는 은혜</w:t>
      </w:r>
    </w:p>
    <w:p>
      <w:pPr>
        <w:spacing w:before="240" w:after="240"/>
        <w:ind w:firstLine="403"/>
        <w:jc w:val="both"/>
      </w:pPr>
      <w:r>
        <w:t>"그러므로 나의 사랑하는 형제들아 견고하며 흔들리지 말고 항상 주의 일에 더욱 힘쓰라" (고린도전서 15:58)</w:t>
      </w:r>
    </w:p>
    <w:p>
      <w:pPr>
        <w:spacing w:before="240" w:after="240"/>
        <w:ind w:firstLine="403"/>
        <w:jc w:val="both"/>
      </w:pPr>
      <w:r>
        <w:t>수련회가 끝난 후에도 받은 은혜가 지속되고 더욱 풍성해지기를 간절히 기도합니다. 일상으로 돌아가서 다시 바쁜 생활에 휩쓸리더라도, 하나님과 나눈 깊은 교제의 시간들을 잊지 않고 꾸준히 영적 성장을 이어갈 수 있기를 원합니다. 수련회에서 맺어진 새로운 관계들이 계속 발전하고 깊어져서, 서로를 격려하고 기도해주는 동역자의 관계로 성장하기를 바랍니다. 정기적인 모임이나 소그룹 활동을 통해 지속적인 교제를 나눌 수 있도록 인도해주세요. 개인적으로 받은 은혜와 깨달음을 가족과 주변 사람들에게 나누어 전할 수 있는 기회들을 허락해주세요. 수련회의 감동과 기쁨이 더 많은 사람들에게 전해져서, 복음의 영향력이 확산되기를 간구합니다. 수련회에서 세운 신앙적 결단들을 실천할 수 있는 구체적인 방법들을 찾아 시행할 수 있도록 도와주세요. 새로운 기도 습관이나 말씀 묵상, 봉사 활동 등이 삶의 일부가 되어 지속될 수 있기를 기도합니다. 정기 예배와 교회 활동에 더욱 적극적으로 참여하고, 교회 공동체의 일원으로서 책임감을 갖고 섬길 수 있는 마음을 품게 해주세요. 수련회를 통해 더욱 견고해진 신앙의 기초 위에서 평생을 주님과 함께 걸어갈 수 있기를 간구합니다. 사랑하는 하나님, 이 모든 기도제목들을 주님 앞에 올려드리며, 이번 수련회가 하나님의 영광을 드러내고 모든 참가자들에게 큰 은혜가 되는 시간이 되기를 간절히 소망합니다. 수련회를 통해 받은 은혜가 우리 삶을 변화시키고, 더 나아가 이 땅에 하나님의 나라를 확장하는 일에 쓰임받게 해주세요. 더 많은 수련회 기도 제목과 교회 예배 안내는 [수련회를 위한 기도제목](http://klmc.church/klmc/worship/sunday-worship.do)에서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수련회를 위한 기도제목</dc:title>
  <dc:subject>기도문 모음</dc:subject>
  <dc:creator>대표 기도문 나눔터</dc:creator>
  <cp:keywords>수련회를, 위한, 기도제목</cp:keywords>
  <dc:description>수련회를 위한 기도제목 - 더 많은 기도문은 https://prayer-church.co.kr/ 에서 확인하세요
웹사이트: https://prayer-church.co.kr/
콘텐츠 유형: 기도문
SEO 설명: 수련회를 위한 기도제목...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