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수요예배 대표기도문 10월 넷째주</w:t>
      </w:r>
    </w:p>
    <w:p/>
    <w:p>
      <w:pPr>
        <w:spacing w:before="240" w:after="240"/>
        <w:ind w:firstLine="403"/>
        <w:jc w:val="both"/>
      </w:pPr>
      <w:r>
        <w:t xml:space="preserve"> 수요예배 대표기도문 10월 넷째주</w:t>
      </w:r>
    </w:p>
    <w:p>
      <w:pPr>
        <w:jc w:val="center"/>
      </w:pPr>
      <w:r>
        <w:t>---------------------------------------------------------------------</w:t>
      </w:r>
    </w:p>
    <w:p>
      <w:pPr>
        <w:spacing w:before="240" w:after="240"/>
        <w:ind w:firstLine="403"/>
        <w:jc w:val="both"/>
      </w:pPr>
      <w:r>
        <w:t xml:space="preserve">수요예배 대표기도문 10월 넷째주를 준비하며 감사와 은혜로 드리는 기도의 본질을 깨닫게 됩니다. 10월의 마지막 주를 보내며 우리는 하나님께서 베푸신 은혜를 되돌아보고, 앞으로 나아갈 믿음의 길을 위해 기도할 때입니다. 이 시간 성령님의 도우심으로 마음을 모아 하나님 앞에 나아가는 귀한 시간이 되길 소망합니다. </w:t>
      </w:r>
    </w:p>
    <w:p>
      <w:r>
        <w:rPr>
          <w:b/>
          <w:sz w:val="28"/>
          <w:u w:val="single"/>
        </w:rPr>
        <w:t>수요예배 대표기도문 10월 넷째주 1 - 감사와 회개의 기도</w:t>
      </w:r>
    </w:p>
    <w:p>
      <w:pPr>
        <w:spacing w:before="240" w:after="240"/>
        <w:ind w:firstLine="403"/>
        <w:jc w:val="both"/>
      </w:pPr>
      <w:r>
        <w:t>"여호와를 기뻐하는 것이 너희의 힘이니라" (느헤미야 8:10)</w:t>
      </w:r>
    </w:p>
    <w:p>
      <w:pPr>
        <w:jc w:val="center"/>
      </w:pPr>
      <w:r>
        <w:t>---------------------------------------------------------------------</w:t>
      </w:r>
    </w:p>
    <w:p>
      <w:pPr>
        <w:spacing w:before="240" w:after="240"/>
        <w:ind w:firstLine="403"/>
        <w:jc w:val="both"/>
      </w:pPr>
      <w:r>
        <w:t xml:space="preserve">10월의 마지막 주를 맞이하여 하나님께서 우리에게 베푸신 모든 은혜에 감사드리며, 동시에 우리의 부족함을 회개하는 마음으로 기도를 시작합니다. 가을의 풍성한 수확을 보며 하나님의 신실하심을 다시 한번 깨닫게 되는 이 시간입니다. 사랑하는 하나님 아버지, 10월의 마지막 주를 맞이하여 주님 앞에 나아옵니다. 한 해의 대부분을 지나오며 우리를 지켜주시고 인도해주신 하나님의 은혜에 감사드립니다. 봄의 새로운 시작부터 여름의 뜨거운 햇살, 그리고 가을의 풍성한 결실까지 모든 계절마다 함께하신 주님의 사랑을 고백합니다. 지난 한 주간 우리 가정과 교회, 직장과 학교에서 주님의 보호하심과 도우심이 있었음을 인정합니다. 때로는 어려운 상황 속에서도 주님께서 우리와 함께하셨고, 넘어질 뻔한 순간마다 일으켜 세워주셨습니다. 건강을 주시고 평안을 주시며, 무엇보다 구원의 은혜 안에서 살아갈 수 있도록 허락해주신 하나님께 진심으로 감사드립니다. 하지만 아버지, 우리의 부족함도 고백하지 않을 수 없습니다. 주님의 은혜를 받고도 감사하지 못했던 때가 있었고, 이웃을 사랑하라는 주님의 말씀을 실천하지 못했던 순간들이 있었습니다. 기도 생활에 소홀했고, 말씀 읽기에 게을렀으며, 세상의 유혹에 마음이 기울어진 적도 있었습니다. 이 모든 죄악을 주님 앞에 내려놓으며 용서를 구합니다. 오늘 이 수요예배를 통해 우리의 마음을 새롭게 하여 주시고, 남은 한 해를 주님의 뜻 안에서 살아갈 수 있는 힘과 지혜를 주시기를 간구합니다. 우리의 삶이 주님께 영광이 되고, 이웃에게는 사랑이 되며, 세상에는 빛과 소금이 되는 삶을 살아가게 하여 주옵소서. 주님의 거룩하신 이름으로 감사하며 기도드립니다. 아멘. </w:t>
      </w:r>
    </w:p>
    <w:p>
      <w:r>
        <w:rPr>
          <w:b/>
          <w:sz w:val="28"/>
          <w:u w:val="single"/>
        </w:rPr>
        <w:t>수요예배 대표기도문 10월 넷째주 2 - 교회와 성도를 위한 기도</w:t>
      </w:r>
    </w:p>
    <w:p>
      <w:pPr>
        <w:spacing w:before="240" w:after="240"/>
        <w:ind w:firstLine="403"/>
        <w:jc w:val="both"/>
      </w:pPr>
      <w:r>
        <w:t>"그러므로 형제들아 내가 하나님의 모든 자비하심으로 너희를 권하노니 너희 몸을 하나님이 기뻐하시는 거룩한 산 제물로 드리라" (로마서 12:1)</w:t>
      </w:r>
    </w:p>
    <w:p>
      <w:pPr>
        <w:jc w:val="center"/>
      </w:pPr>
      <w:r>
        <w:t>---------------------------------------------------------------------</w:t>
      </w:r>
    </w:p>
    <w:p>
      <w:pPr>
        <w:spacing w:before="240" w:after="240"/>
        <w:ind w:firstLine="403"/>
        <w:jc w:val="both"/>
      </w:pPr>
      <w:r>
        <w:t xml:space="preserve">교회 공동체와 성도들이 하나님 앞에서 온전한 예배자로 서기를 간구하며, 서로를 위해 기도하는 마음으로 하나님께 나아갑니다. 각자의 자리에서 주님의 증인으로 살아가는 성도들이 되기를 소망합니다. 전능하신 하나님 아버지, 오늘 이 수요예배에 참석한 모든 성도들을 축복해 주시기를 간구합니다. 한 주간의 바쁜 일정 속에서도 주님을 만나기 원하는 마음으로 이 자리에 나온 모든 분들의 마음을 아시고 기뻐 받으시기를 원합니다. 각자가 처한 상황은 다르지만, 주님을 사랑하고 예배하고자 하는 마음만큼은 하나가 되게 하여 주옵소서. 우리 교회 공동체가 세상에서 그리스도의 몸으로 온전히 세워져 가기를 기도합니다. 목회자들에게는 말씀을 전하는 사명감과 성도들을 사랑하는 마음을 더해 주시고, 각 부서에서 섬기는 모든 일꾼들에게는 기쁨과 보람을 주시기를 원합니다. 교회학교 아이들이 믿음 안에서 건강하게 자라나고, 청년들이 세상의 유혹을 이기며 신앙의 길을 걸어가며, 장년들이 성숙한 믿음으로 교회를 든든히 세워가게 하여 주옵소서. 각 가정에도 하나님의 은혜가 충만하기를 간구합니다. 부부 사이에는 사랑과 이해가, 부모와 자녀 사이에는 존경과 순종이, 형제자매 사이에는 화목과 배려가 있게 하여 주옵소서. 경제적인 어려움을 겪는 가정에는 하나님의 공급하심이, 건강상의 문제가 있는 가정에는 치유의 은혜가, 신앙적인 갈등이 있는 가정에는 화해와 회복의 역사가 일어나게 하여 주옵소서. 직장과 학교에서 성도들이 그리스도인다운 모습으로 살아가며, 동료들과 친구들에게 좋은 영향을 끼치는 삶을 살게 하여 주옵소서. 어려운 일이 있을 때마다 주님만을 의지하고, 성공할 때마다 주님께 영광을 돌리는 겸손한 마음을 갖게 하여 주옵소서. 우리 교회가 지역사회에 빛과 소금의 역할을 감당하며, 복음 전파의 사명을 잘 감당해 나가기를 간구합니다. 주님의 사랑으로 하나 되어 세상을 변화시키는 교회가 되게 하여 주옵소서. 예수님의 이름으로 기도드립니다. 아멘. </w:t>
      </w:r>
    </w:p>
    <w:p>
      <w:r>
        <w:rPr>
          <w:b/>
          <w:sz w:val="28"/>
          <w:u w:val="single"/>
        </w:rPr>
        <w:t>수요예배 대표기도문 10월 넷째주 3 - 나라와 민족을 위한 기도</w:t>
      </w:r>
    </w:p>
    <w:p>
      <w:pPr>
        <w:spacing w:before="240" w:after="240"/>
        <w:ind w:firstLine="403"/>
        <w:jc w:val="both"/>
      </w:pPr>
      <w:r>
        <w:t>"내가 먼저 권하노니 모든 사람을 위하여 간구와 기도와 도고와 감사를 하되 임금들과 높은 지위에 있는 모든 사람을 위하여 하라" (디모데전서 2:1-2)</w:t>
      </w:r>
    </w:p>
    <w:p>
      <w:pPr>
        <w:jc w:val="center"/>
      </w:pPr>
      <w:r>
        <w:t>---------------------------------------------------------------------</w:t>
      </w:r>
    </w:p>
    <w:p>
      <w:pPr>
        <w:spacing w:before="240" w:after="240"/>
        <w:ind w:firstLine="403"/>
        <w:jc w:val="both"/>
      </w:pPr>
      <w:r>
        <w:t xml:space="preserve">우리나라와 민족의 평안과 번영을 위해 기도하며, 세계 평화와 하나님의 나라가 이 땅에 임하기를 간구하는 마음으로 하나님 앞에 나아갑니다. 정의와 공평이 강같이 흐르는 사회가 되기를 소망합니다. 만민의 아버지이신 하나님, 우리나라 대한민국을 위해 기도합니다. 분단의 아픔을 안고 살아가는 우리 민족에게 하나님의 특별한 은혜와 보호하심이 있기를 간구합니다. 북한 동포들이 자유와 평화 속에서 살아갈 수 있는 날이 하루빨리 오기를 소망하며, 평화통일을 위한 하나님의 역사가 일어나기를 기도합니다. 우리나라의 정치 지도자들에게 지혜와 통찰력을 주시기를 간구합니다. 대통령과 국무총리, 국회의원들과 각 부처의 장관들이 하나님을 경외하는 마음으로 나라를 다스리며, 국민들의 복지와 안전을 최우선으로 생각하는 지도자들이 되게 하여 주옵소서. 정치적 갈등과 이념적 대립보다는 국민 통합과 사회 발전을 위해 협력하는 모습을 보여주게 하여 주옵소서. 경제적으로 어려운 시기를 보내고 있는 서민들과 중소기업들에게 하나님의 도우심이 있기를 간구합니다. 청년들의 취업난 해결과 안정적인 일자리 창출을 위해 정부와 기업들이 노력하게 하시고, 노인들과 소외계층을 위한 복지 정책들이 잘 시행되게 하여 주옵소서. 부의 양극화 현상이 완화되고, 모든 국민이 희망을 가지고 살아갈 수 있는 사회가 되게 하여 주옵소서. 교육 현장에서 일하는 교사들과 학생들을 위해 기도합니다. 올바른 가치관과 인성을 기르는 교육이 이루어지고, 학생들이 각자의 꿈과 재능을 발견하여 건전한 사회 구성원으로 성장해 나가게 하여 주옵소서. 학교 폭력이나 왕따 같은 문제들이 해결되고, 안전하고 평화로운 교육 환경이 조성되게 하여 주옵소서. 세계 각국에서 일어나고 있는 전쟁과 테러, 자연재해와 질병으로 고통받는 사람들을 위해 기도합니다. 우크라이나와 중동 지역의 전쟁이 하루빨리 종료되고, 평화가 회복되기를 간구합니다. 각국의 지도자들이 대화와 협상을 통해 문제를 해결하려는 지혜를 갖게 하시고, 인류 공동의 번영을 위해 협력하는 세계가 되게 하여 주옵소서. 하나님의 공의와 사랑이 이 땅에 충만하게 임하여, 모든 사람이 하나님의 자녀로서 존중받고 사랑받는 세상이 되기를 간구합니다. 예수님의 이름으로 기도드립니다. 아멘. </w:t>
      </w:r>
    </w:p>
    <w:p>
      <w:r>
        <w:rPr>
          <w:b/>
          <w:sz w:val="28"/>
          <w:u w:val="single"/>
        </w:rPr>
        <w:t>수요예배 대표기도문 10월 넷째주 4 - 미래를 위한 소망의 기도</w:t>
      </w:r>
    </w:p>
    <w:p>
      <w:pPr>
        <w:spacing w:before="240" w:after="240"/>
        <w:ind w:firstLine="403"/>
        <w:jc w:val="both"/>
      </w:pPr>
      <w:r>
        <w:t>"여호와의 말씀이니라 너희를 향한 나의 생각을 내가 아나니 평안이요 재앙이 아니니라 너희에게 미래와 희망을 주는 것이니라" (예레미야 29:11)</w:t>
      </w:r>
    </w:p>
    <w:p>
      <w:pPr>
        <w:spacing w:before="240" w:after="240"/>
        <w:ind w:firstLine="403"/>
        <w:jc w:val="both"/>
      </w:pPr>
      <w:r>
        <w:t>11월을 앞두고 새로운 마음으로 하나님의 인도하심을 구하며, 개인과 가정, 교회와 사회가 하나님의 뜻 안에서 더욱 성장해 나가기를 간구하는 기도를 드립니다. 소망 중에 미래를 바라보며 하나님께 나아갑니다. 소망의 하나님 아버지, 10월의 마지막 주를 보내며 다가오는 11월과 연말을 위해 기도드립니다. 한 해의 남은 두 달을 어떻게 보내야 할지 주님의 뜻을 구하며, 우리의 계획과 꿈들이 하나님의 계획 안에서 이루어지기를 간구합니다. 우리의 미래가 하나님의 손에 있음을 고백하며, 주님만을 의지하고 나아가는 믿음의 여정이 되게 하여 주옵소서. 개인적인 꿈과 목표들을 이루어 나가는 과정에서 하나님의 지혜와 능력이 필요합니다. 학업을 준비하는 학생들에게는 집중력과 기억력을, 취업을 준비하는 청년들에게는 좋은 기회와 능력을, 사업을 하는 분들에게는 정직과 성실함으로 성공할 수 있는 길을 열어주시기를 간구합니다. 무엇보다 모든 성취 과정에서 하나님을 잊지 않고 겸손한 마음을 유지하게 하여 주옵소서. 가정의 미래를 위해 기도합니다. 결혼을 준비하는 청년들에게는 하나님이 예비하신 배우자를 만나게 하시고, 신혼 부부들에게는 서로를 이해하고 사랑하며 화목한 가정을 이루어 나가는 지혜를 주시기를 원합니다. 아이들이 올바른 가치관과 신앙 안에서 자라나며, 부모들이 좋은 본보기가 되어 자녀들을 신앙으로 양육할 수 있는 능력을 주시기를 간구합니다. 우리 교회의 미래를 위해서도 기도합니다. 복음 전파의 사명을 잘 감당하며, 더 많은 영혼들이 주님께 돌아오는 부흥의 역사가 일어나기를 간구합니다. 새로운 교회 건축이나 시설 확충, 교육 프로그램 개발 등 필요한 사역들이 하나님의 뜻 안에서 순조롭게 진행되게 하여 주옵소서. 차세대 리더들이 계속 양성되어 교회의 미래를 든든히 이어나가게 하여 주옵소서. 우리나라와 세계의 미래를 위해서도 간구합니다. 기후 변화와 환경 파괴 문제가 지혜롭게 해결되고, 기술 발전이 인류의 복지 향상에 도움이 되며, 빈부격차와 사회 갈등이 치유되는 더 나은 세상이 되기를 소망합니다. 무엇보다 하나님의 나라가 이 땅에 임하여 평화와 정의가 강같이 흐르는 세상이 되기를 간구합니다. 우리의 모든 미래가 하나님의 사랑과 은혜 안에서 펼쳐지기를 소망하며, 어떤 상황에서도 주님만을 의지하고 감사하는 마음으로 살아갈 수 있는 믿음을 주시기를 간구합니다. 예수님의 이름으로 기도드립니다. 아멘.</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수요예배 대표기도문 10월 넷째주</dc:title>
  <dc:subject>기도문 모음</dc:subject>
  <dc:creator>대표 기도문 나눔터</dc:creator>
  <cp:keywords>수요예배, 대표기도문, 넷째주</cp:keywords>
  <dc:description>수요예배 대표기도문 10월 넷째주 - 더 많은 기도문은 https://prayer-church.co.kr/ 에서 확인하세요
웹사이트: https://prayer-church.co.kr/
콘텐츠 유형: 기도문
SEO 설명: 수요예배 대표기도문 10월 넷째주...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