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수요예배 대표기도문 11월 셋째주</w:t>
      </w:r>
    </w:p>
    <w:p/>
    <w:p>
      <w:pPr>
        <w:spacing w:before="240" w:after="240"/>
        <w:ind w:firstLine="403"/>
        <w:jc w:val="both"/>
      </w:pPr>
      <w:r>
        <w:t xml:space="preserve"> 수요예배 대표기도문 11월 셋째주</w:t>
      </w:r>
    </w:p>
    <w:p>
      <w:pPr>
        <w:jc w:val="center"/>
      </w:pPr>
      <w:r>
        <w:t>---------------------------------------------------------------------</w:t>
      </w:r>
    </w:p>
    <w:p>
      <w:pPr>
        <w:spacing w:before="240" w:after="240"/>
        <w:ind w:firstLine="403"/>
        <w:jc w:val="both"/>
      </w:pPr>
      <w:r>
        <w:t xml:space="preserve">수요예배 대표기도문 11월 셋째주는 감사와 소망으로 드리는 기도의 시간입니다. 11월 중순이 되면 한 해의 마무리를 준비하며 하나님께 감사를 올려드리는 계절입니다. 이 시기에 드리는 대표기도는 성도들의 마음을 하나로 모아주고, 하나님의 은혜를 새롭게 체험하게 하는 소중한 시간이 됩니다. </w:t>
      </w:r>
    </w:p>
    <w:p>
      <w:r>
        <w:rPr>
          <w:b/>
          <w:sz w:val="28"/>
          <w:u w:val="single"/>
        </w:rPr>
        <w:t>수요예배 대표기도문 11월 셋째주 1번 - 감사의 기도</w:t>
      </w:r>
    </w:p>
    <w:p>
      <w:pPr>
        <w:spacing w:before="240" w:after="240"/>
        <w:ind w:firstLine="403"/>
        <w:jc w:val="both"/>
      </w:pPr>
      <w:r>
        <w:t>"여호와께 감사하며 그의 이름을 부르며 그의 행사를 만민 중에 알게 할지어다" (시편 105:1)</w:t>
      </w:r>
    </w:p>
    <w:p>
      <w:pPr>
        <w:jc w:val="center"/>
      </w:pPr>
      <w:r>
        <w:t>---------------------------------------------------------------------</w:t>
      </w:r>
    </w:p>
    <w:p>
      <w:pPr>
        <w:spacing w:before="240" w:after="240"/>
        <w:ind w:firstLine="403"/>
        <w:jc w:val="both"/>
      </w:pPr>
      <w:r>
        <w:t xml:space="preserve">이 기도는 지나온 한 해 동안 베풀어주신 하나님의 크고 작은 은혜들을 돌아보며 감사를 드리는 내용입니다. 11월 셋째주라는 시기적 특성을 살려 추수감사절과 연결하여 더욱 의미 깊은 기도로 구성했습니다. 하나님 아버지, 오늘 수요예배로 모인 저희에게 한 주간의 은혜를 베풀어주시고 이 시간 주님 앞에 나아갈 수 있도록 허락해 주심을 감사드립니다. 11월 셋째주를 맞이하며 올 한 해 동안 저희 개인과 가정, 그리고 교회에 베풀어주신 크고 작은 은혜들을 돌아보게 됩니다. 봄에 뿌린 씨앗들이 여름 동안 자라나 이제 가을에 결실을 맺게 하신 주님의 손길을 보며 감사를 드립니다. 농부들이 땀 흘려 일한 수고를 통해 풍성한 열매를 거두게 하신 하나님의 은혜가 저희 삶에도 그대로 나타나고 있음을 고백합니다. 건강이 허락되어 일할 수 있었던 것도, 가족들이 무사히 지낼 수 있었던 것도 모두 주님의 은혜입니다. 특별히 올해 수능을 앞둔 학생들과 가족들에게 평안을 주시고, 그동안 준비한 노력이 좋은 결과로 이어지도록 도와주시옵소서. 또한 코로나19 이후 회복되어가는 우리 사회와 교회가 더욱 건강하고 안전한 공동체로 성장할 수 있도록 인도해 주시옵소서. 이 모든 은혜에 감사하며, 앞으로도 주님의 뜻을 따라 살아가는 성도들이 되도록 도와주시옵소서. 예수님의 이름으로 기도드립니다. 아멘. </w:t>
      </w:r>
    </w:p>
    <w:p>
      <w:r>
        <w:rPr>
          <w:b/>
          <w:sz w:val="28"/>
          <w:u w:val="single"/>
        </w:rPr>
        <w:t>수요예배 대표기도문 11월 셋째주 2번 - 회개와 새로운 시작</w:t>
      </w:r>
    </w:p>
    <w:p>
      <w:pPr>
        <w:spacing w:before="240" w:after="240"/>
        <w:ind w:firstLine="403"/>
        <w:jc w:val="both"/>
      </w:pPr>
      <w:r>
        <w:t>"만일 우리가 우리 죄를 자백하면 그는 미쁘시고 의로우사 우리 죄를 사하시며 우리를 모든 불의에서 깨끗하게 하실 것이요" (요한일서 1:9)</w:t>
      </w:r>
    </w:p>
    <w:p>
      <w:pPr>
        <w:jc w:val="center"/>
      </w:pPr>
      <w:r>
        <w:t>---------------------------------------------------------------------</w:t>
      </w:r>
    </w:p>
    <w:p>
      <w:pPr>
        <w:spacing w:before="240" w:after="240"/>
        <w:ind w:firstLine="403"/>
        <w:jc w:val="both"/>
      </w:pPr>
      <w:r>
        <w:t xml:space="preserve">한 해의 마무리를 앞두고 지나온 날들을 돌아보며 회개하는 마음으로 드리는 기도입니다. 새로운 마음으로 주님께 나아가는 시간이 되도록 구성했습니다. 거룩하신 하나님 아버지, 수요예배로 모인 저희가 주님 앞에 온전한 마음으로 나아가지 못했던 연약함을 고백하며 용서를 구합니다. 11월 셋째주를 맞이하며 지나온 한 해를 돌아보니 주님의 뜻보다 제 욕심을 앞세웠던 때가 많았습니다. 바쁘다는 핑계로 기도 생활을 소홀히 했던 시간들, 이웃을 사랑하라는 주님의 말씀을 실천하지 못했던 순간들을 회개합니다. 특히 어려운 이웃들의 아픔을 외면하고 나만의 안위를 구했던 이기적인 마음을 용서해 주시옵소서. 교회 공동체 안에서도 서로 사랑하고 격려해야 할 때 비판하고 판단했던 모습들을 뉘우치며 주님 앞에 엎드립니다. 이 시대가 요구하는 물질적 성공에만 매몰되어 영적인 성장을 등한시했던 것도 회개합니다. 청소년들과 젊은 세대들이 올바른 가치관을 가지고 성장할 수 있도록 모범을 보여야 할 기성세대로서의 책임을 다하지 못했던 부분도 용서해 주시옵소서. 주님의 보혈로 저희 죄를 깨끗하게 씻어주시고, 새로운 마음과 새로운 영으로 남은 한 해를 주님의 뜻에 순종하며 살아갈 수 있도록 도와주시옵소서. 예수님의 이름으로 기도드립니다. 아멘. </w:t>
      </w:r>
    </w:p>
    <w:p>
      <w:r>
        <w:rPr>
          <w:b/>
          <w:sz w:val="28"/>
          <w:u w:val="single"/>
        </w:rPr>
        <w:t>수요예배 대표기도문 11월 셋째주 3번 - 가정과 교회를 위한 기도</w:t>
      </w:r>
    </w:p>
    <w:p>
      <w:pPr>
        <w:spacing w:before="240" w:after="240"/>
        <w:ind w:firstLine="403"/>
        <w:jc w:val="both"/>
      </w:pPr>
      <w:r>
        <w:t>"오직 나와 내 집은 여호와를 섬기겠노라" (여호수아 24:15)</w:t>
      </w:r>
    </w:p>
    <w:p>
      <w:pPr>
        <w:jc w:val="center"/>
      </w:pPr>
      <w:r>
        <w:t>---------------------------------------------------------------------</w:t>
      </w:r>
    </w:p>
    <w:p>
      <w:pPr>
        <w:spacing w:before="240" w:after="240"/>
        <w:ind w:firstLine="403"/>
        <w:jc w:val="both"/>
      </w:pPr>
      <w:r>
        <w:t xml:space="preserve">11월 중순 가족들이 모이는 시간이 많아지는 시기에 가정의 화목과 교회의 성장을 위해 드리는 기도입니다. 다음 세대를 위한 간절한 마음도 함께 담았습니다. 사랑의 하나님, 수요예배로 모인 저희 각자의 가정과 사랑하는 교회 공동체를 주님의 은혜로 보호하여 주시옵소서. 11월 셋째주를 맞이하며 가족들이 함께 모이는 시간이 늘어나는 이때, 각 가정마다 주님의 사랑이 충만하게 임하시길 원합니다. 부모님들의 건강을 지켜주시고, 자녀들이 올바른 신앙과 가치관을 가지고 성장할 수 있도록 도와주시옵소서. 특히 입시를 준비하는 학생들에게는 지혜와 평안을 주시고, 취업을 준비하는 청년들에게는 하나님의 뜻에 맞는 좋은 일터를 예비해 주시옵소서. 결혼을 준비하는 이들에게는 주님 안에서 아름다운 가정을 이룰 수 있도록 인도해 주시옵소서. 우리 교회가 지역사회의 소금과 빛의 역할을 감당할 수 있도록 도와주시옵소서. 코로나19로 인해 변화된 예배 환경 속에서도 성도들이 신앙을 지키고 더욱 성장할 수 있도록 은혜를 베풀어 주시옵소서. 목회자들에게는 영적 분별력과 지혜를 주시고, 성도들에게는 서로 사랑하고 격려하는 마음을 주시옵소서. 다음 세대인 어린이와 청소년들이 세상의 유혹을 이기고 믿음 안에서 건강하게 자라날 수 있도록 특별히 보호하여 주시옵소서. 예수님의 이름으로 기도드립니다. 아멘. </w:t>
      </w:r>
    </w:p>
    <w:p>
      <w:r>
        <w:rPr>
          <w:b/>
          <w:sz w:val="28"/>
          <w:u w:val="single"/>
        </w:rPr>
        <w:t>수요예배 대표기도문 11월 셋째주 4번 - 나라와 민족을 위한 기도</w:t>
      </w:r>
    </w:p>
    <w:p>
      <w:pPr>
        <w:spacing w:before="240" w:after="240"/>
        <w:ind w:firstLine="403"/>
        <w:jc w:val="both"/>
      </w:pPr>
      <w:r>
        <w:t>"의가 나라를 영화롭게 하고 죄는 백성을 욕되게 하느니라" (잠언 14:34)</w:t>
      </w:r>
    </w:p>
    <w:p>
      <w:pPr>
        <w:jc w:val="center"/>
      </w:pPr>
      <w:r>
        <w:t>---------------------------------------------------------------------</w:t>
      </w:r>
    </w:p>
    <w:p>
      <w:pPr>
        <w:spacing w:before="240" w:after="240"/>
        <w:ind w:firstLine="403"/>
        <w:jc w:val="both"/>
      </w:pPr>
      <w:r>
        <w:t xml:space="preserve">국가와 민족의 평안과 발전을 위해 드리는 기도입니다. 현재 우리나라가 직면한 여러 과제들을 위해 하나님의 도움을 구하는 내용으로 구성했습니다. 전능하신 하나님, 우리나라 대한민국과 민족을 사랑하시는 주님께 간절히 기도드립니다. 11월 셋째주를 맞이하며 우리나라가 당면한 여러 어려움들을 주님의 지혜로 해결할 수 있도록 도와주시옵소서. 정치 지도자들에게 공의와 정의를 실현할 수 있는 지혜를 주시고, 국민들을 진정으로 사랑하는 마음으로 정책을 펼칠 수 있도록 인도해 주시옵소서. 경제적 어려움으로 고통받는 서민들과 자영업자들에게 희망을 주시고, 청년들의 일자리 문제가 해결될 수 있도록 도와주시옵소서. 저출산과 고령화 문제로 어려움을 겪고 있는 우리 사회에 새로운 활력을 불어넣어 주시옵소서. 가족의 소중함을 깨닫고 다음 세대를 위한 투자를 아끼지 않는 사회가 되도록 인도해 주시옵소서. 또한 분단된 조국이 평화롭게 통일될 수 있는 그날을 준비하며, 북한의 동포들도 자유와 복음의 은혜를 누릴 수 있도록 길을 열어주시옵소서. 전 세계적으로 어려움을 겪고 있는 이웃 나라들을 위해서도 기도합니다. 전쟁과 기근, 자연재해로 고통받는 모든 사람들에게 주님의 위로와 도움이 임하시길 원합니다. 우리나라가 이들에게 선한 도움을 베풀 수 있는 나라가 되도록 도와주시옵소서. 하나님의 공의와 사랑이 이 땅에 실현되는 아름다운 나라가 되도록 인도해 주시옵소서. 예수님의 이름으로 기도드립니다. 아멘. </w:t>
      </w:r>
    </w:p>
    <w:p>
      <w:r>
        <w:rPr>
          <w:b/>
          <w:sz w:val="28"/>
          <w:u w:val="single"/>
        </w:rPr>
        <w:t>수요예배 대표기도문 11월 셋째주 5번 - 전도와 선교를 위한 기도</w:t>
      </w:r>
    </w:p>
    <w:p>
      <w:pPr>
        <w:spacing w:before="240" w:after="240"/>
        <w:ind w:firstLine="403"/>
        <w:jc w:val="both"/>
      </w:pPr>
      <w:r>
        <w:t>"그러므로 너희는 가서 모든 족속으로 제자를 삼아 아버지와 아들과 성령의 이름으로 침례를 주고" (마태복음 28:19)</w:t>
      </w:r>
    </w:p>
    <w:p>
      <w:pPr>
        <w:spacing w:before="240" w:after="240"/>
        <w:ind w:firstLine="403"/>
        <w:jc w:val="both"/>
      </w:pPr>
      <w:r>
        <w:t>복음 전파와 선교 사역을 위해 드리는 기도입니다. 11월 셋째주라는 시기에 한 해를 마무리하며 더욱 적극적인 전도 의지를 다지는 내용으로 구성했습니다. 선교의 주님, 수요예배로 모인 저희에게 복음 전파의 사명을 다시 한 번 깨닫게 하시고, 이 땅에 하나님의 나라를 확장하는 일에 쓰임받게 하여 주시옵소서. 11월 셋째주를 맞이하며 한 해 동안 전도와 선교를 위해 얼마나 헌신했는지 돌아보게 됩니다. 아직 예수님을 구주로 영접하지 못한 가족들과 친구들, 직장 동료들을 위해 기도합니다. 그들의 마음을 성령으로 감동시키셔서 복음을 받아들일 수 있는 좋은 기회를 만들어 주시옵소서. 저희가 말로만이 아니라 삶으로 복음을 증거할 수 있도록 도와주시옵소서. 해외에서 복음을 전하고 있는 선교사들을 보호하여 주시고, 그들이 전하는 복음이 많은 영혼들을 구원으로 이끌 수 있도록 성령의 역사를 허락하여 주시옵소서. 선교지의 어려운 환경과 문화적 차이 속에서도 복음을 전할 수 있는 지혜와 용기를 주시옵소서. 특히 이슬람권과 공산권 등 복음 전파가 어려운 지역에서 사역하는 선교사들을 특별히 보호하여 주시고, 그 땅에 복음이 전해질 수 있는 길을 열어주시옵소서. 또한 우리 교회가 선교 사역을 더욱 적극적으로 후원하고 참여할 수 있도록 마음을 모아주시옵소서. 온 세상에 복음이 전해져서 모든 민족이 주님을 찬양하는 그날이 속히 오기를 간절히 소원합니다. 저희도 그 일에 충성된 일꾼으로 쓰임받게 하여 주시옵소서. 예수님의 이름으로 기도드립니다. 아멘. 이와 같은 기도문들이 11월 셋째주 수요예배에서 성도들의 마음을 하나로 모으고 하나님께 영광을 돌리는 시간이 되기를 소원합니다.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수요예배 대표기도문 11월 셋째주</dc:title>
  <dc:subject>기도문 모음</dc:subject>
  <dc:creator>대표 기도문 나눔터</dc:creator>
  <cp:keywords>수요예배, 대표기도문, 셋째주</cp:keywords>
  <dc:description>수요예배 대표기도문 11월 셋째주 - 더 많은 기도문은 https://prayer-church.co.kr/ 에서 확인하세요
웹사이트: https://prayer-church.co.kr/
콘텐츠 유형: 기도문
SEO 설명: 수요예배 대표기도문 11월 셋째주...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