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수요예배 대표기도문 12월 둘째주</w:t>
      </w:r>
    </w:p>
    <w:p/>
    <w:p>
      <w:pPr>
        <w:spacing w:before="240" w:after="240"/>
        <w:ind w:firstLine="403"/>
        <w:jc w:val="both"/>
      </w:pPr>
      <w:r>
        <w:t xml:space="preserve"> 수요예배 대표기도문 12월 둘째주</w:t>
      </w:r>
    </w:p>
    <w:p>
      <w:pPr>
        <w:jc w:val="center"/>
      </w:pPr>
      <w:r>
        <w:t>---------------------------------------------------------------------</w:t>
      </w:r>
    </w:p>
    <w:p>
      <w:pPr>
        <w:spacing w:before="240" w:after="240"/>
        <w:ind w:firstLine="403"/>
        <w:jc w:val="both"/>
      </w:pPr>
      <w:r>
        <w:t xml:space="preserve">12월 둘째주는 대림절 기간으로, 아기 예수님의 탄생을 기다리며 소망과 감사의 마음으로 준비하는 거룩한 시간입니다. 이 시기 수요예배에서 사용할 수 있는 대표기도문들을 통해 성도들과 함께 은혜로운 예배를 드리시기 바랍니다. 각 기도문은 대림절의 영성과 연말을 맞는 성도들의 마음을 담아 작성되었습니다. </w:t>
      </w:r>
    </w:p>
    <w:p>
      <w:r>
        <w:rPr>
          <w:b/>
          <w:sz w:val="28"/>
          <w:u w:val="single"/>
        </w:rPr>
        <w:t>수요예배 대표기도문 12월 둘째주 1 - 대림절 소망의 기도</w:t>
      </w:r>
    </w:p>
    <w:p>
      <w:pPr>
        <w:spacing w:before="240" w:after="240"/>
        <w:ind w:firstLine="403"/>
        <w:jc w:val="both"/>
      </w:pPr>
      <w:r>
        <w:t>"여호와여 주의 길을 내게 보이시고 주의 첩경을 내게 가르치소서" (시편 25:4)</w:t>
      </w:r>
    </w:p>
    <w:p>
      <w:pPr>
        <w:jc w:val="center"/>
      </w:pPr>
      <w:r>
        <w:t>---------------------------------------------------------------------</w:t>
      </w:r>
    </w:p>
    <w:p>
      <w:pPr>
        <w:spacing w:before="240" w:after="240"/>
        <w:ind w:firstLine="403"/>
        <w:jc w:val="both"/>
      </w:pPr>
      <w:r>
        <w:t xml:space="preserve">대림절 둘째주를 맞아 우리 주 예수 그리스도의 이름으로 기도드립니다. 이 시간 아기 예수님의 탄생을 기다리며 소망의 촛불을 밝히는 우리 모든 성도들에게 하나님의 은혜가 함께하시기를 간구합니다. 하나님 아버지, 오늘 이 수요예배의 시간에 우리를 부르시고 이 자리에 모이게 하심을 감사드립니다. 한 해를 마무리하며 돌아보니 우리의 부족함과 연약함이 많았지만, 그 모든 과정 속에서도 변함없이 사랑하시고 인도하신 하나님의 손길을 고백합니다. 대림절 기간 동안 우리 마음에 참된 회개와 소망이 충만하게 하시옵소서. 세상의 어둠이 짙어가는 이 시대에, 우리에게 참 빛이신 예수님을 보내주신 하나님의 크신 사랑을 묵상합니다. 2000년 전 베들레헴 마구간에서 이 땅에 오신 아기 예수님의 사랑이 오늘 우리 가정과 교회, 그리고 이 나라와 민족에게 임하시기를 간구합니다. 어려움과 시련 가운데 있는 모든 이들에게 하나님의 위로와 평안이 함께하시기를 원합니다. 특별히 연말연시를 맞아 많은 이들이 외로움과 아픔을 느끼고 있습니다. 이런 이들에게 교회가 따뜻한 위로의 공동체가 되게 하시고, 우리 성도들이 그리스도의 사랑을 실천하는 도구로 사용되게 하옵소서. 또한 경제적 어려움과 건강의 염려 가운데 있는 성도들을 돌보시고, 하나님의 공급하심을 경험하게 하옵소서. 이 대림절 기간 동안 우리의 마음을 새롭게 하시고, 예수님의 재림을 소망하며 거룩한 삶을 살아가는 성도들이 되게 하옵소서. 세상의 물질과 향락에 마음을 빼앗기지 않고, 오직 하나님 나라와 그의 의를 구하며 살아가는 복된 성도들이 되게 하옵소서. 생명의 주님이신 예수 그리스도의 이름으로 기도드립니다. 아멘. 더 많은 기도문과 예배 자료는 [사랑의교회 설교 자료](https://www.sarang.org/tv/sermon.asp?sflag=sunposi)에서 확인하실 수 있습니다. </w:t>
      </w:r>
    </w:p>
    <w:p>
      <w:r>
        <w:rPr>
          <w:b/>
          <w:sz w:val="28"/>
          <w:u w:val="single"/>
        </w:rPr>
        <w:t>수요예배 대표기도문 12월 둘째주 2 - 감사와 회개의 기도</w:t>
      </w:r>
    </w:p>
    <w:p>
      <w:pPr>
        <w:spacing w:before="240" w:after="240"/>
        <w:ind w:firstLine="403"/>
        <w:jc w:val="both"/>
      </w:pPr>
      <w:r>
        <w:t>"내가 주께 감사하리니 주께서 내게 응답하시고 나의 구원이 되셨음이니이다" (시편 118:21)</w:t>
      </w:r>
    </w:p>
    <w:p>
      <w:pPr>
        <w:jc w:val="center"/>
      </w:pPr>
      <w:r>
        <w:t>---------------------------------------------------------------------</w:t>
      </w:r>
    </w:p>
    <w:p>
      <w:pPr>
        <w:spacing w:before="240" w:after="240"/>
        <w:ind w:firstLine="403"/>
        <w:jc w:val="both"/>
      </w:pPr>
      <w:r>
        <w:t xml:space="preserve">사랑과 은혜의 하나님 아버지, 오늘 우리를 이 거룩한 수요예배로 인도하여 주심을 감사드립니다. 한 해를 돌아보며 우리에게 베푸신 하나님의 무한한 사랑과 은혜를 고백하며 감사의 기도를 올려드립니다. 하나님 아버지, 지난 한 해 동안 우리를 지키시고 보호하여 주심을 감사드립니다. 팬데믹의 어려움이 점차 회복되어가는 이 시기에 우리의 일상을 되찾게 하시고, 가족과 함께하는 소중한 시간들을 허락하여 주심을 감사드립니다. 또한 우리의 연약함과 부족함에도 불구하고 끝까지 포기하지 않으시고 사랑으로 인도하여 주신 하나님의 인내와 긍휼에 감사드립니다. 하나님 앞에서 우리의 죄를 고백합니다. 바쁜 일상 속에서 하나님보다 세상 일에 더 마음을 쏟았던 것, 이웃의 아픔에 무관심했던 것, 교회의 사명보다 개인의 유익을 더 생각했던 것들을 회개합니다. 우리의 교만과 이기심, 미움과 시기심을 주님의 보혈로 깨끗하게 씻어주시옵소서. 특별히 대림절 기간 동안 예수님의 탄생의 참 의미를 깊이 묵상하게 하옵소서. 높고 영화로운 하나님의 보좌를 버리시고 이 낮고 어두운 세상에 오신 예수님의 겸손과 사랑을 본받아, 우리도 낮은 곳에서 섬기며 사랑하는 성도들이 되게 하옵소서. 물질보다 영혼의 가치를, 받는 것보다 주는 것의 기쁨을 아는 성도들이 되게 하옵소서. 연말을 맞아 우리 사회의 소외받는 이웃들을 돌아보게 하옵소서. 홀로 계신 어르신들, 결식 아동들, 노숙자들, 그리고 경제적 어려움 가운데 있는 가정들에게 우리가 그리스도의 사랑을 실천하는 통로가 되게 하옵소서. 작은 나눔이라도 기쁨으로 실천하며, 이를 통해 하나님의 사랑이 세상에 전해지게 하옵소서. 주님의 이름으로 기도드립니다. 아멘. </w:t>
      </w:r>
    </w:p>
    <w:p>
      <w:r>
        <w:rPr>
          <w:b/>
          <w:sz w:val="28"/>
          <w:u w:val="single"/>
        </w:rPr>
        <w:t>수요예배 대표기도문 12월 둘째주 3 - 가정과 교회를 위한 기도</w:t>
      </w:r>
    </w:p>
    <w:p>
      <w:pPr>
        <w:spacing w:before="240" w:after="240"/>
        <w:ind w:firstLine="403"/>
        <w:jc w:val="both"/>
      </w:pPr>
      <w:r>
        <w:t>"나와 내 집은 여호와를 섬기겠노라" (여호수아 24:15)</w:t>
      </w:r>
    </w:p>
    <w:p>
      <w:pPr>
        <w:jc w:val="center"/>
      </w:pPr>
      <w:r>
        <w:t>---------------------------------------------------------------------</w:t>
      </w:r>
    </w:p>
    <w:p>
      <w:pPr>
        <w:spacing w:before="240" w:after="240"/>
        <w:ind w:firstLine="403"/>
        <w:jc w:val="both"/>
      </w:pPr>
      <w:r>
        <w:t xml:space="preserve">전능하신 하나님 아버지, 오늘 이 수요예배의 시간에 우리를 불러 모으시고 한 마음 한 뜻으로 예배할 수 있게 하심을 감사드립니다. 우리의 가정과 교회를 위해 간절히 기도하오니 하나님의 은혜가 충만하게 임하시기를 원합니다. 하나님 아버지, 우리의 가정들을 축복하여 주옵소서. 크리스마스를 앞두고 가족들이 함께 모여 사랑을 나누고 하나님의 은혜를 고백하는 시간들이 되게 하옵소서. 바쁜 일상 속에서도 서로를 이해하고 배려하며, 하나님의 사랑 안에서 하나 되는 가정들이 되게 하옵소서. 특별히 부부간의 사랑이 더욱 깊어지고, 부모와 자녀 간의 소통이 원활하게 이루어지도록 도와주옵소서. 젊은 부부들이 신앙을 기초로 한 건강한 가정을 이루어 가도록 인도하여 주옵소서. 자녀들이 하나님의 말씀 안에서 올바른 가치관을 정립하고, 이 세상의 유혹에 흔들리지 않는 믿음의 사람들로 자라나게 하옵소서. 또한 노년의 성도들이 가정에서 존경받고 사랑받으며, 신앙의 본이 되는 삶을 살아가게 하옵소서. 우리 교회를 위해서도 간구합니다. 담임목사님과 모든 교역자들에게 하나님의 지혜와 능력을 부어주시고, 말씀을 통해 성도들의 영혼을 깨우치고 치유하는 사역을 감당하게 하옵소서. 교회 안에 분열과 갈등이 있다면 하나님의 사랑으로 회복시켜 주시고, 모든 성도들이 그리스도의 몸 된 교회로서 하나 되어 사명을 감당하게 하옵소서. 특별히 이 연말 시기에 교회가 지역사회의 빛과 소금의 역할을 충실히 감당하게 하옵소서. 어려운 이웃들을 도우며, 복음을 전하는 일에 더욱 힘쓰는 교회가 되게 하옵소서. 또한 내년을 준비하며 하나님의 뜻을 분별하고, 하나님이 기뻐하시는 계획들을 세워나가게 하옵소서. 우리 주 예수 그리스도의 이름으로 기도드립니다. 아멘. </w:t>
      </w:r>
    </w:p>
    <w:p>
      <w:r>
        <w:rPr>
          <w:b/>
          <w:sz w:val="28"/>
          <w:u w:val="single"/>
        </w:rPr>
        <w:t>수요예배 대표기도문 12월 둘째주 4 - 나라와 민족을 위한 기도</w:t>
      </w:r>
    </w:p>
    <w:p>
      <w:pPr>
        <w:spacing w:before="240" w:after="240"/>
        <w:ind w:firstLine="403"/>
        <w:jc w:val="both"/>
      </w:pPr>
      <w:r>
        <w:t>"의가 나라로 영화롭게 하고 죄는 백성을 욕되게 하느니라" (잠언 14:34)</w:t>
      </w:r>
    </w:p>
    <w:p>
      <w:pPr>
        <w:jc w:val="center"/>
      </w:pPr>
      <w:r>
        <w:t>---------------------------------------------------------------------</w:t>
      </w:r>
    </w:p>
    <w:p>
      <w:pPr>
        <w:spacing w:before="240" w:after="240"/>
        <w:ind w:firstLine="403"/>
        <w:jc w:val="both"/>
      </w:pPr>
      <w:r>
        <w:t xml:space="preserve">하늘과 땅의 주재이신 하나님 아버지, 이 나라와 민족을 사랑하시고 돌보시는 하나님께 감사드리며, 우리나라의 평화와 번영을 위해 간절히 기도드립니다. 12월 둘째주 이 거룩한 시간에 우리 민족의 미래를 주님의 손에 맡기며 기도합니다. 하나님 아버지, 우리나라의 정치 지도자들에게 하나님의 지혜를 주시옵소서. 대통령과 국회의원들, 그리고 모든 공직자들이 하나님을 경외하며 정직하고 공의롭게 나라를 섬기는 사람들이 되게 하옵소서. 개인의 이익보다 국민 전체의 행복을 위해 헌신하며, 하나님의 뜻에 합당한 정책들을 펼쳐나가게 하옵소서. 경제적으로 어려운 시기를 겪고 있는 우리 사회를 돌아보옵소서. 물가 상승과 취업난으로 고통받는 국민들에게 하나님의 위로와 도움이 임하게 하옵소서. 특히 청년들이 희망을 잃지 않고 꿈을 이루어 갈 수 있도록 일자리가 창출되고, 공정한 기회가 주어지게 하옵소서. 또한 소상공인들과 자영업자들이 경영난을 극복하고 다시 일어설 수 있도록 도와주옵소서. 분단의 아픔을 안고 있는 우리 민족을 위해 기도합니다. 북한 땅의 동포들이 복음을 들을 수 있는 날이 하루빨리 오게 하시고, 진정한 평화통일이 이루어지도록 하나님께서 역사하여 주옵소서. 이산가족들의 상봉이 이루어지고, 한반도에 평화가 정착되어 우리 후손들이 더 이상 전쟁의 위협 없이 살아갈 수 있게 하옵소서. 교육 현장에서 일하는 교사들과 학생들을 위해 기도합니다. 올바른 가치관을 가르치고 배우며, 하나님을 경외하는 인재들이 양성되게 하옵소서. 학교 폭력과 왕따 문제가 해결되고, 모든 학생들이 안전하고 건강한 환경에서 공부할 수 있게 하옵소서. 의료진들과 사회복지사들, 그리고 사회 각 분야에서 국민을 위해 헌신하는 모든 이들에게 하나님의 힘과 위로를 주옵소서. 특히 연말연시를 맞아 더욱 바쁜 일정을 소화하는 이들의 건강을 지켜주시고, 그들의 수고가 헛되지 않게 하옵소서. 이 모든 기도를 우리 주 예수 그리스도의 이름으로 올려드립니다. 아멘. </w:t>
      </w:r>
    </w:p>
    <w:p>
      <w:r>
        <w:rPr>
          <w:b/>
          <w:sz w:val="28"/>
          <w:u w:val="single"/>
        </w:rPr>
        <w:t>수요예배 대표기도문 12월 둘째주 5 - 선교와 전도를 위한 기도</w:t>
      </w:r>
    </w:p>
    <w:p>
      <w:pPr>
        <w:spacing w:before="240" w:after="240"/>
        <w:ind w:firstLine="403"/>
        <w:jc w:val="both"/>
      </w:pPr>
      <w:r>
        <w:t>"그러므로 너희는 가서 모든 족속으로 제자를 삼아" (마태복음 28:19)</w:t>
      </w:r>
    </w:p>
    <w:p>
      <w:pPr>
        <w:spacing w:before="240" w:after="240"/>
        <w:ind w:firstLine="403"/>
        <w:jc w:val="both"/>
      </w:pPr>
      <w:r>
        <w:t>만국의 왕이신 하나님 아버지, 온 세상에 복음이 전해지기를 원하시는 하나님의 마음을 품고 기도드립니다. 12월 둘째주 이 시간에 선교와 전도의 사명을 새롭게 다짐하며, 하나님의 나라가 이 땅에 임하시기를 간구합니다. 하나님 아버지, 이 시대에 복음이 절실히 필요한 영혼들을 생각합니다. 코로나19 이후 더욱 깊어진 사람들의 고독과 절망감 속에서, 참된 소망이신 예수 그리스도가 전해지기를 원합니다. 우리 주변의 가족과 친구들, 직장 동료들에게 자연스럽게 복음을 전할 수 있는 기회를 주시고, 그들이 그리스도의 사랑을 경험할 수 있게 하옵소서. 특별히 크리스마스 시즌을 맞아 많은 사람들이 교회에 관심을 갖게 되는 이 시기를 선교와 전도의 기회로 삼게 하옵소서. 성탄절 행사와 송년 모임들을 통해 불신자들이 교회를 방문하고, 따뜻한 교제 속에서 하나님의 사랑을 느낄 수 있게 하옵소서. 우리 성도들이 삶의 본을 통해 복음을 증거하며, 말보다 행동으로 그리스도의 사랑을 보여주는 증인들이 되게 하옵소서. 세계 곳곳에서 복음을 전하고 있는 선교사들을 위해 기도합니다. 특히 기후 변화와 정치적 불안정으로 어려움을 겪고 있는 지역의 선교사들에게 하나님의 보호하심이 함께하시기를 원합니다. 그들의 사역이 열매를 맺어 현지인들이 복음을 받아들이고, 토착 교회가 건강하게 세워지게 하옵소서. 북한과 중국, 중동 지역 등 복음 전파가 제한된 지역들을 위해 특별히 기도합니다. 그 땅의 지하교회 성도들이 믿음을 지키며 복음을 전할 수 있도록 하나님께서 길을 열어주시옵소서. 또한 난민들과 이주민들을 통해 복음이 전해지고, 그들이 정착한 곳에서 교회가 세워지게 하옵소서. 우리 교회의 선교 사역을 위해서도 기도합니다. 해외 선교뿐만 아니라 국내의 다문화 가정들, 외국인 근로자들, 그리고 소외된 계층들에게 복음을 전하는 일에 더욱 힘쓰는 교회가 되게 하옵소서. 선교비 후원과 기도 후원을 통해 선교 사역에 적극적으로 참여하는 성도들이 되게 하옵소서. 예수 그리스도의 이름으로 기도드립니다. 아멘. 더 많은 기도문과 예배 자료는 [사랑의교회 설교 자료](https://www.sarang.org/tv/sermon.asp?sflag=sunposi)에서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수요예배 대표기도문 12월 둘째주</dc:title>
  <dc:subject>기도문 모음</dc:subject>
  <dc:creator>대표 기도문 나눔터</dc:creator>
  <cp:keywords>수요예배, 대표기도문, 둘째주</cp:keywords>
  <dc:description>수요예배 대표기도문 12월 둘째주 - 더 많은 기도문은 https://prayer-church.co.kr/ 에서 확인하세요
웹사이트: https://prayer-church.co.kr/
콘텐츠 유형: 기도문
SEO 설명: 수요예배 대표기도문 12월 둘째주...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