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수요예배 대표기도문 12월 첫째주</w:t>
      </w:r>
    </w:p>
    <w:p/>
    <w:p>
      <w:pPr>
        <w:spacing w:before="240" w:after="240"/>
        <w:ind w:firstLine="403"/>
        <w:jc w:val="both"/>
      </w:pPr>
      <w:r>
        <w:t xml:space="preserve"> 수요예배 대표기도문 12월 첫째주</w:t>
      </w:r>
    </w:p>
    <w:p>
      <w:pPr>
        <w:jc w:val="center"/>
      </w:pPr>
      <w:r>
        <w:t>---------------------------------------------------------------------</w:t>
      </w:r>
    </w:p>
    <w:p>
      <w:pPr>
        <w:spacing w:before="240" w:after="240"/>
        <w:ind w:firstLine="403"/>
        <w:jc w:val="both"/>
      </w:pPr>
      <w:r>
        <w:t xml:space="preserve">수요예배 대표기도문 12월 첫째주를 위한 성경 말씀과 기도문 예시를 통해 은혜받는 기도 시간을 준비할 수 있습니다. 12월 첫째주는 대강절의 시작과 함께 한 해를 돌아보며 주님께 감사드리는 소중한 시간입니다. 성도들과 함께 마음을 모아 기도할 수 있는 의미 있는 기도문들을 준비했습니다. </w:t>
      </w:r>
    </w:p>
    <w:p>
      <w:r>
        <w:rPr>
          <w:b/>
          <w:sz w:val="28"/>
          <w:u w:val="single"/>
        </w:rPr>
        <w:t>수요예배 대표기도문 12월 첫째주 (1) - 대강절 준비와 감사</w:t>
      </w:r>
    </w:p>
    <w:p>
      <w:pPr>
        <w:spacing w:before="240" w:after="240"/>
        <w:ind w:firstLine="403"/>
        <w:jc w:val="both"/>
      </w:pPr>
      <w:r>
        <w:t>"여호와여 주께서 나를 감찰하시고 아셨나이다" (시편 139:1)</w:t>
      </w:r>
    </w:p>
    <w:p>
      <w:pPr>
        <w:jc w:val="center"/>
      </w:pPr>
      <w:r>
        <w:t>---------------------------------------------------------------------</w:t>
      </w:r>
    </w:p>
    <w:p>
      <w:pPr>
        <w:spacing w:before="240" w:after="240"/>
        <w:ind w:firstLine="403"/>
        <w:jc w:val="both"/>
      </w:pPr>
      <w:r>
        <w:t xml:space="preserve">주님, 벌써 12월 첫째주를 맞이하게 해주셔서 감사합니다. 한 해 동안 저희와 함께 하시며 인도해주신 주님의 은혜에 깊이 감사드립니다. 대강절의 시작과 함께 예수님의 오심을 기다리며 준비하는 마음으로 나아옵니다. 하나님 아버지, 지난 한 해 동안 저희에게 베풀어주신 크고 작은 은혜들을 생각하며 감사의 마음을 드립니다. 어려운 시기에도 저희를 지켜주시고 인도해주셨으며, 기쁜 일들을 통해 주님의 사랑을 느끼게 해주셨습니다. 때로는 연약했던 저희 모습을 돌아보며 회개하고, 주님의 용서하심 안에서 새로운 소망을 품게 해주셨습니다. 이제 대강절의 시작과 함께 예수님의 오심을 기다리는 마음으로 준비하게 해주시옵소서. 2000년 전 이 땅에 오신 예수님의 사랑을 다시 한 번 묵상하며, 그 사랑이 저희 삶 가운데 더욱 풍성히 흘러가게 해주시옵소서. 주님을 사랑하는 마음이 날마다 더욱 뜨거워지게 하시며, 이웃을 사랑하고 섬기는 삶을 살아가게 해주시옵소서. 주님, 이 시간 함께 모인 모든 성도들이 주님의 은혜 안에서 평안과 기쁨을 누리게 해주시옵소서. 각자의 삶 가운데 주님의 선하신 뜻이 이루어지게 하시며, 어려움 가운데 있는 이웃들에게는 위로와 힘을 주시옵소서. 한 해를 마무리하며 감사와 소망으로 주님 앞에 나아가게 해주시옵소서. 예수님의 이름으로 기도드립니다. 아멘. </w:t>
      </w:r>
    </w:p>
    <w:p>
      <w:r>
        <w:rPr>
          <w:b/>
          <w:sz w:val="28"/>
          <w:u w:val="single"/>
        </w:rPr>
        <w:t>수요예배 대표기도문 12월 첫째주 (2) - 한 해 돌아보기와 회개</w:t>
      </w:r>
    </w:p>
    <w:p>
      <w:pPr>
        <w:spacing w:before="240" w:after="240"/>
        <w:ind w:firstLine="403"/>
        <w:jc w:val="both"/>
      </w:pPr>
      <w:r>
        <w:t>"내가 주께 죄를 자복하고 내 죄악을 숨기지 아니하며 내가 말하기를 내 허물을 여호와께 자복하리라 하고 주께서 내 죄의 악을 사하셨나이다" (시편 32:5)</w:t>
      </w:r>
    </w:p>
    <w:p>
      <w:pPr>
        <w:jc w:val="center"/>
      </w:pPr>
      <w:r>
        <w:t>---------------------------------------------------------------------</w:t>
      </w:r>
    </w:p>
    <w:p>
      <w:pPr>
        <w:spacing w:before="240" w:after="240"/>
        <w:ind w:firstLine="403"/>
        <w:jc w:val="both"/>
      </w:pPr>
      <w:r>
        <w:t xml:space="preserve">전능하신 하나님 아버지, 12월 첫째주를 맞이하며 지난 한 해를 돌아보는 시간을 갖게 해주셔서 감사합니다. 주님의 은혜로 살아온 한 해를 돌아보며 감사와 함께 회개하는 마음으로 나아옵니다. 주님, 이 한 해 동안 저희가 주님의 뜻을 온전히 따르지 못했던 많은 순간들을 고백합니다. 사랑해야 할 때 미워했고, 용서해야 할 때 원망했으며, 섬겨야 할 때 이기적이었던 저희 모습을 용서해주시옵소서. 주님의 말씀을 듣고도 행하지 않았던 불순종의 죄를 용서해주시옵소서. 가정에서, 직장에서, 교회에서 주님의 사랑을 충분히 나타내지 못했던 저희를 긍휼히 여겨주시옵소서. 때로는 상처를 주었고, 때로는 실망을 안겨드렸으며, 때로는 주님의 이름을 욕되게 했던 저희를 용서해주시옵소서. 주님의 십자가 보혈의 공로로 저희 죄를 깨끗이 씻어주시옵소서. 이제 새로운 마음으로 주님을 섬기며 살아가게 해주시옵소서. 주님의 사랑으로 채워진 마음으로 이웃을 사랑하고, 주님의 평안으로 가득한 마음으로 어려운 이웃들을 위로하며, 주님의 지혜로 충만한 마음으로 올바른 길을 걸어가게 해주시옵소서. 주님, 12월 첫째주부터 시작하여 한 해를 마무리하는 이 시간들이 주님께 영광 돌리는 시간이 되게 해주시옵소서. 회개와 용서, 그리고 새로운 소망 가운데 주님과 더욱 가까워지는 저희가 되게 해주시옵소서. 예수님의 이름으로 기도드립니다. 아멘. </w:t>
      </w:r>
    </w:p>
    <w:p>
      <w:r>
        <w:rPr>
          <w:b/>
          <w:sz w:val="28"/>
          <w:u w:val="single"/>
        </w:rPr>
        <w:t>수요예배 대표기도문 12월 첫째주 (3) - 성탄 준비와 기대</w:t>
      </w:r>
    </w:p>
    <w:p>
      <w:pPr>
        <w:spacing w:before="240" w:after="240"/>
        <w:ind w:firstLine="403"/>
        <w:jc w:val="both"/>
      </w:pPr>
      <w:r>
        <w:t>"보라 처녀가 잉태하여 아들을 낳을 것이요 그 이름을 임마누엘이라 하리라 하셨으니 이를 번역한즉 하나님이 우리와 함께 계시다 함이라" (마태복음 1:23)</w:t>
      </w:r>
    </w:p>
    <w:p>
      <w:pPr>
        <w:jc w:val="center"/>
      </w:pPr>
      <w:r>
        <w:t>---------------------------------------------------------------------</w:t>
      </w:r>
    </w:p>
    <w:p>
      <w:pPr>
        <w:spacing w:before="240" w:after="240"/>
        <w:ind w:firstLine="403"/>
        <w:jc w:val="both"/>
      </w:pPr>
      <w:r>
        <w:t xml:space="preserve">임마누엘의 하나님, 12월 첫째주를 맞이하며 다가오는 성탄절을 준비하는 마음으로 주님 앞에 나아옵니다. 2000년 전 이 땅에 오신 예수님의 사랑을 다시 한 번 묵상하며 감사의 기도를 드립니다. 주님, 죄로 인해 절망 가운데 있던 인류를 구원하시기 위해 이 땅에 오신 예수님의 사랑에 감사드립니다. 높고 영광스러운 하늘 보좌를 버리시고 낮고 연약한 인간의 모습으로 오신 주님의 겸손에 감사드립니다. 마구간에서 태어나시고 십자가에서 죽으시기까지 저희를 위해 모든 것을 포기하신 주님의 사랑을 다시 한 번 깊이 묵상하게 해주시옵소서. 이번 성탄절을 맞이하며 저희 마음을 새롭게 해주시옵소서. 세상의 화려함과 물질적인 것들에 마음을 빼앗기지 않고, 오직 주님의 사랑과 은혜에만 집중할 수 있게 해주시옵소서. 예수님의 오심이 저희에게 얼마나 큰 기쁨이고 소망인지 다시 한 번 깨닫게 해주시옵소서. 주님, 이 시대에도 여전히 주님을 모르는 많은 사람들이 있습니다. 성탄절을 맞이하여 저희를 통해 주님의 사랑이 전해지게 해주시옵소서. 저희 삶과 말과 행동을 통해 주님의 사랑을 나타내며, 복음을 전하는 일에 쓰임받게 해주시옵소서. 특히 어려운 이웃들과 외로운 사람들에게 주님의 위로와 사랑을 전하는 통로가 되게 해주시옵소서. 12월 첫째주부터 성탄절까지 저희 마음이 주님의 사랑으로 가득 채워지게 해주시옵소서. 매일매일 주님의 은혜를 새롭게 경험하며 감사하는 마음으로 살아가게 해주시옵소서. 예수님의 이름으로 기도드립니다. 아멘. </w:t>
      </w:r>
    </w:p>
    <w:p>
      <w:r>
        <w:rPr>
          <w:b/>
          <w:sz w:val="28"/>
          <w:u w:val="single"/>
        </w:rPr>
        <w:t>수요예배 대표기도문 12월 첫째주 (4) - 교회와 성도들을 위한 기도</w:t>
      </w:r>
    </w:p>
    <w:p>
      <w:pPr>
        <w:spacing w:before="240" w:after="240"/>
        <w:ind w:firstLine="403"/>
        <w:jc w:val="both"/>
      </w:pPr>
      <w:r>
        <w:t>"모든 성도와 함께 능히 깨달아 그리스도의 사랑의 넓이와 길이와 높이와 깊이가 어떠함을 깨달아" (에베소서 3:18)</w:t>
      </w:r>
    </w:p>
    <w:p>
      <w:pPr>
        <w:spacing w:before="240" w:after="240"/>
        <w:ind w:firstLine="403"/>
        <w:jc w:val="both"/>
      </w:pPr>
      <w:r>
        <w:t>사랑의 하나님, 12월 첫째주를 맞이하며 주님의 몸된 교회와 모든 성도들을 위해 기도드립니다. 한 해 동안 저희 교회를 보호하시고 인도해주신 주님의 은혜에 감사드립니다. 주님, 저희 교회가 주님의 말씀 위에 굳게 서서 세상의 빛과 소금의 역할을 감당하게 해주시옵소서. 목회자들에게 주님의 지혜와 능력을 부어주시어 말씀을 올바르게 전하며 성도들을 바른 길로 인도하게 해주시옵소서. 모든 교역자들과 직분자들이 주님의 마음으로 섬기며 교회를 세워가게 해주시옵소서. 성도들 각자의 삶 가운데 주님의 은혜가 풍성히 임하게 해주시옵소서. 신앙생활에 어려움을 겪는 성도들에게는 새로운 힘과 소망을 주시고, 세상의 유혹과 시험 가운데 있는 성도들에게는 지혜와 분별력을 주시옵소서. 가정에 어려움이 있는 성도들에게는 평안과 회복을 주시고, 건강이 좋지 않은 성도들에게는 치유와 회복을 주시옵소서. 주님, 특히 젊은 세대들이 주님을 알고 믿음 안에서 성장하게 해주시옵소서. 이 시대의 많은 유혹과 혼란 속에서도 주님의 진리를 굳게 붙잡고 올바른 길을 걸어가게 해주시옵소서. 어린이들과 청소년들이 주님의 사랑 안에서 건강하게 자라나게 해주시옵소서. 한 해를 마무리하며 교회 공동체가 더욱 하나 되게 해주시옵소서. 서로 사랑하고 섬기며 주님의 몸을 세워가는 아름다운 공동체가 되게 해주시옵소서. 지역사회와 이웃들에게 주님의 사랑을 전하는 교회가 되게 해주시옵소서. 주님, 12월 첫째주부터 시작하여 새로운 한 해를 준비하는 이 시간들이 주님께 영광 돌리는 시간이 되게 해주시옵소서. 수요예배를 통해 은혜받고 새로운 결단으로 주님을 섬기는 성도들이 되게 해주시옵소서. 더 많은 정보와 기도문 예시는 [금난교회 홈페이지](https://www.kumnan.org/board_mPeU84)에서 확인하실 수 있습니다. 예수님의 이름으로 기도드립니다. 아멘.</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수요예배 대표기도문 12월 첫째주</dc:title>
  <dc:subject>기도문 모음</dc:subject>
  <dc:creator>대표 기도문 나눔터</dc:creator>
  <cp:keywords>수요예배, 대표기도문, 첫째주</cp:keywords>
  <dc:description>수요예배 대표기도문 12월 첫째주 - 더 많은 기도문은 https://prayer-church.co.kr/ 에서 확인하세요
웹사이트: https://prayer-church.co.kr/
콘텐츠 유형: 기도문
SEO 설명: 수요예배 대표기도문 12월 첫째주...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