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요즘 대표 기도문 모음 (2025년 12월)</w:t>
      </w:r>
    </w:p>
    <w:p/>
    <w:p>
      <w:pPr>
        <w:spacing w:before="240" w:after="240"/>
        <w:ind w:firstLine="403"/>
        <w:jc w:val="both"/>
      </w:pPr>
      <w:r>
        <w:t xml:space="preserve"> 요즘 대표 기도문 모음 (2025년 12월)</w:t>
      </w:r>
    </w:p>
    <w:p>
      <w:pPr>
        <w:jc w:val="center"/>
      </w:pPr>
      <w:r>
        <w:t>---------------------------------------------------------------------</w:t>
      </w:r>
    </w:p>
    <w:p>
      <w:pPr>
        <w:spacing w:before="240" w:after="240"/>
        <w:ind w:firstLine="403"/>
        <w:jc w:val="both"/>
      </w:pPr>
      <w:r>
        <w:t xml:space="preserve">요즘 대표 기도문 모음으로 2025년 12월 현재 상황에 맞는 기도문을 확인하세요. 급변하는 시대 속에서 성도들이 하나님께 올려드리는 기도의 내용도 함께 변화하고 있습니다. 코로나19 이후 변화된 일상, 경제적 어려움, 그리고 새로운 희망을 품고 살아가는 현실 속에서 우리에게 필요한 기도문들을 정리해보았습니다. </w:t>
      </w:r>
    </w:p>
    <w:p>
      <w:r>
        <w:rPr>
          <w:b/>
          <w:sz w:val="28"/>
          <w:u w:val="single"/>
        </w:rPr>
        <w:t>요즘 대표 기도문 모음 1 - 새해 소망 기도문</w:t>
      </w:r>
    </w:p>
    <w:p>
      <w:pPr>
        <w:spacing w:before="240" w:after="240"/>
        <w:ind w:firstLine="403"/>
        <w:jc w:val="both"/>
      </w:pPr>
      <w:r>
        <w:t>"여호와의 말씀에 너희를 향한 나의 생각을 내가 아나니 평안이요 재앙이 아니니라 너희에게 미래와 희망을 주는 것이니라" (예레미야 29:11)</w:t>
      </w:r>
    </w:p>
    <w:p>
      <w:pPr>
        <w:jc w:val="center"/>
      </w:pPr>
      <w:r>
        <w:t>---------------------------------------------------------------------</w:t>
      </w:r>
    </w:p>
    <w:p>
      <w:pPr>
        <w:spacing w:before="240" w:after="240"/>
        <w:ind w:firstLine="403"/>
        <w:jc w:val="both"/>
      </w:pPr>
      <w:r>
        <w:t xml:space="preserve">2025년을 맞이하며 하나님께서 주시는 새로운 소망을 품고 기도드립니다. 지난해의 아픔과 어려움을 뒤로하고, 새로운 한 해를 향한 기대와 감사함으로 하나님 앞에 나아갑니다. 사랑하는 하나님 아버지, 2025년 새해를 맞이하며 주님께 감사와 찬양을 올려드립니다. 지난 한 해 동안 저희와 함께 하시며 인도해 주셨던 주님의 크신 은혜에 진심으로 감사드립니다. 때로는 힘들고 어려운 순간들도 있었지만, 주님께서 항상 저희 곁에 계셨음을 고백합니다. 새로운 한 해를 시작하며 주님께서 예비하신 계획과 뜻이 저희 삶 가운데 온전히 이루어지기를 간절히 소망합니다. 개인적인 욕심과 계획보다는 주님의 뜻을 먼저 구하며, 주님이 기뻐하시는 길을 걸어가게 하여 주시옵소서. 가정과 직장에서 주님의 빛을 발하는 성도가 되게 하시고, 어려운 이웃들을 돌아보며 섬기는 마음을 주시옵소서. 경제적인 어려움과 건강의 염려, 그리고 미래에 대한 불안함이 있을 때에도 주님을 의지하며 평안을 누리게 하여 주시옵소서. 주님께서 주시는 지혜와 능력으로 매일을 승리하며, 감사와 기쁨이 넘치는 한 해가 되게 하여 주시옵소서. 2025년 한 해 동안 저희 가족과 교회 공동체, 그리고 우리나라가 주님의 은혜와 보호하심 가운데 거하게 하여 주시옵소서. 예수님의 이름으로 기도드립니다. 아멘. </w:t>
      </w:r>
    </w:p>
    <w:p>
      <w:r>
        <w:rPr>
          <w:b/>
          <w:sz w:val="28"/>
          <w:u w:val="single"/>
        </w:rPr>
        <w:t>요즘 대표 기도문 모음 2 - 경제 회복 기도문</w:t>
      </w:r>
    </w:p>
    <w:p>
      <w:pPr>
        <w:spacing w:before="240" w:after="240"/>
        <w:ind w:firstLine="403"/>
        <w:jc w:val="both"/>
      </w:pPr>
      <w:r>
        <w:t>"너희가 먼저 구할 것은 하나님의 나라와 그의 의니 그리하면 이 모든 것을 너희에게 더하시리라" (마태복음 6:33)</w:t>
      </w:r>
    </w:p>
    <w:p>
      <w:pPr>
        <w:jc w:val="center"/>
      </w:pPr>
      <w:r>
        <w:t>---------------------------------------------------------------------</w:t>
      </w:r>
    </w:p>
    <w:p>
      <w:pPr>
        <w:spacing w:before="240" w:after="240"/>
        <w:ind w:firstLine="403"/>
        <w:jc w:val="both"/>
      </w:pPr>
      <w:r>
        <w:t xml:space="preserve">물가 상승과 경제적 어려움을 겪고 있는 현실 속에서, 하나님의 공급하심과 인도하심을 구하는 기도를 드립니다. 어려운 시기일수록 하나님을 더욱 의지하며 살아가고자 합니다. 전능하신 하나님, 요즘 경제적인 어려움으로 인해 많은 사람들이 고통받고 있는 현실을 주님께서 아시고 계십니다. 물가는 계속 오르고 있고, 일자리는 줄어들며, 많은 가정들이 생계의 압박을 느끼고 있습니다. 이런 상황에서 주님의 도우심과 인도하심을 간절히 구합니다. 주님, 우리나라의 경제가 회복되고 안정을 찾을 수 있도록 정부와 기업들에게 지혜를 주시옵소서. 서민들의 생활이 나아질 수 있는 정책들이 시행되고, 실업률이 줄어들며, 모든 사람이 안정된 일자리를 가질 수 있게 하여 주시옵소서. 특히 소상공인들과 자영업자들이 어려움을 극복하고 다시 일어설 수 있도록 힘을 주시옵소서. 개인적으로도 경제적인 어려움에 직면해 있는 성도들에게 주님의 특별한 은혜를 부어주시옵소서. 절망하지 않고 주님을 의지하며, 창조적인 해결책을 찾을 수 있는 지혜를 주시옵소서. 필요한 것들을 때에 따라 공급해 주시고, 검소하고 절약하는 생활을 통해 어려운 시기를 지혜롭게 극복하게 하여 주시옵소서. 이 어려운 시기가 오히려 하나님을 더욱 의지하고, 이웃을 돌아보며, 진정한 가치를 발견하는 시간이 되게 하여 주시옵소서. 예수님의 이름으로 기도드립니다. 아멘. </w:t>
      </w:r>
    </w:p>
    <w:p>
      <w:r>
        <w:rPr>
          <w:b/>
          <w:sz w:val="28"/>
          <w:u w:val="single"/>
        </w:rPr>
        <w:t>요즘 대표 기도문 모음 3 - 청년 세대를 위한 기도문</w:t>
      </w:r>
    </w:p>
    <w:p>
      <w:pPr>
        <w:spacing w:before="240" w:after="240"/>
        <w:ind w:firstLine="403"/>
        <w:jc w:val="both"/>
      </w:pPr>
      <w:r>
        <w:t>"청년이 무엇으로 그의 행실을 깨끗하게 하리이까 주의 말씀만 지킬 따름이니이다" (시편 119:9)</w:t>
      </w:r>
    </w:p>
    <w:p>
      <w:pPr>
        <w:jc w:val="center"/>
      </w:pPr>
      <w:r>
        <w:t>---------------------------------------------------------------------</w:t>
      </w:r>
    </w:p>
    <w:p>
      <w:pPr>
        <w:spacing w:before="240" w:after="240"/>
        <w:ind w:firstLine="403"/>
        <w:jc w:val="both"/>
      </w:pPr>
      <w:r>
        <w:t xml:space="preserve">취업난과 주거 문제, 결혼과 출산에 대한 부담으로 어려움을 겪고 있는 청년들을 위해 기도드립니다. 하나님께서 이들에게 희망과 용기를 주시고, 올바른 길로 인도해 주시기를 소망합니다. 하나님 아버지, 요즘 청년들이 겪고 있는 어려움들을 주님께서 아시고 계십니다. 취업이 어렵고, 집값은 계속 오르며, 결혼과 출산을 포기하는 청년들이 늘어나고 있습니다. 미래에 대한 불안과 절망감에 빠져있는 청년들을 불쌍히 여겨주시옵소서. 주님, 청년들에게 좋은 일자리를 허락해 주시옵소서. 그들의 재능과 능력을 발휘할 수 있는 기회들이 열리게 하시고, 정당한 대가를 받으며 보람을 느낄 수 있는 직장을 만나게 하여 주시옵소서. 공정한 채용 문화가 정착되고, 능력 있는 청년들이 기회를 얻을 수 있는 사회가 되게 하여 주시옵소서. 주거 문제로 고민하는 청년들에게도 해결책을 주시옵소서. 합리적인 가격의 주택 정책이 시행되고, 청년들이 안정적인 주거 환경에서 생활할 수 있게 하여 주시옵소서. 또한 결혼과 출산에 대한 부담을 덜어주시고, 사랑하는 사람과 가정을 이루며 행복하게 살아갈 수 있는 환경을 만들어 주시옵소서. 무엇보다 청년들이 어려운 현실 속에서도 희망을 잃지 않고, 하나님을 의지하며 살아갈 수 있도록 도와주시옵소서. 그들의 마음에 평안과 용기를 주시고, 올바른 가치관을 가지고 살아가게 하여 주시옵소서. 예수님의 이름으로 기도드립니다. 아멘. </w:t>
      </w:r>
    </w:p>
    <w:p>
      <w:r>
        <w:rPr>
          <w:b/>
          <w:sz w:val="28"/>
          <w:u w:val="single"/>
        </w:rPr>
        <w:t>요즘 대표 기도문 모음 4 - 가족 화목 기도문</w:t>
      </w:r>
    </w:p>
    <w:p>
      <w:pPr>
        <w:spacing w:before="240" w:after="240"/>
        <w:ind w:firstLine="403"/>
        <w:jc w:val="both"/>
      </w:pPr>
      <w:r>
        <w:t>"가족은 하나님이 주신 최고의 선물이니라" (시편 127:3)</w:t>
      </w:r>
    </w:p>
    <w:p>
      <w:pPr>
        <w:jc w:val="center"/>
      </w:pPr>
      <w:r>
        <w:t>---------------------------------------------------------------------</w:t>
      </w:r>
    </w:p>
    <w:p>
      <w:pPr>
        <w:spacing w:before="240" w:after="240"/>
        <w:ind w:firstLine="403"/>
        <w:jc w:val="both"/>
      </w:pPr>
      <w:r>
        <w:t xml:space="preserve">바쁜 일상과 각종 스트레스로 인해 가족 간의 소통이 부족해지고 있는 현실 속에서, 가족의 화목과 사랑을 위해 기도드립니다. 하나님께서 가정에 평화와 기쁨을 주시기를 간구합니다. 사랑의 하나님, 가정을 세우시고 가족이라는 축복을 주신 주님께 감사드립니다. 하지만 요즘 바쁜 일상과 각종 스트레스로 인해 가족 간의 대화가 줄어들고, 서로를 이해하기보다는 상처를 주는 경우가 많아지고 있습니다. 우리 가정에 주님의 사랑과 평화가 충만하게 하여 주시옵소서. 부모와 자녀 사이에 깊은 소통이 이루어지게 하여 주시옵소서. 부모는 자녀를 이해하고 인정하며, 자녀는 부모를 공경하고 사랑하는 마음을 가지게 하여 주시옵소서. 세대 간의 갈등과 오해가 있을 때에도 서로를 용서하고 화해할 수 있는 지혜를 주시옵소서. 부부 사이에도 서로를 존중하고 사랑하는 마음이 더욱 깊어지게 하여 주시옵소서. 일상의 스트레스나 경제적인 어려움으로 인해 다툼이 생길 때에도 주님의 사랑으로 서로를 이해하고 용서하게 하여 주시옵소서. 함께 기도하고, 함께 예배하며, 하나님 중심의 가정을 이루어 나가게 하여 주시옵소서. 형제자매 사이에도 질투와 경쟁보다는 서로를 도와주고 격려하는 관계가 되게 하여 주시옵소서. 가족 모두가 하나님의 자녀로서 서로를 사랑하고 섬기며, 세상에서 하나님의 사랑을 증거하는 가정이 되게 하여 주시옵소서. 어려운 시기일수록 가족이 서로의 힘이 되고 위로가 되어, 하나님께서 주신 가정의 소중함을 더욱 깨닫게 하여 주시옵소서. 예수님의 이름으로 기도드립니다. 아멘. </w:t>
      </w:r>
    </w:p>
    <w:p>
      <w:r>
        <w:rPr>
          <w:b/>
          <w:sz w:val="28"/>
          <w:u w:val="single"/>
        </w:rPr>
        <w:t>요즘 대표 기도문 모음 5 - 건강 회복 기도문</w:t>
      </w:r>
    </w:p>
    <w:p>
      <w:pPr>
        <w:spacing w:before="240" w:after="240"/>
        <w:ind w:firstLine="403"/>
        <w:jc w:val="both"/>
      </w:pPr>
      <w:r>
        <w:t>"사랑하는 자여 네 영혼이 잘됨 같이 네가 범사에 잘되고 강건하기를 내가 간구하노라" (요한삼서 1:2)</w:t>
      </w:r>
    </w:p>
    <w:p>
      <w:pPr>
        <w:jc w:val="center"/>
      </w:pPr>
      <w:r>
        <w:t>---------------------------------------------------------------------</w:t>
      </w:r>
    </w:p>
    <w:p>
      <w:pPr>
        <w:spacing w:before="240" w:after="240"/>
        <w:ind w:firstLine="403"/>
        <w:jc w:val="both"/>
      </w:pPr>
      <w:r>
        <w:t xml:space="preserve">코로나19 이후 건강에 대한 관심이 높아진 가운데, 육체적 건강과 정신적 안정을 위해 기도드립니다. 하나님께서 모든 질병을 치유하시고 건강을 회복시켜 주시기를 간구합니다. 치료하시는 하나님, 우리의 몸과 마음을 지으시고 건강을 주관하시는 주님께 나아갑니다. 요즘 많은 사람들이 다양한 질병과 건강 문제로 고통받고 있습니다. 코로나19로 인한 후유증, 스트레스로 인한 정신적 어려움, 그리고 각종 만성질환들로 인해 힘들어하는 모든 이들을 불쌍히 여겨주시옵소서. 주님, 질병으로 고통받는 모든 환자들에게 치유의 은혜를 베풀어 주시옵소서. 의료진들에게 정확한 진단과 치료를 위한 지혜를 주시고, 새로운 치료법과 약물들이 개발되어 더 많은 사람들이 건강을 회복할 수 있게 하여 주시옵소서. 특히 암이나 난치병으로 고생하시는 분들에게 기적 같은 회복을 허락해 주시옵소서. 정신적인 어려움을 겪고 있는 분들에게도 주님의 평안을 주시옵소서. 우울증, 불안증, 스트레스로 인한 다양한 증상들이 치유되고, 마음의 안정과 기쁨을 되찾을 수 있게 하여 주시옵소서. 주님의 사랑과 은혜가 그들의 마음을 채워주시옵소서. 건강한 사람들도 자신의 건강을 소중히 여기고 잘 관리할 수 있도록 도와주시옵소서. 규칙적인 운동과 올바른 식습관, 충분한 휴식을 통해 건강을 유지하게 하시고, 예방이 치료보다 낫다는 것을 깨닫게 하여 주시옵소서. 무엇보다 우리의 영혼이 건강하여 하나님과의 관계가 더욱 깊어지고, 육체의 건강과 영혼의 건강이 조화를 이루며 살아가게 하여 주시옵소서. 예수님의 이름으로 기도드립니다. 아멘. </w:t>
      </w:r>
    </w:p>
    <w:p>
      <w:r>
        <w:rPr>
          <w:b/>
          <w:sz w:val="28"/>
          <w:u w:val="single"/>
        </w:rPr>
        <w:t>요즘 대표 기도문 모음 6 - 교회 부흥 기도문</w:t>
      </w:r>
    </w:p>
    <w:p>
      <w:pPr>
        <w:spacing w:before="240" w:after="240"/>
        <w:ind w:firstLine="403"/>
        <w:jc w:val="both"/>
      </w:pPr>
      <w:r>
        <w:t>"너희는 온 천하에 다니며 만민에게 복음을 전파하라" (마가복음 16:15)</w:t>
      </w:r>
    </w:p>
    <w:p>
      <w:pPr>
        <w:spacing w:before="240" w:after="240"/>
        <w:ind w:firstLine="403"/>
        <w:jc w:val="both"/>
      </w:pPr>
      <w:r>
        <w:t>코로나19 이후 교회 출석률이 감소하고 있는 현실 속에서, 교회의 부흥과 복음 전파를 위해 기도드립니다. 하나님께서 교회를 새롭게 하시고 많은 영혼들이 주님께 돌아오게 하시기를 간구합니다. 교회의 머리 되신 예수님, 주님의 몸 된 교회를 위해 기도드립니다. 요즘 교회 출석률이 감소하고, 젊은 세대들이 교회를 떠나는 현상이 늘어나고 있어 안타까운 마음입니다. 교회가 다시 생명력을 회복하고, 복음의 능력이 충만하게 나타나는 공동체가 되게 하여 주시옵소서. 목회자들에게 말씀을 전하는 사명감과 열정을 새롭게 하여 주시옵소서. 시대에 맞는 복음 전파 방법을 깨닫게 하시고, 성도들의 영적 갈급함을 채워줄 수 있는 말씀을 전하게 하여 주시옵소서. 목회자들이 건강하고 영적으로 충만하여 양떼들을 잘 인도할 수 있도록 도와주시옵소서. 성도들 또한 예배와 말씀에 대한 갈급함이 회복되게 하여 주시옵소서. 형식적인 신앙생활이 아닌 진정한 영적 갈급함으로 하나님을 찾고, 예배를 통해 하나님과 깊은 교제를 나누게 하여 주시옵소서. 성도들 간의 사랑과 교제가 더욱 깊어지게 하여 주시옵소서. 교회가 지역사회 속에서 소금과 빛의 역할을 잘 감당하게 하여 주시옵소서. 어려운 이웃들을 돌보고 섬기며, 사회의 아픔을 치유하는 역할을 하게 하여 주시옵소서. 많은 사람들이 교회를 통해 하나님의 사랑을 경험하고 구원받게 하여 주시옵소서. 젊은 세대들이 다시 교회로 돌아올 수 있도록 교회가 변화하고 개혁되게 하여 주시옵소서. 전통을 지키면서도 새로운 시대에 맞는 예배와 프로그램들이 개발되어 모든 세대가 함께 어우러져 예배하는 교회가 되게 하여 주시옵소서. 예수님의 이름으로 기도드립니다. 아멘. 오늘 소개해드린 기도문들이 성도님들의 신앙생활에 도움이 되기를 바랍니다. 각자의 상황에 맞게 기도하시되, 항상 하나님의 뜻을 구하며 겸손한 마음으로 기도하시기를 권합니다. 더 많은 기도문과 영적 자료를 원하시는 분들은 [새문안교회 영상자료](http://www.saemoonan.org/Board/ListTV.aspx?vodType=1)를 참고하시기 바랍니다.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요즘 대표 기도문 모음 (2025년 12월)</dc:title>
  <dc:subject>기도문 모음</dc:subject>
  <dc:creator>대표 기도문 나눔터</dc:creator>
  <cp:keywords>요즘, 대표, 기도문, 모음</cp:keywords>
  <dc:description>요즘 대표 기도문 모음 (2025년 12월) - 더 많은 기도문은 https://prayer-church.co.kr/ 에서 확인하세요
웹사이트: https://prayer-church.co.kr/
콘텐츠 유형: 기도문
SEO 설명: 요즘 대표 기도문 모음 (2025년 12월)...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