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유년부 대표 기도문</w:t>
      </w:r>
    </w:p>
    <w:p/>
    <w:p>
      <w:pPr>
        <w:spacing w:before="240" w:after="240"/>
        <w:ind w:firstLine="403"/>
        <w:jc w:val="both"/>
      </w:pPr>
      <w:r>
        <w:t xml:space="preserve"> 유년부 대표 기도문 - 하나님께 드리는 아이들의 순수한 마음</w:t>
      </w:r>
    </w:p>
    <w:p>
      <w:pPr>
        <w:jc w:val="center"/>
      </w:pPr>
      <w:r>
        <w:t>---------------------------------------------------------------------</w:t>
      </w:r>
    </w:p>
    <w:p>
      <w:pPr>
        <w:spacing w:before="240" w:after="240"/>
        <w:ind w:firstLine="403"/>
        <w:jc w:val="both"/>
      </w:pPr>
      <w:r>
        <w:t xml:space="preserve">유년부 대표 기도문은 아이들이 하나님께 드리는 순수한 마음을 담은 소중한 기도입니다. 어린이들이 신앙생활의 기초를 다지고 하나님과의 관계를 깊이 있게 경험할 수 있도록 돕는 의미 있는 시간입니다. 오늘 준비한 기도문들을 통해 우리 아이들이 하나님의 사랑을 더욱 깊이 느끼고, 감사와 찬양의 마음으로 성장하길 기도합니다. </w:t>
      </w:r>
    </w:p>
    <w:p>
      <w:r>
        <w:rPr>
          <w:b/>
          <w:sz w:val="28"/>
          <w:u w:val="single"/>
        </w:rPr>
        <w:t>유년부 대표 기도문 1 - 하나님의 사랑 고백</w:t>
      </w:r>
    </w:p>
    <w:p>
      <w:pPr>
        <w:spacing w:before="240" w:after="240"/>
        <w:ind w:firstLine="403"/>
        <w:jc w:val="both"/>
      </w:pPr>
      <w:r>
        <w:t>"여호와를 기뻐하라 그가 네 마음의 소원을 네게 이루어 주시리로다" (시편 37:4)</w:t>
      </w:r>
    </w:p>
    <w:p>
      <w:pPr>
        <w:jc w:val="center"/>
      </w:pPr>
      <w:r>
        <w:t>---------------------------------------------------------------------</w:t>
      </w:r>
    </w:p>
    <w:p>
      <w:pPr>
        <w:spacing w:before="240" w:after="240"/>
        <w:ind w:firstLine="403"/>
        <w:jc w:val="both"/>
      </w:pPr>
      <w:r>
        <w:t xml:space="preserve">사랑하는 하나님 아버지, 저희 유년부 아이들이 하나님의 크신 사랑을 온 마음으로 고백하며 드리는 기도입니다. 순수한 마음으로 주님께 나아가는 아이들의 모습을 통해 하나님의 은혜를 느끼시기 바랍니다. 하나님 아버지, 오늘도 저희를 사랑해 주셔서 감사합니다. 아침에 눈을 뜨게 해 주시고, 건강한 몸으로 교회에 나올 수 있게 해 주심을 진심으로 감사드립니다. 저희 가족들과 함께 하나님의 집에서 예배드릴 수 있는 이 시간이 너무 소중하고 행복합니다. 하나님께서 저희를 만드실 때 특별하게 만들어 주신 것을 알고 있습니다. 저희 각자가 하나님의 작품이고, 하나님께서 저희를 통해 아름다운 일들을 이루시고 계신다는 것을 믿습니다. 학교에서도, 집에서도, 어디서든 하나님의 자녀답게 살아가고 싶습니다. 때로는 친구들과 다툴 때도 있고, 부모님께 화를 낼 때도 있지만, 하나님께서 저희를 용서해 주시고 새로운 마음을 주시는 것을 알고 있습니다. 저희의 잘못을 돌아보고, 더 나은 아이가 되도록 도와주세요. 저희 또래 친구들도 하나님의 사랑을 알 수 있게 해 주세요. 저희가 먼저 하나님의 사랑을 보여주는 아이들이 되고, 복음을 전하는 작은 전도자가 될 수 있게 해 주세요. 어려운 환경에 있는 친구들에게도 하나님의 위로가 함께 하시길 기도합니다. 사랑하는 예수님의 이름으로 기도합니다. 아멘. </w:t>
      </w:r>
    </w:p>
    <w:p>
      <w:r>
        <w:rPr>
          <w:b/>
          <w:sz w:val="28"/>
          <w:u w:val="single"/>
        </w:rPr>
        <w:t>유년부 대표 기도문 2 - 가족과 친구들을 위한 기도</w:t>
      </w:r>
    </w:p>
    <w:p>
      <w:pPr>
        <w:spacing w:before="240" w:after="240"/>
        <w:ind w:firstLine="403"/>
        <w:jc w:val="both"/>
      </w:pPr>
      <w:r>
        <w:t>"서로 사랑하라 이것이 나의 계명이니라" (요한복음 15:12)</w:t>
      </w:r>
    </w:p>
    <w:p>
      <w:pPr>
        <w:jc w:val="center"/>
      </w:pPr>
      <w:r>
        <w:t>---------------------------------------------------------------------</w:t>
      </w:r>
    </w:p>
    <w:p>
      <w:pPr>
        <w:spacing w:before="240" w:after="240"/>
        <w:ind w:firstLine="403"/>
        <w:jc w:val="both"/>
      </w:pPr>
      <w:r>
        <w:t xml:space="preserve">하나님 아버지, 저희 유년부 아이들이 소중한 가족들과 친구들을 위해 드리는 기도입니다. 하나님께서 주신 관계들을 통해 사랑을 배우고 나누는 지혜를 허락해 주시기를 간절히 바랍니다. 하나님, 저희 가족들을 위해 기도합니다. 매일 저희를 돌봐주시는 엄마, 아빠께 감사드립니다. 일하느라 힘들어도 저희를 위해 최선을 다해 주시는 부모님들에게 건강과 평안을 주세요. 형제자매들과도 사이좋게 지낼 수 있도록 도와주세요. 할아버지, 할머니께서 건강하시도록 지켜주시고, 멀리 계셔도 항상 저희를 생각해 주시는 마음에 감사합니다. 온 가족이 하나님을 사랑하는 가정이 되게 해 주시고, 저희 집이 하나님의 사랑이 넘치는 따뜻한 보금자리가 되게 해 주세요. 학교 친구들과 유년부 친구들을 위해서도 기도합니다. 함께 공부하고 놀며 많은 시간을 보내는 친구들이 모두 건강하고 행복하게 해 주세요. 어려운 일이 있을 때 서로 도와주고, 기쁜 일이 있을 때 함께 기뻐할 수 있는 진정한 친구가 되게 해 주세요. 새로 전학 온 친구들이나 혼자 있는 친구들에게 먼저 다가가서 친구가 되어 주는 용기를 주세요. 괴롭힘을 당하는 친구들을 보면 도와줄 수 있는 마음과 힘을 주시고, 모든 친구들이 차별받지 않고 사랑받는 환경이 되게 해 주세요. 하나님께서 저희 모두를 한 가족으로 만들어 주셨으니, 서로 사랑하고 아끼는 마음으로 살아가게 해 주세요. 예수님의 이름으로 기도합니다. 아멘. </w:t>
      </w:r>
    </w:p>
    <w:p>
      <w:r>
        <w:rPr>
          <w:b/>
          <w:sz w:val="28"/>
          <w:u w:val="single"/>
        </w:rPr>
        <w:t>유년부 대표 기도문 3 - 학교생활과 공부를 위한 기도</w:t>
      </w:r>
    </w:p>
    <w:p>
      <w:pPr>
        <w:spacing w:before="240" w:after="240"/>
        <w:ind w:firstLine="403"/>
        <w:jc w:val="both"/>
      </w:pPr>
      <w:r>
        <w:t>"지혜를 얻는 것이 금을 얻는 것보다 나으니" (잠언 16:16)</w:t>
      </w:r>
    </w:p>
    <w:p>
      <w:pPr>
        <w:jc w:val="center"/>
      </w:pPr>
      <w:r>
        <w:t>---------------------------------------------------------------------</w:t>
      </w:r>
    </w:p>
    <w:p>
      <w:pPr>
        <w:spacing w:before="240" w:after="240"/>
        <w:ind w:firstLine="403"/>
        <w:jc w:val="both"/>
      </w:pPr>
      <w:r>
        <w:t xml:space="preserve">하나님 아버지, 저희 유년부 아이들이 학교생활을 통해 하나님께서 주신 달란트를 발견하고 키워갈 수 있도록 인도해 주시기를 간절히 바라며 기도합니다. 배움의 기쁨과 성장의 즐거움을 경험하게 해 주세요. 하나님, 매일 학교에 가는 것이 때로는 힘들고 어려울 때가 있습니다. 수업을 듣다 보면 이해가 안 되는 것도 많고, 시험을 볼 때면 긴장되고 걱정이 되기도 합니다. 하지만 하나님께서 저희에게 주신 머리와 마음으로 열심히 공부할 수 있도록 도와주세요. 선생님들을 위해 기도합니다. 저희를 가르치시느라 수고하시는 모든 선생님들께 감사드립니다. 선생님들이 건강하시고, 저희를 사랑하는 마음으로 지도해 주시도록 축복해 주세요. 저희도 선생님들의 말씀을 잘 듣고 예의바르게 행동하는 학생이 되게 해 주세요. 국어, 수학, 과학, 사회 등 모든 과목을 배우면서 하나님께서 만드신 세상의 원리와 아름다움을 발견하게 해 주세요. 공부하는 것이 단순히 점수를 얻는 것이 아니라, 하나님의 창조 세계를 이해하고 감사하는 마음으로 배울 수 있게 해 주세요. 어려운 문제를 만날 때 포기하지 않고 끝까지 노력하는 인내심을 주세요. 친구들과 함께 공부하면서 서로 도우며 성장하는 기쁨을 맛보게 해 주시고, 공부를 통해 하나님께서 저희에게 주신 꿈과 비전을 발견하게 해 주세요. 장래에 하나님께서 원하시는 곳에서 하나님의 영광을 위해 살아가는 사람이 되도록 지금부터 준비하게 해 주세요. 예수님의 이름으로 기도합니다. 아멘. </w:t>
      </w:r>
    </w:p>
    <w:p>
      <w:r>
        <w:rPr>
          <w:b/>
          <w:sz w:val="28"/>
          <w:u w:val="single"/>
        </w:rPr>
        <w:t>유년부 대표 기도문 4 - 감사와 찬양의 기도</w:t>
      </w:r>
    </w:p>
    <w:p>
      <w:pPr>
        <w:spacing w:before="240" w:after="240"/>
        <w:ind w:firstLine="403"/>
        <w:jc w:val="both"/>
      </w:pPr>
      <w:r>
        <w:t>"범사에 감사하라 이것이 그리스도 예수 안에서 너희를 향하신 하나님의 뜻이니라" (데살로니가전서 5:18)</w:t>
      </w:r>
    </w:p>
    <w:p>
      <w:pPr>
        <w:jc w:val="center"/>
      </w:pPr>
      <w:r>
        <w:t>---------------------------------------------------------------------</w:t>
      </w:r>
    </w:p>
    <w:p>
      <w:pPr>
        <w:spacing w:before="240" w:after="240"/>
        <w:ind w:firstLine="403"/>
        <w:jc w:val="both"/>
      </w:pPr>
      <w:r>
        <w:t xml:space="preserve">하나님 아버지, 저희 유년부 아이들이 작은 것 하나하나에도 감사할 줄 아는 마음으로 하나님께 찬양과 영광을 돌려드리는 기도입니다. 감사의 마음으로 하나님의 은혜를 기억하며 살아가게 해 주세요. 하나님, 오늘도 저희에게 주신 모든 것들에 대해 감사드립니다. 맛있는 음식을 먹을 수 있게 해 주시고, 따뜻한 집에서 잠잘 수 있게 해 주셔서 감사합니다. 깨끗한 물을 마실 수 있고, 아름다운 자연을 볼 수 있게 해 주심도 감사합니다. 건강한 몸을 주셔서 뛰어놀 수 있고, 친구들과 함께 웃으며 즐거운 시간을 보낼 수 있게 해 주심을 감사합니다. 보고, 듣고, 맛보고, 냄새 맡고, 만질 수 있는 오감을 주셔서 하나님의 창조물들을 경험할 수 있게 해 주심도 감사합니다. 때로는 아플 때도 있고, 슬플 때도 있지만, 그런 순간마다 하나님께서 함께 해 주시고 위로해 주시는 것을 알고 있습니다. 힘들 때 기도할 수 있게 해 주시고, 성경 말씀을 통해 힘을 얻을 수 있게 해 주셔서 감사합니다. 계절마다 다른 아름다움을 보여주시는 하나님께 감사드립니다. 봄에는 꽃이 피고, 여름에는 싱싱한 과일을 먹을 수 있고, 가을에는 단풍이 아름답고, 겨울에는 눈이 내려 신기한 경험을 할 수 있게 해 주셔서 감사합니다. 저희가 받은 이 모든 사랑과 은혜를 혼자만 누리지 않고, 어려운 친구들과 나누며 살아가는 아이들이 되게 해 주세요. 감사하는 마음으로 매일매일 하나님을 찬양하며 살아가겠습니다. 예수님의 이름으로 기도합니다. 아멘. </w:t>
      </w:r>
    </w:p>
    <w:p>
      <w:r>
        <w:rPr>
          <w:b/>
          <w:sz w:val="28"/>
          <w:u w:val="single"/>
        </w:rPr>
        <w:t>유년부 대표 기도문 5 - 성장과 미래를 위한 기도</w:t>
      </w:r>
    </w:p>
    <w:p>
      <w:pPr>
        <w:spacing w:before="240" w:after="240"/>
        <w:ind w:firstLine="403"/>
        <w:jc w:val="both"/>
      </w:pPr>
      <w:r>
        <w:t>"청년이 무엇으로 그의 행실을 깨끗하게 하리이까 주의 말씀만 지킬 따름이니이다" (시편 119:9)</w:t>
      </w:r>
    </w:p>
    <w:p>
      <w:pPr>
        <w:spacing w:before="240" w:after="240"/>
        <w:ind w:firstLine="403"/>
        <w:jc w:val="both"/>
      </w:pPr>
      <w:r>
        <w:t>하나님 아버지, 저희 유년부 아이들이 하나님의 말씀 안에서 바르게 성장하여 하나님께서 기뻐하시는 모습으로 자라갈 수 있도록 인도해 주시기를 간절히 바라며 기도합니다. 미래의 꿈과 비전을 주시고 준비하게 해 주세요. 하나님, 저희가 매일매일 자라고 있는 것을 알고 있습니다. 키도 크고, 몸무게도 늘어나고, 아는 것도 많아지고 있습니다. 하지만 무엇보다 마음과 영혼이 하나님을 닮아가며 성장하는 것이 가장 중요하다는 것을 알고 있습니다. 어른이 되어서도 하나님을 사랑하고, 이웃을 사랑하며, 정직하고 성실하게 살아가는 사람이 되게 해 주세요. 어려운 상황에서도 하나님을 의지하고, 옳은 것을 선택할 수 있는 용기 있는 사람이 되게 해 주세요. 하나님께서 저희 각자에게 주신 특별한 재능과 은사를 발견하게 해 주세요. 어떤 친구는 그림을 잘 그리고, 어떤 친구는 노래를 잘 부르고, 어떤 친구는 운동을 잘 하고, 어떤 친구는 공부를 잘 합니다. 이 모든 것이 하나님께서 주신 선물임을 알고 감사하며 사용하게 해 주세요. 장래에 하나님께서 원하시는 직업을 가지고, 하나님의 영광을 위해 살아가는 어른이 되게 해 주세요. 목사님, 선생님, 의사, 간호사, 소방관, 경찰관 등 어떤 일을 하든지 하나님의 사랑을 전하는 사람이 되게 해 주세요. 전 세계의 모든 어린이들이 하나님의 사랑을 알고, 평화롭고 안전한 환경에서 자랄 수 있게 해 주세요. 전쟁과 가난 때문에 고생하는 아이들에게 하나님의 도우심이 함께 하시길 기도합니다. 하나님의 나라가 이 땅에 임하도록 저희도 기도하며 준비하는 어린이가 되게 해 주세요. 예수님의 이름으로 기도합니다. 아멘. 이러한 유년부 대표 기도문들이 우리 아이들의 신앙생활에 큰 도움이 되기를 소망합니다.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유년부 대표 기도문</dc:title>
  <dc:subject>기도문 모음</dc:subject>
  <dc:creator>대표 기도문 나눔터</dc:creator>
  <cp:keywords>유년부, 대표, 기도문</cp:keywords>
  <dc:description>유년부 대표 기도문 - 더 많은 기도문은 https://prayer-church.co.kr/ 에서 확인하세요
웹사이트: https://prayer-church.co.kr/
콘텐츠 유형: 기도문
SEO 설명: 유년부 대표 기도문...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