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이혼한 여집사 심방 기도문</w:t>
      </w:r>
    </w:p>
    <w:p/>
    <w:p>
      <w:pPr>
        <w:spacing w:before="240" w:after="240"/>
        <w:ind w:firstLine="403"/>
        <w:jc w:val="both"/>
      </w:pPr>
      <w:r>
        <w:t xml:space="preserve"> 이혼한 여집사 심방 기도문</w:t>
      </w:r>
    </w:p>
    <w:p>
      <w:pPr>
        <w:jc w:val="center"/>
      </w:pPr>
      <w:r>
        <w:t>---------------------------------------------------------------------</w:t>
      </w:r>
    </w:p>
    <w:p>
      <w:pPr>
        <w:spacing w:before="240" w:after="240"/>
        <w:ind w:firstLine="403"/>
        <w:jc w:val="both"/>
      </w:pPr>
      <w:r>
        <w:t xml:space="preserve">이혼한 여집사 심방 기도문은 상처받은 마음을 위로하고 새로운 소망을 전하는 소중한 기도입니다. 이혼의 아픔을 겪고 있는 여집사님들을 위해 진심 어린 마음으로 준비한 심방 기도문을 통해 하나님의 위로와 치유를 경험하시길 바랍니다. 이 기도문들은 깊은 상처와 아픔 속에서도 하나님의 사랑을 발견하고 새로운 시작을 할 수 있도록 도와줄 것입니다. </w:t>
      </w:r>
    </w:p>
    <w:p>
      <w:r>
        <w:rPr>
          <w:b/>
          <w:sz w:val="28"/>
          <w:u w:val="single"/>
        </w:rPr>
        <w:t>이혼한 여집사 심방 기도문 1 - 치유와 위로</w:t>
      </w:r>
    </w:p>
    <w:p>
      <w:pPr>
        <w:spacing w:before="240" w:after="240"/>
        <w:ind w:firstLine="403"/>
        <w:jc w:val="both"/>
      </w:pPr>
      <w:r>
        <w:t>"여호와께서 마음이 상한 자들을 고치시며 그들의 상처를 싸매시는도다" (시편 147:3)</w:t>
      </w:r>
    </w:p>
    <w:p>
      <w:pPr>
        <w:jc w:val="center"/>
      </w:pPr>
      <w:r>
        <w:t>---------------------------------------------------------------------</w:t>
      </w:r>
    </w:p>
    <w:p>
      <w:pPr>
        <w:spacing w:before="240" w:after="240"/>
        <w:ind w:firstLine="403"/>
        <w:jc w:val="both"/>
      </w:pPr>
      <w:r>
        <w:t xml:space="preserve">사랑하는 하나님, 오늘 깊은 상처와 아픔 속에서 힘겨워하는 여집사님을 위해 기도드립니다. 이혼이라는 큰 변화 앞에서 무너져 내리는 마음을 주님께서 친히 어루만져 주시옵소서. 주님, 이 여집사님이 지금까지 겪어온 고통과 슬픔을 주님께서 모두 아시고 계심을 믿습니다. 결혼 생활에서 받은 상처들, 가정이 깨어지면서 느끼는 절망감, 미래에 대한 두려움까지 모든 것을 주님께 맡깁니다. 이 모든 아픔이 주님의 사랑 안에서 치유되기를 간절히 기도합니다. 하나님, 이 여집사님의 마음 깊숙한 곳에 자리잡은 분노와 원망을 주님께서 거두어 주시옵소서. 상대방을 용서할 수 있는 마음을 주시고, 자신을 책망하는 마음에서도 벗어나게 해 주시옵소서. 주님의 은혜로 과거의 상처에서 해방되어 새로운 삶을 시작할 수 있는 용기를 주시옵소서. 지금은 모든 것이 무너진 것 같아 보여도, 주님께서 새로운 계획을 가지고 계심을 믿습니다. 이 어려운 시기를 통해 주님을 더욱 깊이 의지하게 하시고, 주님의 사랑을 더욱 깊이 깨닫게 하여 주시옵소서. 홀로 서는 것이 두렵지만, 주님께서 함께 하시니 담대할 수 있음을 깨닫게 하여 주시옵소서. 이 여집사님이 다시 일어설 수 있는 힘을 주시고, 새로운 소망을 품고 살아갈 수 있도록 도와주시옵소서. 상처받은 마음이 주님의 사랑으로 치유되고, 앞으로 나아갈 수 있는 용기와 지혜를 주시옵소서. 예수님의 이름으로 기도드립니다. 아멘. </w:t>
      </w:r>
    </w:p>
    <w:p>
      <w:r>
        <w:rPr>
          <w:b/>
          <w:sz w:val="28"/>
          <w:u w:val="single"/>
        </w:rPr>
        <w:t>이혼한 여집사 심방 기도문 2 - 새로운 시작</w:t>
      </w:r>
    </w:p>
    <w:p>
      <w:pPr>
        <w:spacing w:before="240" w:after="240"/>
        <w:ind w:firstLine="403"/>
        <w:jc w:val="both"/>
      </w:pPr>
      <w:r>
        <w:t>"보라 내가 새 일을 행하리니 이제 나타낼 것이라 너희가 그것을 알지 못하겠느냐 정녕히 내가 광야에 길을 사막에 강을 내리라" (이사야 43:19)</w:t>
      </w:r>
    </w:p>
    <w:p>
      <w:pPr>
        <w:jc w:val="center"/>
      </w:pPr>
      <w:r>
        <w:t>---------------------------------------------------------------------</w:t>
      </w:r>
    </w:p>
    <w:p>
      <w:pPr>
        <w:spacing w:before="240" w:after="240"/>
        <w:ind w:firstLine="403"/>
        <w:jc w:val="both"/>
      </w:pPr>
      <w:r>
        <w:t xml:space="preserve">전능하신 하나님, 인생의 큰 변화 앞에서 막막함을 느끼고 있는 여집사님을 위해 기도드립니다. 이혼이라는 아픔을 겪으면서도 주님을 향한 믿음을 놓지 않는 이 여집사님을 주님께서 특별히 사랑하시고 계심을 믿습니다. 하나님, 이 여집사님이 지금까지 살아온 모든 날들이 헛되지 않았음을 깨닫게 하여 주시옵소서. 비록 결혼 생활은 끝났지만, 그 속에서 배운 것들과 경험한 것들이 앞으로의 삶에 소중한 자산이 될 것임을 믿습니다. 과거의 실패가 미래를 결정하지 않음을 알게 하여 주시옵소서. 주님, 이제 새로운 시작을 해야 하는 이 여집사님에게 명확한 비전을 주시옵소서. 혼자서도 충분히 의미 있는 삶을 살아갈 수 있음을 깨닫게 하시고, 주님께서 예비하신 새로운 길을 발견할 수 있도록 도와주시옵소서. 두려움 대신 기대감을 품고 새로운 도전을 할 수 있는 용기를 주시옵소서. 하나님, 이 여집사님의 경제적인 필요와 실제적인 문제들도 주님께서 해결해 주시옵소서. 새로운 환경에 적응하고, 독립적인 삶을 살아가는 데 필요한 지혜와 능력을 주시옵소서. 주변의 도움을 받을 수 있는 마음의 여유와 겸손함도 주시옵소서. 무엇보다 이 여집사님이 주님과의 관계에서 더욱 깊은 만족과 기쁨을 찾을 수 있도록 도와주시옵소서. 인간관계에서 오는 상처와 실망을 뛰어넘어 주님 안에서 참된 안식과 평안을 누릴 수 있게 하여 주시옵소서. 새로운 시작이 축복의 시작이 되도록 인도하여 주시옵소서. 예수님의 이름으로 기도드립니다. 아멘. </w:t>
      </w:r>
    </w:p>
    <w:p>
      <w:r>
        <w:rPr>
          <w:b/>
          <w:sz w:val="28"/>
          <w:u w:val="single"/>
        </w:rPr>
        <w:t>이혼한 여집사 심방 기도문 3 - 자녀들을 위한 기도</w:t>
      </w:r>
    </w:p>
    <w:p>
      <w:pPr>
        <w:spacing w:before="240" w:after="240"/>
        <w:ind w:firstLine="403"/>
        <w:jc w:val="both"/>
      </w:pPr>
      <w:r>
        <w:t>"너희 자녀들을 노엽게 하지 말고 오직 주의 교훈과 훈계로 양육하라" (에베소서 6:4)</w:t>
      </w:r>
    </w:p>
    <w:p>
      <w:pPr>
        <w:jc w:val="center"/>
      </w:pPr>
      <w:r>
        <w:t>---------------------------------------------------------------------</w:t>
      </w:r>
    </w:p>
    <w:p>
      <w:pPr>
        <w:spacing w:before="240" w:after="240"/>
        <w:ind w:firstLine="403"/>
        <w:jc w:val="both"/>
      </w:pPr>
      <w:r>
        <w:t xml:space="preserve">사랑의 하나님, 이혼으로 인해 자녀들과 함께 어려운 시간을 보내고 있는 여집사님을 위해 기도드립니다. 가정의 변화 속에서 자녀들을 홀로 돌보아야 하는 부담과 책임감을 주님께서 함께 져 주시옵소서. 주님, 이 자녀들이 부모의 이혼으로 인해 받을 수 있는 상처와 혼란을 주님께서 치유해 주시옵소서. 어린 마음에 생길 수 있는 불안감과 두려움을 주님의 사랑으로 감싸 주시고, 안정감을 찾을 수 있도록 도와주시옵소서. 부모에 대한 원망이나 자책감에서 벗어나게 하여 주시옵소서. 하나님, 이 여집사님이 한부모로서 자녀들을 양육하는 일에 지혜와 능력을 주시옵소서. 때로는 엄마로서, 때로는 아빠의 역할까지 감당해야 하는 무거운 짐을 주님께서 함께 져 주시옵소서. 올바른 양육 방법을 알게 하시고, 자녀들과 건강한 관계를 유지할 수 있도록 도와주시옵소서. 경제적인 어려움 속에서도 자녀들의 필요한 것들을 공급해 주시옵소서. 교육비, 생활비 등 모든 필요를 주님께서 채워 주시고, 자녀들이 부족함 없이 건강하게 자랄 수 있도록 도와주시옵소서. 주변의 도움과 지원도 받을 수 있게 하여 주시옵소서. 이 자녀들이 어려운 환경 속에서도 주님을 의지하며 자라날 수 있도록 도와주시옵소서. 상처받은 가정에서 자라났지만, 주님의 은혜로 더욱 강하고 성숙한 믿음의 사람으로 자라날 수 있게 하여 주시옵소서. 이 여집사님과 자녀들의 관계가 주님의 사랑 안에서 더욱 깊어지고 견고해지기를 기도합니다. 예수님의 이름으로 기도드립니다. 아멘. </w:t>
      </w:r>
    </w:p>
    <w:p>
      <w:r>
        <w:rPr>
          <w:b/>
          <w:sz w:val="28"/>
          <w:u w:val="single"/>
        </w:rPr>
        <w:t>이혼한 여집사 심방 기도문 4 - 교회 공동체 안에서의 회복</w:t>
      </w:r>
    </w:p>
    <w:p>
      <w:pPr>
        <w:spacing w:before="240" w:after="240"/>
        <w:ind w:firstLine="403"/>
        <w:jc w:val="both"/>
      </w:pPr>
      <w:r>
        <w:t>"피차 짐을 지라 그리하여 그리스도의 법을 성취하라" (갈라디아서 6:2)</w:t>
      </w:r>
    </w:p>
    <w:p>
      <w:pPr>
        <w:jc w:val="center"/>
      </w:pPr>
      <w:r>
        <w:t>---------------------------------------------------------------------</w:t>
      </w:r>
    </w:p>
    <w:p>
      <w:pPr>
        <w:spacing w:before="240" w:after="240"/>
        <w:ind w:firstLine="403"/>
        <w:jc w:val="both"/>
      </w:pPr>
      <w:r>
        <w:t xml:space="preserve">하나님, 이혼 후 교회 공동체 안에서 위축되고 상처받은 여집사님을 위해 기도드립니다. 세상의 시선과 편견 때문에 주님의 집에서마저 소외감을 느끼고 있는 이 여집사님을 주님께서 특별히 돌보아 주시옵소서. 주님, 이 여집사님이 교회 안에서 받을 수 있는 상처와 오해들을 주님께서 막아 주시옵소서. 이혼에 대한 편견과 정죄의 시선이 아닌, 사랑과 이해의 마음으로 대하는 성도들을 만나게 하여 주시옵소서. 진정한 사랑으로 감싸주는 교회 공동체를 경험할 수 있게 하여 주시옵소서. 하나님, 이 여집사님이 교회에서의 섬김과 봉사를 통해 새로운 정체성을 찾을 수 있도록 도와주시옵소서. 과거의 상처에 머물지 않고, 주님께서 주신 은사와 재능을 활용하여 다른 사람들을 섬길 수 있는 기회를 주시옵소서. 섬김을 통해 자신의 가치와 존재 의미를 다시 발견하게 하여 주시옵소서. 목회자들과 교회 지도자들이 이 여집사님을 올바르게 이해하고 도울 수 있도록 지혜를 주시옵소서. 판단하지 않고 사랑으로 품어주는 마음을 주시고, 실제적인 도움과 영적인 돌봄을 제공할 수 있게 하여 주시옵소서. 교회가 상처받은 자들의 피난처가 되게 하여 주시옵소서. 이 여집사님이 같은 어려움을 겪는 다른 성도들을 위로하고 격려할 수 있는 사역자로 세워주시옵소서. 자신의 경험과 아픔이 다른 사람들에게 희망과 위로가 되도록 사용하여 주시옵소서. 상처받은 치유자로서 하나님의 사랑을 전하는 귀한 도구가 되게 하여 주시옵소서. 예수님의 이름으로 기도드립니다. 아멘. </w:t>
      </w:r>
    </w:p>
    <w:p>
      <w:r>
        <w:rPr>
          <w:b/>
          <w:sz w:val="28"/>
          <w:u w:val="single"/>
        </w:rPr>
        <w:t>이혼한 여집사 심방 기도문 5 - 미래에 대한 소망</w:t>
      </w:r>
    </w:p>
    <w:p>
      <w:pPr>
        <w:spacing w:before="240" w:after="240"/>
        <w:ind w:firstLine="403"/>
        <w:jc w:val="both"/>
      </w:pPr>
      <w:r>
        <w:t>"내가 너희를 향한 나의 생각을 아나니 평안이요 재앙이 아니니라 너희에게 미래와 희망을 주는 것이니라" (예레미야 29:11)</w:t>
      </w:r>
    </w:p>
    <w:p>
      <w:pPr>
        <w:spacing w:before="240" w:after="240"/>
        <w:ind w:firstLine="403"/>
        <w:jc w:val="both"/>
      </w:pPr>
      <w:r>
        <w:t>전능하신 하나님, 앞으로의 삶에 대한 불안과 두려움을 안고 있는 여집사님을 위해 기도드립니다. 이혼 후 혼자서 살아가야 하는 미래에 대한 막막함과 걱정을 주님께서 해결해 주시옵소서. 주님, 이 여집사님이 나이가 들어감에 따라 느끼는 외로움과 불안감을 주님께서 위로해 주시옵소서. 재혼에 대한 부담감과 혼자 늙어가는 것에 대한 두려움을 주님의 사랑으로 극복할 수 있게 하여 주시옵소서. 주님과 함께하는 삶이 충분히 의미 있고 행복할 수 있음을 깨닫게 하여 주시옵소서. 하나님, 이 여집사님의 건강을 지켜 주시옵소서. 혼자서 자신을 돌보며 살아가는 데 필요한 건강과 체력을 주시고, 질병이나 사고로부터 보호해 주시옵소서. 정신적, 육체적 건강을 모두 지켜 주시어 활기찬 삶을 살 수 있게 하여 주시옵소서. 경제적인 안정과 노후 대비도 주님께서 도와주시옵소서. 안정된 수입원을 주시고, 지혜로운 재정 관리를 통해 미래에 대비할 수 있게 하여 주시옵소서. 필요한 때에 도움을 받을 수 있는 인적 네트워크와 사회적 지지를 받을 수 있게 하여 주시옵소서. 무엇보다 이 여집사님이 미래에 대한 소망과 기대를 품고 살아갈 수 있도록 도와주시옵소서. 과거의 상처와 현재의 어려움이 미래의 가능성을 가리지 않게 하시고, 주님께서 예비하신 새로운 은혜와 축복을 기대할 수 있게 하여 주시옵소서. 매일매일이 새로운 은혜의 시작이 되게 하여 주시옵소서. 이 모든 기도를 통해 이 여집사님이 진정한 평안과 소망을 찾을 수 있기를 간절히 바라며, 더 깊은 영적 성장과 말씀 묵상을 원하신다면 [사랑의교회 설교 영상](https://www.sarang.org/tv/sermon.asp?sflag=sunposi)을 통해 더욱 풍성한 은혜를 받으시기를 바랍니다. 예수님의 이름으로 기도드립니다. 아멘.</w:t>
      </w:r>
    </w:p>
    <w:p/>
    <w:p>
      <w:pPr>
        <w:spacing w:line="400" w:lineRule="exact"/>
        <w:jc w:val="center"/>
      </w:pPr>
      <w:r>
        <w:rPr>
          <w:b/>
          <w:sz w:val="28"/>
        </w:rPr>
        <w:t>더 많은 기도문 보러가기:</w:t>
      </w:r>
      <w:r>
        <w:br/>
      </w:r>
      <w:r>
        <w:rPr>
          <w:b/>
          <w:sz w:val="28"/>
        </w:rPr>
        <w:t xml:space="preserve">[대표 기도문 나눔터] </w:t>
      </w:r>
      <w:r>
        <w:rPr>
          <w:b/>
          <w:sz w:val="28"/>
        </w:rPr>
      </w:r>
      <w:hyperlink r:id="rId9">
        <w:r>
          <w:rPr>
            <w:b/>
            <w:sz w:val="28"/>
            <w:color w:val="0000FF"/>
            <w:u w:val="single"/>
          </w:rPr>
          <w:t>https://prayer-church.co.kr/</w:t>
        </w:r>
      </w:hyperlink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er-church.co.k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이혼한 여집사 심방 기도문</dc:title>
  <dc:subject>기도문 모음</dc:subject>
  <dc:creator>대표 기도문 나눔터</dc:creator>
  <cp:keywords>이혼한, 여집사, 심방, 기도문</cp:keywords>
  <dc:description>이혼한 여집사 심방 기도문 - 더 많은 기도문은 https://prayer-church.co.kr/ 에서 확인하세요
웹사이트: https://prayer-church.co.kr/
콘텐츠 유형: 기도문
SEO 설명: 이혼한 여집사 심방 기도문... - 대표 기도문 나눔터에서 제공하는 기도문 모음</dc:description>
  <cp:lastModifiedBy/>
  <cp:revision>1</cp:revision>
  <dcterms:created xsi:type="dcterms:W3CDTF">2013-12-23T23:15:00Z</dcterms:created>
  <dcterms:modified xsi:type="dcterms:W3CDTF">2013-12-23T23:15:00Z</dcterms:modified>
  <cp:category>종교/신앙</cp:category>
  <cp:contentStatus>최종</cp:contentStatus>
</cp:coreProperties>
</file>