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자녀 축복 기도문 믿음을 가짐</w:t>
      </w:r>
    </w:p>
    <w:p/>
    <w:p>
      <w:pPr>
        <w:spacing w:before="240" w:after="240"/>
        <w:ind w:firstLine="403"/>
        <w:jc w:val="both"/>
      </w:pPr>
      <w:r>
        <w:t xml:space="preserve"> 자녀 축복 기도문 믿음을 가짐</w:t>
      </w:r>
    </w:p>
    <w:p>
      <w:pPr>
        <w:jc w:val="center"/>
      </w:pPr>
      <w:r>
        <w:t>---------------------------------------------------------------------</w:t>
      </w:r>
    </w:p>
    <w:p>
      <w:pPr>
        <w:spacing w:before="240" w:after="240"/>
        <w:ind w:firstLine="403"/>
        <w:jc w:val="both"/>
      </w:pPr>
      <w:r>
        <w:t xml:space="preserve">자녀 축복 기도문 믿음을 가짐은 부모가 자녀를 위해 드리는 가장 소중한 기도 중 하나입니다. 하나님의 말씀에 기초하여 자녀들이 올바른 믿음을 가지고 성장하도록 도와주는 기도문들을 통해, 우리는 자녀들의 영적 성장을 위해 중보기도할 수 있습니다. 이 글에서는 자녀들이 견고한 믿음을 가질 수 있도록 돕는 다양한 기도문들을 소개하겠습니다. </w:t>
      </w:r>
    </w:p>
    <w:p>
      <w:r>
        <w:rPr>
          <w:b/>
          <w:sz w:val="28"/>
          <w:u w:val="single"/>
        </w:rPr>
        <w:t>자녀 축복 기도문 믿음을 가짐 1 - 말씀 사랑하는 자녀</w:t>
      </w:r>
    </w:p>
    <w:p>
      <w:pPr>
        <w:spacing w:before="240" w:after="240"/>
        <w:ind w:firstLine="403"/>
        <w:jc w:val="both"/>
      </w:pPr>
      <w:r>
        <w:t>"주의 말씀은 내 발에 등이요 내 길에 빛이니이다" (시편 119:105)</w:t>
      </w:r>
    </w:p>
    <w:p>
      <w:pPr>
        <w:jc w:val="center"/>
      </w:pPr>
      <w:r>
        <w:t>---------------------------------------------------------------------</w:t>
      </w:r>
    </w:p>
    <w:p>
      <w:pPr>
        <w:spacing w:before="240" w:after="240"/>
        <w:ind w:firstLine="403"/>
        <w:jc w:val="both"/>
      </w:pPr>
      <w:r>
        <w:t xml:space="preserve">하나님의 말씀을 사랑하는 자녀로 자라나기를 바라는 부모의 마음을 담은 기도문입니다. 자녀들이 성경 말씀을 통해 하나님의 뜻을 깨닫고, 그 말씀대로 살아가는 믿음의 사람으로 성장하길 기도합니다. 하나님 아버지, 제 자녀가 주님의 말씀을 사랑하는 아이로 자라나기를 간절히 기도합니다. 어린 시절부터 성경을 가까이하며, 하나님의 말씀이 얼마나 귀하고 소중한지 깨닫게 해주세요. 매일 말씀을 읽고 묵상하는 습관을 기를 수 있도록 도와주시고, 그 말씀이 제 자녀의 마음에 깊이 뿌리내리게 하소서. 제 자녀가 성경 말씀을 단순히 지식으로만 받아들이는 것이 아니라, 삶의 실제적인 지침으로 받아들이게 하소서. 어려운 상황에서도 하나님의 말씀을 기억하고 그에 따라 행동할 수 있는 믿음의 사람으로 키워주세요. 친구들과의 관계에서도, 학교 생활에서도 항상 성경적인 가치관을 가지고 살아가게 하소서. 세상의 유혹과 시험이 다가올 때, 하나님의 말씀이 방패가 되어 제 자녀를 보호해주시기를 기도합니다. 거짓된 가르침이나 잘못된 문화에 휩쓸리지 않고, 오직 진리의 말씀 안에서 분별력을 갖게 하소서. 매순간 하나님의 뜻을 구하며 순종하는 자녀로 자라나게 하소서. 세상이 아무리 변해도 변하지 않는 하나님의 말씀을 붙잡고 살아가는 제 자녀가 되게 하소서. 그리하여 하나님께서 기뻐하시는 믿음의 사람으로 성장시켜 주시고, 그 믿음을 통해 많은 사람들에게 선한 영향을 끼치는 자녀가 되게 하소서. 예수님의 이름으로 기도합니다. 아멘. </w:t>
      </w:r>
    </w:p>
    <w:p>
      <w:r>
        <w:rPr>
          <w:b/>
          <w:sz w:val="28"/>
          <w:u w:val="single"/>
        </w:rPr>
        <w:t>자녀 축복 기도문 믿음을 가짐 2 - 기도하는 자녀</w:t>
      </w:r>
    </w:p>
    <w:p>
      <w:pPr>
        <w:spacing w:before="240" w:after="240"/>
        <w:ind w:firstLine="403"/>
        <w:jc w:val="both"/>
      </w:pPr>
      <w:r>
        <w:t>"쉬지 말고 기도하라" (데살로니가전서 5:17)</w:t>
      </w:r>
    </w:p>
    <w:p>
      <w:pPr>
        <w:jc w:val="center"/>
      </w:pPr>
      <w:r>
        <w:t>---------------------------------------------------------------------</w:t>
      </w:r>
    </w:p>
    <w:p>
      <w:pPr>
        <w:spacing w:before="240" w:after="240"/>
        <w:ind w:firstLine="403"/>
        <w:jc w:val="both"/>
      </w:pPr>
      <w:r>
        <w:t xml:space="preserve">기도의 능력과 중요성을 깨달아 하나님과 깊은 교제를 나누는 자녀로 자라나기를 기도하는 내용입니다. 자녀들이 기도를 통해 하나님의 사랑을 경험하고, 그 안에서 참된 평안과 기쁨을 찾게 되길 바라는 마음을 담았습니다. 사랑하는 하나님, 제 자녀가 기도하는 것을 기뻐하고 사랑하는 아이로 자라나기를 간절히 기도합니다. 어린 시절부터 기도의 소중함을 깨닫고, 하나님과 대화하는 시간을 가장 귀하게 여기는 자녀가 되게 하소서. 매일 아침 하나님께 하루를 맡기고, 저녁에는 하루 종일 베풀어주신 은혜에 감사하는 습관을 기르게 하소서. 제 자녀가 기도할 때 하나님께서 정말로 들으시고 응답하신다는 사실을 믿게 하소서. 작은 기도부터 시작하여 점점 더 깊고 진실한 기도를 드릴 수 있게 도와주시고, 기도를 통해 하나님의 음성을 듣는 귀를 열어주세요. 자신의 필요만을 구하는 것이 아니라, 다른 사람들을 위해서도 중보기도할 수 있는 넓은 마음을 주소서. 어려운 일이 생겼을 때 가장 먼저 하나님께 기도하는 자녀가 되게 하소서. 기도를 통해 하나님의 위로와 평안을 경험하고, 그 안에서 새로운 힘과 용기를 얻게 하소서. 또한 기도 응답을 받았을 때는 진심으로 감사하며, 그 은혜를 잊지 않는 자녀로 키워주세요. 세상의 소음과 바쁜 일정 속에서도 하나님과 조용히 교제할 수 있는 시간을 소중히 여기는 자녀가 되게 하소서. 기도를 통해 하나님의 사랑을 더욱 깊이 체험하고, 그 사랑 안에서 참된 행복과 만족을 찾는 믿음의 사람으로 성장하게 하소서. 예수님의 이름으로 기도합니다. 아멘. </w:t>
      </w:r>
    </w:p>
    <w:p>
      <w:r>
        <w:rPr>
          <w:b/>
          <w:sz w:val="28"/>
          <w:u w:val="single"/>
        </w:rPr>
        <w:t>자녀 축복 기도문 믿음을 가짐 3 - 순종하는 자녀</w:t>
      </w:r>
    </w:p>
    <w:p>
      <w:pPr>
        <w:spacing w:before="240" w:after="240"/>
        <w:ind w:firstLine="403"/>
        <w:jc w:val="both"/>
      </w:pPr>
      <w:r>
        <w:t>"순종이 제사보다 낫고 듣는 것이 숫양의 기름보다 나으니" (사무엘상 15:22)</w:t>
      </w:r>
    </w:p>
    <w:p>
      <w:pPr>
        <w:jc w:val="center"/>
      </w:pPr>
      <w:r>
        <w:t>---------------------------------------------------------------------</w:t>
      </w:r>
    </w:p>
    <w:p>
      <w:pPr>
        <w:spacing w:before="240" w:after="240"/>
        <w:ind w:firstLine="403"/>
        <w:jc w:val="both"/>
      </w:pPr>
      <w:r>
        <w:t xml:space="preserve">하나님의 뜻에 순종하며 부모와 선생님을 공경하는 자녀로 자라나기를 위한 기도문입니다. 진정한 믿음은 순종을 통해 나타난다는 것을 깨달아, 하나님의 말씀과 교훈에 겸손히 순종하는 자녀가 되길 기도합니다. 전능하신 하나님, 제 자녀가 순종하는 것을 배우고 실천하는 아이로 자라나기를 기도합니다. 하나님의 말씀에 순종하는 것이 얼마나 복된 일인지 깨닫게 하시고, 그 순종을 통해 하나님의 축복을 경험하게 하소서. 자신의 생각과 고집을 내려놓고 하나님의 뜻을 구하며 따르는 겸손한 자녀로 키워주세요. 제 자녀가 부모인 저희의 말에도 순종하는 아이가 되게 하소서. 때로는 이해하기 어려운 부모의 가르침일지라도, 사랑에서 비롯된 것임을 알고 받아들이는 지혜로운 자녀가 되게 하소서. 또한 학교에서 선생님의 가르침에도 겸손히 순종하며, 배움의 자세를 갖추게 하소서. 제 자녀가 순종을 억지로 하는 것이 아니라, 기쁨과 감사함으로 하게 하소서. 순종이 자유를 제한하는 것이 아니라 오히려 참된 자유를 주는 것임을 깨닫게 하시고, 그 안에서 진정한 행복과 평안을 찾게 하소서. 친구들의 잘못된 유혹에는 단호히 거절하고, 옳고 선한 것에는 기꺼이 순종하는 분별력을 주소서. 세상의 가치관이 하나님의 말씀과 다를 때, 세상을 따르지 않고 하나님의 뜻을 선택하는 용기 있는 자녀가 되게 하소서. 순종을 통해 하나님의 성품을 닮아가고, 그 결과로 주변 사람들에게 선한 영향을 끼치는 믿음의 사람으로 자라나게 하소서. 예수님의 이름으로 기도합니다. 아멘. </w:t>
      </w:r>
    </w:p>
    <w:p>
      <w:r>
        <w:rPr>
          <w:b/>
          <w:sz w:val="28"/>
          <w:u w:val="single"/>
        </w:rPr>
        <w:t>자녀 축복 기도문 믿음을 가짐 4 - 전도하는 자녀</w:t>
      </w:r>
    </w:p>
    <w:p>
      <w:pPr>
        <w:spacing w:before="240" w:after="240"/>
        <w:ind w:firstLine="403"/>
        <w:jc w:val="both"/>
      </w:pPr>
      <w:r>
        <w:t>"그러므로 너희는 가서 모든 민족을 제자로 삼아" (마태복음 28:19)</w:t>
      </w:r>
    </w:p>
    <w:p>
      <w:pPr>
        <w:jc w:val="center"/>
      </w:pPr>
      <w:r>
        <w:t>---------------------------------------------------------------------</w:t>
      </w:r>
    </w:p>
    <w:p>
      <w:pPr>
        <w:spacing w:before="240" w:after="240"/>
        <w:ind w:firstLine="403"/>
        <w:jc w:val="both"/>
      </w:pPr>
      <w:r>
        <w:t xml:space="preserve">복음을 전하는 사명을 깨달아 친구들과 주변 사람들에게 하나님의 사랑을 전하는 자녀로 자라나기를 위한 기도문입니다. 자녀들이 복음의 능력을 믿고 담대히 전도하는 믿음의 사람으로 성장하길 기도합니다. 하나님 아버지, 제 자녀가 복음을 전하는 사명감을 갖고 자라나기를 간절히 기도합니다. 어린 시절부터 하나님의 사랑이 얼마나 크고 놀라운지 깨닫게 하시고, 그 사랑을 혼자만 간직하지 않고 다른 사람들과 나누고 싶어하는 마음을 주소서. 복음이 모든 사람에게 필요한 소식임을 깨달아 전도하는 일에 기쁨을 느끼게 하소서. 제 자녀가 학교에서 친구들에게 자연스럽게 하나님의 사랑을 전할 수 있게 하소서. 말로만 전하는 것이 아니라 삶의 모습을 통해 예수님의 사랑을 보여주는 자녀가 되게 하소서. 친구들이 제 자녀를 보며 "정말 다르다"고 느낄 수 있도록 성품과 행동에서 그리스도의 향기를 발하게 하소서. 제 자녀가 전도할 때 담대함과 지혜를 주소서. 복음을 부끄러워하지 않고 당당히 전할 수 있는 용기를 주시고, 상대방의 마음을 이해하고 적절한 방법으로 다가갈 수 있는 지혜를 주소서. 어려운 질문을 받았을 때도 성령님의 도우심으로 적절한 답변을 할 수 있게 하소서. 제 자녀를 통해 많은 친구들이 하나님을 만나고 구원받는 역사가 일어나게 하소서. 그 과정에서 제 자녀의 믿음도 더욱 성장하고 견고해지게 하소서. 전도의 열매를 맺을 때는 겸손하게 하나님께 영광을 돌리고, 열매가 보이지 않을 때도 낙심하지 않고 계속해서 씨를 뿌리는 충성된 일꾼으로 키워주소서. 제 자녀가 평생 복음을 전하는 사명을 잊지 않고 살아가는 믿음의 사람으로 자라나게 하소서. 어디를 가든지 하나님의 사랑을 전하고, 그를 통해 하나님의 나라가 확장되는 역사에 쓰임받는 귀한 자녀가 되게 하소서. 예수님의 이름으로 기도합니다. 아멘. </w:t>
      </w:r>
    </w:p>
    <w:p>
      <w:r>
        <w:rPr>
          <w:b/>
          <w:sz w:val="28"/>
          <w:u w:val="single"/>
        </w:rPr>
        <w:t>자녀 축복 기도문 믿음을 가짐 5 - 감사하는 자녀</w:t>
      </w:r>
    </w:p>
    <w:p>
      <w:pPr>
        <w:spacing w:before="240" w:after="240"/>
        <w:ind w:firstLine="403"/>
        <w:jc w:val="both"/>
      </w:pPr>
      <w:r>
        <w:t>"범사에 감사하라 이것이 그리스도 예수 안에서 너희를 향하신 하나님의 뜻이니라" (데살로니가전서 5:18)</w:t>
      </w:r>
    </w:p>
    <w:p>
      <w:pPr>
        <w:spacing w:before="240" w:after="240"/>
        <w:ind w:firstLine="403"/>
        <w:jc w:val="both"/>
      </w:pPr>
      <w:r>
        <w:t>어떤 상황에서도 감사할 줄 아는 자녀로 자라나기를 위한 기도문입니다. 감사는 믿음의 중요한 표현이며, 하나님의 은혜를 인정하고 고백하는 방법임을 깨달아 항상 감사하는 마음을 갖게 되길 기도합니다. 은혜로우신 하나님, 제 자녀가 감사할 줄 아는 아이로 자라나기를 간절히 기도합니다. 매일 하나님께서 베풀어주시는 크고 작은 은혜들을 발견하고, 그것들에 대해 진심으로 감사하는 마음을 갖게 하소서. 당연하다고 여기기 쉬운 일상의 축복들도 하나님의 사랑의 선물임을 깨닫게 하소서. 제 자녀가 좋은 일이 있을 때뿐만 아니라 어려운 일이 있을 때도 감사할 수 있는 믿음을 주소서. 시험과 연단을 통해서도 하나님의 선하신 뜻이 이루어진다는 것을 믿고, 그 안에서도 감사의 제목을 찾을 수 있는 성숙한 신앙을 갖게 하소서. 힘들 때일수록 하나님의 은혜를 더욱 깊이 체험하게 하소서. 제 자녀가 부모인 저희에게도 감사하는 마음을 갖게 하소서. 때로는 부족한 부모이지만, 하나님께서 저희를 통해 베풀어주시는 사랑과 돌보심을 깨닫고 고마워하는 자녀가 되게 하소서. 또한 선생님들과 주변의 많은 분들이 보여주시는 관심과 사랑에도 감사할 줄 아는 예의 바른 자녀로 키워주소서. 제 자녀의 감사가 입술로만 하는 것이 아니라 마음 깊은 곳에서 우러나오는 진실한 감사가 되게 하소서. 그 감사의 마음이 다른 사람들에게도 전해져서 주변을 밝고 따뜻하게 만드는 자녀가 되게 하소서. 감사함으로 하나님께 영광을 돌리고, 그 안에서 참된 기쁨과 평안을 누리게 하소서. 평생 감사하는 마음을 잃지 않고 살아가는 믿음의 사람으로 자라나게 하소서. 세상의 어떤 상황에서도 하나님의 사랑과 은혜를 기억하며 감사할 수 있는 성숙한 신앙인으로 성장하게 하소서. 예수님의 이름으로 기도합니다. 아멘. 이러한 기도문들을 통해 우리 자녀들이 하나님 안에서 견고한 믿음을 갖고 성장하기를 소망합니다. 더 많은 신앙 교육과 기도에 대한 내용은 [사랑의교회 설교 말씀](https://www.sarang.org/tv/sermon.asp?sflag=sunposi)에서 만나보실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자녀 축복 기도문 믿음을 가짐</dc:title>
  <dc:subject>기도문 모음</dc:subject>
  <dc:creator>대표 기도문 나눔터</dc:creator>
  <cp:keywords>자녀, 축복, 기도문, 믿음을, 가짐</cp:keywords>
  <dc:description>자녀 축복 기도문 믿음을 가짐 - 더 많은 기도문은 https://prayer-church.co.kr/ 에서 확인하세요
웹사이트: https://prayer-church.co.kr/
콘텐츠 유형: 기도문
SEO 설명: 자녀 축복 기도문 믿음을 가짐...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