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자녀 축복 기도문 좋은 친구를 사귐</w:t>
      </w:r>
    </w:p>
    <w:p/>
    <w:p>
      <w:pPr>
        <w:spacing w:before="240" w:after="240"/>
        <w:ind w:firstLine="403"/>
        <w:jc w:val="both"/>
      </w:pPr>
      <w:r>
        <w:t xml:space="preserve"> 자녀 축복 기도문 좋은 친구를 사귐</w:t>
      </w:r>
    </w:p>
    <w:p>
      <w:pPr>
        <w:jc w:val="center"/>
      </w:pPr>
      <w:r>
        <w:t>---------------------------------------------------------------------</w:t>
      </w:r>
    </w:p>
    <w:p>
      <w:pPr>
        <w:spacing w:before="240" w:after="240"/>
        <w:ind w:firstLine="403"/>
        <w:jc w:val="both"/>
      </w:pPr>
      <w:r>
        <w:t xml:space="preserve">자녀 축복 기도문 좋은 친구를 사귐에 대한 간절한 마음을 담아 하나님 앞에 나아가는 부모의 마음을 이해합니다. 우리 자녀들이 건강하고 올바른 친구관계를 맺으며 성장할 수 있도록 하나님의 은혜를 구하는 것은 부모로서 당연한 소망입니다. 하나님께서 우리 자녀에게 선한 친구들을 허락하시고, 서로를 격려하며 함께 신앙 안에서 성장할 수 있는 아름다운 우정을 주시기를 간구해보겠습니다. </w:t>
      </w:r>
    </w:p>
    <w:p>
      <w:r>
        <w:rPr>
          <w:b/>
          <w:sz w:val="28"/>
          <w:u w:val="single"/>
        </w:rPr>
        <w:t>자녀 축복 기도문 좋은 친구를 사귐 1 - 유치원 새 학기 친구 만들기</w:t>
      </w:r>
    </w:p>
    <w:p>
      <w:pPr>
        <w:spacing w:before="240" w:after="240"/>
        <w:ind w:firstLine="403"/>
        <w:jc w:val="both"/>
      </w:pPr>
      <w:r>
        <w:t>"친구는 사랑이 끊어지지 아니하고 형제는 위급한 때를 위하여 났느니라" - 잠언 17:17</w:t>
      </w:r>
    </w:p>
    <w:p>
      <w:pPr>
        <w:jc w:val="center"/>
      </w:pPr>
      <w:r>
        <w:t>---------------------------------------------------------------------</w:t>
      </w:r>
    </w:p>
    <w:p>
      <w:pPr>
        <w:spacing w:before="240" w:after="240"/>
        <w:ind w:firstLine="403"/>
        <w:jc w:val="both"/>
      </w:pPr>
      <w:r>
        <w:t xml:space="preserve">새 학기가 시작되면서 유치원에 처음 가는 우리 아이가 좋은 친구들을 만날 수 있도록 기도드립니다. 낯선 환경에서도 하나님의 사랑으로 채워진 따뜻한 친구들과 만나게 해주시길 간구합니다. 사랑하는 하나님 아버지, 오늘 우리 아이가 새로운 환경에서 첫 걸음을 내딛습니다. 아직 어린 나이에 부모와 떨어져 있는 시간이 두렵고 걱정스럽겠지만, 하나님께서 함께 하심을 믿습니다. 우리 아이 곁에 선한 마음을 가진 친구들을 보내주시고, 서로를 배려하며 함께 놀 수 있는 아름다운 우정을 허락해주세요. 하나님, 우리 아이가 다른 친구들과 나누는 법을 배우고, 양보하는 마음을 가질 수 있도록 도와주세요. 때로는 다툼이 있을 수도 있지만, 그 안에서도 용서하고 화해하는 법을 배울 수 있게 해주시길 원합니다. 선생님들도 지혜롭게 아이들을 인도하시고, 모든 아이들이 서로 사랑하며 지낼 수 있는 교실 분위기를 만들어주세요. 무엇보다 우리 아이가 친구들과 함께 있을 때 기쁨을 느끼고, 하나님의 사랑을 나누는 작은 통로가 될 수 있기를 바랍니다. 순수한 마음으로 친구들을 대하며, 서로를 격려하고 도와주는 아름다운 관계를 만들어가게 해주세요. 하나님, 우리 아이의 첫 사회생활이 하나님의 은혜 가운데 시작되고, 평생 간직할 수 있는 소중한 추억들로 가득 채워지기를 간구합니다. 부모인 저희도 다른 학부모들과 좋은 관계를 맺으며, 함께 아이들을 사랑으로 키워나갈 수 있게 도와주세요. 예수님의 이름으로 기도드립니다. 아멘. </w:t>
      </w:r>
    </w:p>
    <w:p>
      <w:r>
        <w:rPr>
          <w:b/>
          <w:sz w:val="28"/>
          <w:u w:val="single"/>
        </w:rPr>
        <w:t>자녀 축복 기도문 좋은 친구를 사귐 2 - 초등학교 전학생 적응 기도</w:t>
      </w:r>
    </w:p>
    <w:p>
      <w:pPr>
        <w:spacing w:before="240" w:after="240"/>
        <w:ind w:firstLine="403"/>
        <w:jc w:val="both"/>
      </w:pPr>
      <w:r>
        <w:t>"두 사람이 한 사람보다 나음은 그들이 수고함으로 좋은 상급을 얻을 것임이라" - 전도서 4:9</w:t>
      </w:r>
    </w:p>
    <w:p>
      <w:pPr>
        <w:jc w:val="center"/>
      </w:pPr>
      <w:r>
        <w:t>---------------------------------------------------------------------</w:t>
      </w:r>
    </w:p>
    <w:p>
      <w:pPr>
        <w:spacing w:before="240" w:after="240"/>
        <w:ind w:firstLine="403"/>
        <w:jc w:val="both"/>
      </w:pPr>
      <w:r>
        <w:t xml:space="preserve">갑작스러운 이사로 인해 새로운 학교에 전학을 가게 된 우리 아이를 위해 기도합니다. 낯선 환경에서도 하나님께서 좋은 친구들을 만나게 해주시고, 빠르게 적응할 수 있도록 도와주시길 간구합니다. 전능하신 하나님, 우리 아이가 새로운 학교에서 혼자가 아님을 느낄 수 있도록 도와주세요. 이전 학교에서 친했던 친구들과 헤어지는 아쉬움이 크지만, 새로운 곳에서도 하나님께서 준비하신 좋은 친구들이 있음을 믿습니다. 우리 아이의 마음을 열어주시고, 다른 친구들도 우리 아이를 따뜻하게 받아들일 수 있게 해주세요. 하나님, 우리 아이가 새로운 환경에 적응하느라 힘들어할 때 위로해주시고, 용기를 주세요. 수줍어하는 성격이지만 먼저 다가가서 인사할 수 있는 용기를 주시고, 친구들도 우리 아이에게 관심을 갖고 친근하게 대해주길 원합니다. 같은 취미를 가진 친구들, 비슷한 관심사를 가진 친구들과 자연스럽게 어울릴 수 있게 인도해주세요. 새로운 담임선생님께서도 우리 아이의 상황을 이해하시고, 친구들과 잘 어울릴 수 있도록 도와주시길 바랍니다. 학급 분위기가 화목하고 서로를 배려하는 마음으로 가득하게 해주시고, 우리 아이도 그 안에서 자신의 역할을 찾아갈 수 있게 해주세요. 무엇보다 이 경험을 통해 우리 아이가 더욱 성숙해지고, 어려운 상황에서도 하나님을 의지하는 믿음을 배울 수 있기를 간구합니다. 새로운 친구들과 함께 만들어갈 추억들이 모두 하나님의 사랑으로 채워지기를 원합니다. 하나님, 우리 아이의 새로운 시작을 축복해주시고, 평생 함께할 수 있는 소중한 친구들을 허락해주세요. 부모인 저희도 인내하며 아이를 격려하고, 새로운 환경에서 만나는 학부모들과도 좋은 관계를 맺을 수 있게 도와주세요. 예수님의 이름으로 기도드립니다. 아멘. </w:t>
      </w:r>
    </w:p>
    <w:p>
      <w:r>
        <w:rPr>
          <w:b/>
          <w:sz w:val="28"/>
          <w:u w:val="single"/>
        </w:rPr>
        <w:t>자녀 축복 기도문 좋은 친구를 사귐 3 - 중학교 사춘기 교우관계</w:t>
      </w:r>
    </w:p>
    <w:p>
      <w:pPr>
        <w:spacing w:before="240" w:after="240"/>
        <w:ind w:firstLine="403"/>
        <w:jc w:val="both"/>
      </w:pPr>
      <w:r>
        <w:t>"철이 철을 날카롭게 하는 것 같이 사람이 그의 친구의 얼굴을 빛나게 하느니라" - 잠언 27:17</w:t>
      </w:r>
    </w:p>
    <w:p>
      <w:pPr>
        <w:jc w:val="center"/>
      </w:pPr>
      <w:r>
        <w:t>---------------------------------------------------------------------</w:t>
      </w:r>
    </w:p>
    <w:p>
      <w:pPr>
        <w:spacing w:before="240" w:after="240"/>
        <w:ind w:firstLine="403"/>
        <w:jc w:val="both"/>
      </w:pPr>
      <w:r>
        <w:t xml:space="preserve">사춘기에 접어든 우리 아이가 올바른 친구들과 만나 서로 좋은 영향을 주고받을 수 있도록 기도합니다. 이 시기에 만나는 친구들이 평생 우정을 나눌 수 있는 소중한 관계가 되기를 간구합니다. 하나님 아버지, 중학교에 입학한 우리 아이가 급변하는 몸과 마음으로 혼란스러워하고 있습니다. 이런 시기에 진정한 친구들을 만나 서로의 고민을 나누고, 함께 성장할 수 있는 아름다운 우정을 허락해주세요. 외모나 성적, 집안 배경으로 친구를 판단하지 않고, 진실한 마음으로 서로를 받아들일 수 있는 친구들과 만나게 해주세요. 요즘 아이들 사이에서 일어나는 집단 괴롭힘이나 왕따 같은 문제들로부터 우리 아이를 보호해주세요. 우리 아이가 그런 상황에 휘말리지 않게 해주시고, 만약 그런 상황을 목격하게 된다면 올바른 판단으로 도움을 줄 수 있는 용기를 주세요. SNS나 온라인에서도 건전한 소통을 할 수 있도록 지혜를 주시고, 인터넷 상에서 만나는 사람들에 대해서도 분별력을 갖게 해주세요. 공부에 대한 스트레스나 진로에 대한 고민이 많은 시기에, 친구들과 함께 격려하며 서로의 꿈을 응원할 수 있는 관계를 만들어주세요. 경쟁 상대가 아닌 동반자로서 함께 성장해나갈 수 있는 친구들을 허락해주시고, 건전한 여가 활동이나 취미를 통해 더욱 끈끈한 우정을 쌓아갈 수 있게 해주세요. 무엇보다 우리 아이가 친구들 앞에서도 그리스도인으로서의 정체성을 잃지 않고, 오히려 좋은 영향을 끼치는 친구가 될 수 있기를 간구합니다. 말과 행동으로 하나님의 사랑을 전하고, 어려운 친구들을 도와주는 따뜻한 마음을 가질 수 있게 해주세요. 하나님, 사춘기라는 중요한 시기에 우리 아이가 올바른 친구들과 함께 건강하게 성장할 수 있도록 인도해주세요. 부모인 저희도 아이의 친구관계에 적절한 관심을 갖고, 필요할 때 지혜로운 조언을 할 수 있게 도와주세요. 예수님의 이름으로 기도드립니다. 아멘. </w:t>
      </w:r>
    </w:p>
    <w:p>
      <w:r>
        <w:rPr>
          <w:b/>
          <w:sz w:val="28"/>
          <w:u w:val="single"/>
        </w:rPr>
        <w:t>자녀 축복 기도문 좋은 친구를 사귐 4 - 고등학교 진로 고민 동반자</w:t>
      </w:r>
    </w:p>
    <w:p>
      <w:pPr>
        <w:spacing w:before="240" w:after="240"/>
        <w:ind w:firstLine="403"/>
        <w:jc w:val="both"/>
      </w:pPr>
      <w:r>
        <w:t>"계획들이 의논함으로 성취되나니 모략이 많은 자와 더불어 전쟁할지니라" - 잠언 20:18</w:t>
      </w:r>
    </w:p>
    <w:p>
      <w:pPr>
        <w:jc w:val="center"/>
      </w:pPr>
      <w:r>
        <w:t>---------------------------------------------------------------------</w:t>
      </w:r>
    </w:p>
    <w:p>
      <w:pPr>
        <w:spacing w:before="240" w:after="240"/>
        <w:ind w:firstLine="403"/>
        <w:jc w:val="both"/>
      </w:pPr>
      <w:r>
        <w:t xml:space="preserve">고등학교에 진학한 우리 아이가 진로에 대한 고민을 함께 나누고, 서로 격려하며 꿈을 향해 나아갈 수 있는 좋은 친구들을 만나게 해주시길 간구합니다. 사랑하는 하나님, 고등학교라는 인생의 중요한 시기에 우리 아이가 서 있습니다. 대학 진학과 진로에 대한 큰 결정들 앞에서 혼자가 아닌 함께 고민하고 격려해줄 수 있는 진실한 친구들을 보내주세요. 단순히 성적으로만 경쟁하는 관계가 아니라, 서로의 꿈과 비전을 응원하며 함께 성장할 수 있는 동반자들과 만나게 해주시길 원합니다. 입시 스트레스와 치열한 경쟁 속에서도 우리 아이가 친구들과 건전한 관계를 유지할 수 있도록 도와주세요. 서로 도우며 공부할 수 있는 스터디 그룹이나 동아리 활동을 통해 더욱 깊은 우정을 쌓아갈 수 있게 해주시고, 각자의 장점을 인정하며 서로에게서 배울 수 있는 겸손한 마음을 주세요. 하나님, 때로는 진로에 대한 고민으로 답답하고 막막할 때가 있겠지만, 친구들과 함께 이야기하며 서로 위로하고 격려할 수 있는 관계를 허락해주세요. 각자 다른 꿈과 목표를 가지고 있지만, 서로를 존중하고 응원하는 아름다운 우정을 만들어가게 해주시길 바랍니다. 또한 우리 아이가 잘못된 길로 빠지지 않도록 올바른 친구들의 영향을 받을 수 있게 해주세요. 술, 담배, 게임 중독 같은 유혹들로부터 서로를 지켜주고, 건전한 취미 활동이나 봉사 활동을 통해 더욱 의미 있는 고등학교 생활을 만들어갈 수 있게 인도해주세요. 가장 중요한 것은 우리 아이가 이 시기에 만나는 친구들과 함께 하나님을 더욱 깊이 알아가고, 서로의 신앙을 격려할 수 있는 관계가 되기를 간구합니다. 어려운 시기를 함께 기도로 극복하고, 하나님의 뜻 안에서 각자의 진로를 찾아갈 수 있는 믿음의 동반자들이 되게 해주세요. 하나님, 우리 아이의 고등학교 시절이 평생 간직할 수 있는 소중한 추억들과 진정한 친구들로 가득 채워지기를 간구합니다. 부모인 저희도 아이의 친구들을 따뜻하게 받아들이고, 때로는 인생의 선배로서 좋은 조언을 해줄 수 있는 지혜를 주세요. 예수님의 이름으로 기도드립니다. 아멘. </w:t>
      </w:r>
    </w:p>
    <w:p>
      <w:r>
        <w:rPr>
          <w:b/>
          <w:sz w:val="28"/>
          <w:u w:val="single"/>
        </w:rPr>
        <w:t>자녀 축복 기도문 좋은 친구를 사귐 5 - 대학생 평생 우정 기도</w:t>
      </w:r>
    </w:p>
    <w:p>
      <w:pPr>
        <w:spacing w:before="240" w:after="240"/>
        <w:ind w:firstLine="403"/>
        <w:jc w:val="both"/>
      </w:pPr>
      <w:r>
        <w:t>"친구는 모든 때에 사랑하나니 형제는 위급한 때를 위하여 났느니라" - 잠언 17:17</w:t>
      </w:r>
    </w:p>
    <w:p>
      <w:pPr>
        <w:spacing w:before="240" w:after="240"/>
        <w:ind w:firstLine="403"/>
        <w:jc w:val="both"/>
      </w:pPr>
      <w:r>
        <w:t>대학생이 된 우리 아이가 전국에서 모인 다양한 친구들과 만나 평생 이어질 수 있는 진정한 우정을 쌓아갈 수 있도록 기도합니다. 새로운 환경에서 서로를 이해하고 성장시켜주는 소중한 관계들을 허락해주시길 간구합니다. 전능하신 하나님, 대학교라는 새로운 무대에서 우리 아이가 전국 각지에서 온 다양한 배경의 친구들과 만나게 됩니다. 각자 다른 문화와 환경에서 자란 친구들이지만, 서로의 차이를 인정하고 존중하며 아름다운 우정을 쌓아갈 수 있게 해주세요. 편견 없이 열린 마음으로 다른 사람들을 받아들이고, 진정한 소통을 할 수 있는 지혜를 주시길 원합니다. 기숙사나 자취방에서 함께 생활하는 룸메이트들과도 좋은 관계를 맺을 수 있도록 도와주세요. 서로의 생활 패턴을 이해하고 배려하며, 때로는 갈등이 생기더라도 대화로 해결할 수 있는 성숙함을 주시길 바랍니다. 함께 생활하는 시간들이 서로에게 좋은 추억이 되고, 평생 연락하며 지낼 수 있는 소중한 관계가 되게 해주세요. 동아리나 학회 활동을 통해서도 같은 관심사를 가진 친구들과 깊은 우정을 나눌 수 있게 해주시고, 선후배 관계에서도 서로 존중하며 배움의 자세를 가질 수 있도록 인도해주세요. 학업뿐만 아니라 인생의 다양한 고민들을 함께 나누고, 서로를 격려하며 성장할 수 있는 동반자들을 허락해주시길 원합니다. 하나님, 대학생 시기에 잘못된 친구들의 영향으로 술이나 도박, 그릇된 연애 관계 등의 유혹에 빠지지 않도록 보호해주세요. 건전한 취미와 관심사를 가진 친구들과 함께 의미 있는 시간을 보내고, 서로의 꿈과 비전을 응원하며 정직하게 살아갈 수 있는 품성을 기를 수 있게 해주세요. 무엇보다 우리 아이가 대학 시절에 만나는 친구들과 함께 하나님의 사랑을 나누고, 서로의 신앙을 격려할 수 있기를 간구합니다. 어려운 시기에는 함께 기도하고, 기쁜 일이 있을 때는 함께 감사하며, 하나님 안에서 진정한 형제자매의 관계를 만들어갈 수 있게 해주세요. 하나님, 대학 4년이라는 소중한 시간 동안 우리 아이가 평생 간직할 수 있는 진정한 친구들을 만나게 해주시고, 그들과 함께 성장하며 하나님의 뜻을 이루어가는 삶을 살 수 있도록 축복해주세요. 부모인 저희도 아이의 친구들을 사랑으로 받아들이고, 필요할 때 도움을 줄 수 있는 마음을 주세요. 예수님의 이름으로 기도드립니다. 아멘.</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자녀 축복 기도문 좋은 친구를 사귐</dc:title>
  <dc:subject>기도문 모음</dc:subject>
  <dc:creator>대표 기도문 나눔터</dc:creator>
  <cp:keywords>자녀, 축복, 기도문, 좋은, 친구를, 사귐</cp:keywords>
  <dc:description>자녀 축복 기도문 좋은 친구를 사귐 - 더 많은 기도문은 https://prayer-church.co.kr/ 에서 확인하세요
웹사이트: https://prayer-church.co.kr/
콘텐츠 유형: 기도문
SEO 설명: 자녀 축복 기도문 좋은 친구를 사귐...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