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자녀의 결혼을 위한 기도문</w:t>
      </w:r>
    </w:p>
    <w:p/>
    <w:p>
      <w:pPr>
        <w:spacing w:before="240" w:after="240"/>
        <w:ind w:firstLine="403"/>
        <w:jc w:val="both"/>
      </w:pPr>
      <w:r>
        <w:t xml:space="preserve"> 자녀의 결혼을 위한 기도문</w:t>
      </w:r>
    </w:p>
    <w:p>
      <w:pPr>
        <w:jc w:val="center"/>
      </w:pPr>
      <w:r>
        <w:t>---------------------------------------------------------------------</w:t>
      </w:r>
    </w:p>
    <w:p>
      <w:pPr>
        <w:spacing w:before="240" w:after="240"/>
        <w:ind w:firstLine="403"/>
        <w:jc w:val="both"/>
      </w:pPr>
      <w:r>
        <w:t xml:space="preserve">자녀의 결혼을 위한 기도문은 부모의 마음을 하나님께 올려드리는 소중한 시간입니다. 자녀가 하나님의 뜻 안에서 좋은 배우자를 만나 행복한 결혼생활을 할 수 있도록 간절히 기도하는 것은 부모의 본분이자 특권입니다. 이 글에서는 성경적 원리에 기반한 기도문 예시들을 통해 자녀의 결혼을 위한 구체적인 기도 방법을 제시하고자 합니다. </w:t>
      </w:r>
    </w:p>
    <w:p>
      <w:r>
        <w:rPr>
          <w:b/>
          <w:sz w:val="28"/>
          <w:u w:val="single"/>
        </w:rPr>
        <w:t>자녀의 결혼을 위한 기도문 1: 하나님의 예비하심을 구하는 기도</w:t>
      </w:r>
    </w:p>
    <w:p>
      <w:pPr>
        <w:spacing w:before="240" w:after="240"/>
        <w:ind w:firstLine="403"/>
        <w:jc w:val="both"/>
      </w:pPr>
      <w:r>
        <w:t>"너는 마음을 다하여 여호와를 의뢰하고 네 명철을 의지하지 말라" (잠언 3:5)</w:t>
      </w:r>
    </w:p>
    <w:p>
      <w:pPr>
        <w:jc w:val="center"/>
      </w:pPr>
      <w:r>
        <w:t>---------------------------------------------------------------------</w:t>
      </w:r>
    </w:p>
    <w:p>
      <w:pPr>
        <w:spacing w:before="240" w:after="240"/>
        <w:ind w:firstLine="403"/>
        <w:jc w:val="both"/>
      </w:pPr>
      <w:r>
        <w:t xml:space="preserve">사랑하는 하나님 아버지, 오늘 저희 자녀의 결혼을 위해 기도하며 주님 앞에 나아옵니다. 주님께서 태초부터 모든 것을 예비하시고 계획하신 하나님이심을 믿습니다. 저희 자녀에게 하나님께서 예비하신 배우자를 만나게 해주시기를 간절히 구합니다. 세상의 기준이 아닌 하나님의 기준으로 서로를 사랑하며, 주님을 경외하는 마음으로 만날 수 있도록 인도해 주세요. 자녀가 배우자를 선택할 때 육신의 욕심이나 세상의 명예를 따르지 않고, 오직 하나님의 뜻을 분별할 수 있는 지혜를 주시기를 구합니다. 또한 저희 자녀 스스로도 하나님께서 기뻐하시는 배우자가 될 수 있도록 성품을 다듬어 주시기를 원합니다. 겸손하고 온유한 마음으로 상대방을 섬길 수 있는 사람이 되게 하시고, 하나님의 사랑을 실천하는 그리스도인으로 성장하게 해주세요. 두 사람이 만나기 전까지 각자의 자리에서 하나님의 뜻을 따라 거룩하게 살 수 있도록 보호하시고 인도하여 주시기를 구합니다. 주님, 저희 자녀의 결혼이 하나님의 영광을 드러내는 아름다운 관계가 되기를 소망합니다. 두 사람이 함께 주님을 섬기며 하나님 나라를 확장하는 소중한 사역자가 되게 하시고, 그들의 가정이 하나님의 사랑이 흘러가는 통로가 되기를 간절히 기도합니다. 예수님의 이름으로 기도드립니다. 아멘. </w:t>
      </w:r>
    </w:p>
    <w:p>
      <w:r>
        <w:rPr>
          <w:b/>
          <w:sz w:val="28"/>
          <w:u w:val="single"/>
        </w:rPr>
        <w:t>자녀의 결혼을 위한 기도문 2: 좋은 배우자를 만나게 하는 기도</w:t>
      </w:r>
    </w:p>
    <w:p>
      <w:pPr>
        <w:spacing w:before="240" w:after="240"/>
        <w:ind w:firstLine="403"/>
        <w:jc w:val="both"/>
      </w:pPr>
      <w:r>
        <w:t>"집과 재물은 조상에게서 상속하거니와 슬기로운 아내는 여호와께로서 말미암느니라" (잠언 19:14)</w:t>
      </w:r>
    </w:p>
    <w:p>
      <w:pPr>
        <w:jc w:val="center"/>
      </w:pPr>
      <w:r>
        <w:t>---------------------------------------------------------------------</w:t>
      </w:r>
    </w:p>
    <w:p>
      <w:pPr>
        <w:spacing w:before="240" w:after="240"/>
        <w:ind w:firstLine="403"/>
        <w:jc w:val="both"/>
      </w:pPr>
      <w:r>
        <w:t xml:space="preserve">전능하신 하나님, 저희 자녀를 위해 좋은 배우자를 예비해 주시는 주님께 감사드립니다. 주님께서 아담을 위해 하와를 지으시고 "사람이 혼자 있는 것이 좋지 않다"고 말씀하신 것처럼, 저희 자녀에게도 가장 적합한 동반자를 허락해 주시기를 구합니다. 저희 자녀가 만날 배우자가 무엇보다 하나님을 사랑하는 사람이 되기를 기도합니다. 말씀을 사랑하고 기도하는 삶을 소중히 여기며, 교회를 사랑하고 믿음의 공동체 안에서 함께 성장할 수 있는 사람이 되게 해주세요. 또한 인격적으로 성숙하여 서로를 이해하고 배려할 줄 아는 따뜻한 마음을 가진 사람이 되기를 원합니다. 두 사람이 만나는 과정도 하나님의 선한 뜻 안에서 이루어지기를 구합니다. 세상의 불건전한 만남의 방식이 아니라, 건전하고 아름다운 방법으로 서로를 알아가며 사랑을 키워갈 수 있도록 인도해 주세요. 연애 기간 동안 서로를 존중하고 순결을 지키며, 하나님이 기뻐하시는 관계를 만들어 가게 해주시기를 간절히 구합니다. 주님, 저희 자녀와 배우자가 서로의 부족함을 채워주고 장점을 더욱 발전시킬 수 있는 최고의 파트너가 되게 하시고, 평생을 함께 걸어가며 하나님의 사랑을 증거하는 아름다운 부부가 되기를 소망합니다. 예수님의 이름으로 기도드립니다. 아멘. </w:t>
      </w:r>
    </w:p>
    <w:p>
      <w:r>
        <w:rPr>
          <w:b/>
          <w:sz w:val="28"/>
          <w:u w:val="single"/>
        </w:rPr>
        <w:t>자녀의 결혼을 위한 기도문 3: 결혼 준비 과정을 위한 기도</w:t>
      </w:r>
    </w:p>
    <w:p>
      <w:pPr>
        <w:spacing w:before="240" w:after="240"/>
        <w:ind w:firstLine="403"/>
        <w:jc w:val="both"/>
      </w:pPr>
      <w:r>
        <w:t>"사랑하는 자들아 우리가 서로 사랑하자 사랑은 하나님께 속한 것이니 사랑하는 자마다 하나님으로부터 나서 하나님을 알고" (요한일서 4:7)</w:t>
      </w:r>
    </w:p>
    <w:p>
      <w:pPr>
        <w:jc w:val="center"/>
      </w:pPr>
      <w:r>
        <w:t>---------------------------------------------------------------------</w:t>
      </w:r>
    </w:p>
    <w:p>
      <w:pPr>
        <w:spacing w:before="240" w:after="240"/>
        <w:ind w:firstLine="403"/>
        <w:jc w:val="both"/>
      </w:pPr>
      <w:r>
        <w:t xml:space="preserve">사랑의 하나님, 저희 자녀가 결혼을 준비하는 이 소중한 시간을 주관해 주시기를 구합니다. 결혼은 단순한 개인적 선택이 아니라 하나님께서 세우신 거룩한 제도임을 깨닫게 하시고, 그 의미를 충분히 이해하며 준비할 수 있도록 도와주세요. 저희 자녀가 배우자와 함께 결혼 준비를 할 때 서로를 더욱 깊이 이해하고 사랑하게 되기를 원합니다. 결혼 상담을 통해 서로의 가치관과 성격을 파악하고, 앞으로의 결혼 생활에 필요한 지혜와 준비를 할 수 있도록 인도해 주세요. 또한 양가 부모님들과도 좋은 관계를 형성하여 두 가정이 하나 되는 아름다운 만남이 되게 해주시기를 구합니다. 결혼 준비 과정에서 발생할 수 있는 크고 작은 문제들을 지혜롭게 해결해 나갈 수 있는 능력을 주시기를 구합니다. 경제적인 부분부터 예식 준비, 신혼집 마련까지 모든 과정에서 하나님의 도우심이 함께하시기를 원합니다. 무엇보다 물질적인 준비보다 마음의 준비가 더 중요함을 깨닫게 하시고, 서로를 사랑하고 섬기는 마음을 더욱 견고히 해주세요. 주님, 저희 자녀의 결혼 준비 과정 전체가 하나님의 은혜와 축복 안에서 이루어지기를 간절히 기도합니다. 두 사람이 하나님 앞에서 서로에게 평생의 언약을 맺는 그 순간이 하나님께 영광이 되고, 모든 참석자들에게 감동과 축복이 되는 아름다운 예식이 되기를 소망합니다. 예수님의 이름으로 기도드립니다. 아멘. </w:t>
      </w:r>
    </w:p>
    <w:p>
      <w:r>
        <w:rPr>
          <w:b/>
          <w:sz w:val="28"/>
          <w:u w:val="single"/>
        </w:rPr>
        <w:t>자녀의 결혼을 위한 기도문 4: 행복한 결혼생활을 위한 기도</w:t>
      </w:r>
    </w:p>
    <w:p>
      <w:pPr>
        <w:spacing w:before="240" w:after="240"/>
        <w:ind w:firstLine="403"/>
        <w:jc w:val="both"/>
      </w:pPr>
      <w:r>
        <w:t>"그러므로 사람이 그의 부모를 떠나 그의 아내와 합하여 둘이 한 몸을 이룰지로다" (창세기 2:24)</w:t>
      </w:r>
    </w:p>
    <w:p>
      <w:pPr>
        <w:jc w:val="center"/>
      </w:pPr>
      <w:r>
        <w:t>---------------------------------------------------------------------</w:t>
      </w:r>
    </w:p>
    <w:p>
      <w:pPr>
        <w:spacing w:before="240" w:after="240"/>
        <w:ind w:firstLine="403"/>
        <w:jc w:val="both"/>
      </w:pPr>
      <w:r>
        <w:t xml:space="preserve">영원하신 하나님, 저희 자녀가 결혼한 후 행복하고 아름다운 가정을 이루어 가기를 간절히 기도합니다. 결혼은 시작일 뿐이며, 진정한 행복은 하나님의 사랑 안에서 평생을 함께 만들어가는 것임을 깨닫게 해주세요. 저희 자녀 부부가 서로를 존중하고 사랑하며, 어려움이 있을 때마다 서로를 격려하고 위로하는 든든한 동반자가 되기를 원합니다. 성격의 차이나 생각의 다름으로 갈등이 생길 때도 하나님의 지혜로 해결해 나가고, 서로의 부족함을 이해하며 용서하는 넓은 마음을 가지게 해주세요. 또한 두 사람이 함께 기도하고 말씀을 나누며 영적으로 성장하는 가정이 되기를 구합니다. 하나님께서 허락하신다면 건강하고 아름다운 자녀들도 주시기를 구합니다. 다음 세대를 하나님의 말씀으로 양육하며, 믿음의 유산을 전수하는 경건한 가정이 되게 해주세요. 물질적인 축복도 필요한 만큼 주시되, 무엇보다 하나님을 의지하고 감사하는 마음으로 살아가게 하시고, 어려운 이웃을 돌아보며 나누는 삶을 살 수 있도록 인도해 주시기를 구합니다. 주님, 저희 자녀의 가정이 하나님의 사랑이 흘러가는 통로가 되고, 주변 사람들에게 그리스도의 향기를 전하는 아름다운 공동체가 되기를 소망합니다. 그들의 결혼생활을 통해 하나님의 영광이 드러나고, 많은 사람들이 하나님의 사랑을 경험할 수 있기를 간절히 기도합니다. 예수님의 이름으로 기도드립니다. 아멘. </w:t>
      </w:r>
    </w:p>
    <w:p>
      <w:r>
        <w:rPr>
          <w:b/>
          <w:sz w:val="28"/>
          <w:u w:val="single"/>
        </w:rPr>
        <w:t>자녀의 결혼을 위한 기도문 5: 부모의 마음을 담은 축복 기도</w:t>
      </w:r>
    </w:p>
    <w:p>
      <w:pPr>
        <w:spacing w:before="240" w:after="240"/>
        <w:ind w:firstLine="403"/>
        <w:jc w:val="both"/>
      </w:pPr>
      <w:r>
        <w:t>"자녀들아 주 안에서 너희 부모에게 순종하라 이것이 옳으니라" (에베소서 6:1)</w:t>
      </w:r>
    </w:p>
    <w:p>
      <w:pPr>
        <w:spacing w:before="240" w:after="240"/>
        <w:ind w:firstLine="403"/>
        <w:jc w:val="both"/>
      </w:pPr>
      <w:r>
        <w:t>사랑의 하나님, 저희가 소중히 키운 자녀가 이제 새로운 인생의 장을 열어가는 이 시점에 감사와 축복의 기도를 드립니다. 자녀를 세상에 태어나게 하시고 지금까지 건강하게 자라게 해주신 하나님의 은혜에 감사드립니다. 저희 자녀가 앞으로 만날 배우자와 함께 하나님의 뜻 안에서 아름다운 사랑을 이루어가기를 축복합니다. 두 사람이 서로를 소중히 여기고 평생을 함께 걸어가는 진정한 동반자가 되기를 원합니다. 또한 저희 부모의 마음을 이해하고 효도하는 자녀가 되어주기를 구하며, 새로운 가족이 될 사위나 며느리와도 아름다운 관계를 맺을 수 있게 해주세요. 자녀가 결혼 후에도 하나님을 경외하며 말씀대로 살아가는 신실한 그리스도인이 되기를 간절히 기도합니다. 세상의 유혹과 어려움 속에서도 믿음을 지키고, 하나님의 사랑을 실천하며 살아가는 아름다운 가정을 이루어가기를 축복합니다. 그들의 후손들도 대대로 하나님을 섬기며 복을 받는 가문이 되기를 소망합니다. 주님, 부모로서 자녀를 위해 할 수 있는 가장 큰 일은 기도하는 것임을 깨닫습니다. 앞으로도 계속해서 자녀 부부를 위해 기도하며, 그들의 행복한 결혼생활을 응원하는 부모가 되게 해주세요. 하나님의 놀라운 계획과 축복이 저희 자녀의 결혼을 통해 이루어지기를 간절히 기도합니다. 더 많은 기도와 은혜의 말씀을 원하시는 분들은 [사랑교회 설교 말씀](https://www.sarang.org/tv/sermon.asp?sflag=sunposi)을 통해 더욱 풍성한 영적 양식을 받으시기 바랍니다. 예수님의 이름으로 기도드립니다. 아멘.</w:t>
      </w:r>
    </w:p>
    <w:p/>
    <w:p>
      <w:pPr>
        <w:spacing w:line="400" w:lineRule="exact"/>
        <w:jc w:val="center"/>
      </w:pPr>
      <w:r>
        <w:rPr>
          <w:b/>
          <w:sz w:val="28"/>
        </w:rPr>
        <w:t>더 많은 기도문 보러가기:</w:t>
      </w:r>
      <w:r>
        <w:br/>
      </w:r>
      <w:r>
        <w:rPr>
          <w:b/>
          <w:sz w:val="28"/>
        </w:rPr>
        <w:t xml:space="preserve">[대표 기도문 나눔터] </w:t>
      </w:r>
      <w:r>
        <w:rPr>
          <w:b/>
          <w:sz w:val="28"/>
        </w:rPr>
      </w:r>
      <w:hyperlink r:id="rId9">
        <w:r>
          <w:rPr>
            <w:b/>
            <w:sz w:val="28"/>
            <w:color w:val="0000FF"/>
            <w:u w:val="single"/>
          </w:rPr>
          <w:t>https://prayer-church.co.kr/</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rayer-church.co.k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자녀의 결혼을 위한 기도문</dc:title>
  <dc:subject>기도문 모음</dc:subject>
  <dc:creator>대표 기도문 나눔터</dc:creator>
  <cp:keywords>자녀의, 결혼을, 위한, 기도문</cp:keywords>
  <dc:description>자녀의 결혼을 위한 기도문 - 더 많은 기도문은 https://prayer-church.co.kr/ 에서 확인하세요
웹사이트: https://prayer-church.co.kr/
콘텐츠 유형: 기도문
SEO 설명: 자녀의 결혼을 위한 기도문... - 대표 기도문 나눔터에서 제공하는 기도문 모음</dc:description>
  <cp:lastModifiedBy/>
  <cp:revision>1</cp:revision>
  <dcterms:created xsi:type="dcterms:W3CDTF">2013-12-23T23:15:00Z</dcterms:created>
  <dcterms:modified xsi:type="dcterms:W3CDTF">2013-12-23T23:15:00Z</dcterms:modified>
  <cp:category>종교/신앙</cp:category>
  <cp:contentStatus>최종</cp:contentStatus>
</cp:coreProperties>
</file>