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자신을 위한 기도문 모음</w:t>
      </w:r>
    </w:p>
    <w:p/>
    <w:p>
      <w:pPr>
        <w:spacing w:before="240" w:after="240"/>
        <w:ind w:firstLine="403"/>
        <w:jc w:val="both"/>
      </w:pPr>
      <w:r>
        <w:t xml:space="preserve"> 자신을 위한 기도문 모음</w:t>
      </w:r>
    </w:p>
    <w:p>
      <w:pPr>
        <w:jc w:val="center"/>
      </w:pPr>
      <w:r>
        <w:t>---------------------------------------------------------------------</w:t>
      </w:r>
    </w:p>
    <w:p>
      <w:pPr>
        <w:spacing w:before="240" w:after="240"/>
        <w:ind w:firstLine="403"/>
        <w:jc w:val="both"/>
      </w:pPr>
      <w:r>
        <w:t xml:space="preserve">자신을 위한 기도문 모음은 우리가 하나님과 더 깊이 교제하며 영적 성장을 이루는 데 도움을 주는 소중한 도구입니다. 때로는 마음속 깊은 곳에 있는 생각과 감정을 어떻게 하나님께 표현해야 할지 막막할 때가 있습니다. 이런 순간에 성경 말씀에 기반한 기도문들이 우리의 마음을 하나님께 올바르게 향하도록 인도해줍니다. </w:t>
      </w:r>
    </w:p>
    <w:p>
      <w:r>
        <w:rPr>
          <w:b/>
          <w:sz w:val="28"/>
          <w:u w:val="single"/>
        </w:rPr>
        <w:t>자신을 위한 기도문 모음 (1) - 회개와 용서를 구하는 기도</w:t>
      </w:r>
    </w:p>
    <w:p>
      <w:pPr>
        <w:spacing w:before="240" w:after="240"/>
        <w:ind w:firstLine="403"/>
        <w:jc w:val="both"/>
      </w:pPr>
      <w:r>
        <w:t>"만일 우리가 우리 죄를 자백하면 그는 미쁘시고 의로우사 우리 죄를 사하시며 우리를 모든 불의에서 깨끗하게 하실 것이요" (요한일서 1:9)</w:t>
      </w:r>
    </w:p>
    <w:p>
      <w:pPr>
        <w:jc w:val="center"/>
      </w:pPr>
      <w:r>
        <w:t>---------------------------------------------------------------------</w:t>
      </w:r>
    </w:p>
    <w:p>
      <w:pPr>
        <w:spacing w:before="240" w:after="240"/>
        <w:ind w:firstLine="403"/>
        <w:jc w:val="both"/>
      </w:pPr>
      <w:r>
        <w:t xml:space="preserve">하나님 앞에서 자신의 죄를 솔직하게 고백하는 것은 신앙생활의 첫걸음입니다. 이 기도문은 우리가 범한 죄에 대해 진심으로 뉘우치며, 하나님의 용서와 새로운 출발을 간구하는 마음을 담고 있습니다. 사랑하는 하나님 아버지, 오늘 이 시간 주님 앞에 나아와 제 마음을 드립니다. 주님의 거룩함 앞에서 제 자신을 돌아보니, 너무나 많은 부족함과 죄악이 있음을 고백하지 않을 수 없습니다. 말로는 주님을 사랑한다고 하면서도 실제 생활에서는 주님의 뜻보다 제 욕심을 앞세웠습니다. 이웃에게 사랑을 보여야 할 때 무관심했고, 용서해야 할 때 미움을 품었습니다. 감사해야 할 상황에서 불평했고, 겸손해야 할 때 교만했습니다. 주님이 주신 달란트를 올바르게 사용하지 못했고, 때로는 주님보다 세상의 것들을 더 사랑했습니다. 하나님, 이 모든 죄악을 주님의 십자가 보혈로 깨끗하게 씻어주시옵소서. 주님의 은혜로 용서받은 자로서 새로운 마음과 정신으로 살아가게 하소서. 과거의 죄에 얽매이지 않고, 주님이 주시는 새로운 날들을 감사함으로 맞이하게 하소서. 앞으로는 주님의 뜻에 순종하며, 하나님을 기쁘시게 하는 삶을 살아가도록 도와주소서. 성령님께서 제 마음을 인도하셔서, 죄를 멀리하고 의로운 길을 걷게 하소서. 주님의 사랑 안에서 참된 자유와 평안을 누리며, 하나님의 영광을 드러내는 삶이 되게 하소서. 예수님의 이름으로 기도드립니다. 아멘. </w:t>
      </w:r>
    </w:p>
    <w:p>
      <w:r>
        <w:rPr>
          <w:b/>
          <w:sz w:val="28"/>
          <w:u w:val="single"/>
        </w:rPr>
        <w:t>자신을 위한 기도문 모음 (2) - 지혜와 인도를 구하는 기도</w:t>
      </w:r>
    </w:p>
    <w:p>
      <w:pPr>
        <w:spacing w:before="240" w:after="240"/>
        <w:ind w:firstLine="403"/>
        <w:jc w:val="both"/>
      </w:pPr>
      <w:r>
        <w:t>"너희 중에 누구든지 지혜가 부족하거든 모든 사람에게 후히 주시고 꾸짖지 아니하시는 하나님께 구하라 그리하면 주시리라" (야고보서 1:5)</w:t>
      </w:r>
    </w:p>
    <w:p>
      <w:pPr>
        <w:jc w:val="center"/>
      </w:pPr>
      <w:r>
        <w:t>---------------------------------------------------------------------</w:t>
      </w:r>
    </w:p>
    <w:p>
      <w:pPr>
        <w:spacing w:before="240" w:after="240"/>
        <w:ind w:firstLine="403"/>
        <w:jc w:val="both"/>
      </w:pPr>
      <w:r>
        <w:t xml:space="preserve">인생의 중요한 결정을 앞두고 있을 때, 어떤 길을 선택해야 할지 고민될 때 하나님의 지혜를 구하는 기도입니다. 우리의 제한된 지식과 경험으로는 해결할 수 없는 문제들 앞에서 하나님의 인도하심을 간절히 구하는 마음을 담았습니다. 전능하신 하나님, 모든 지혜와 지식의 근원이신 주님께 나아갑니다. 제가 마주한 현실 앞에서 어떤 결정을 내려야 할지, 어떤 길을 걸어야 할지 혼란스럽습니다. 제 자신의 생각과 판단만으로는 올바른 선택을 하기 어려움을 깨닫습니다. 직장에서의 중요한 결정, 인간관계에서의 어려움, 미래에 대한 불안함 등 수많은 고민들이 제 마음을 무겁게 합니다. 때로는 앞이 보이지 않는 캄캄한 터널 속을 걷는 것 같아 두렵고 외롭습니다. 하지만 주님께서 항상 저와 함께하시며, 제 발걸음을 인도해주신다는 믿음을 놓지 않습니다. 하나님, 제게 하늘의 지혜를 주시옵소서. 세상의 지혜가 아닌 주님께서 주시는 참된 지혜로 판단하고 결정할 수 있게 하소서. 제 마음의 문을 열어 성령님의 음성을 들을 수 있게 하시고, 주님의 뜻이 무엇인지 깨달을 수 있게 하소서. 매일의 삶 속에서 주님의 말씀을 따라 살아가는 지혜를 주시고, 어려운 상황에서도 주님을 신뢰하며 인내할 수 있는 힘을 주소서. 제가 선택한 길이 하나님의 뜻에 합당한 것이 되도록 인도해주시고, 그 길을 걸어가는 동안 주님의 평안과 기쁨이 함께하게 하소서. 주 예수 그리스도의 이름으로 기도합니다. 아멘. </w:t>
      </w:r>
    </w:p>
    <w:p>
      <w:r>
        <w:rPr>
          <w:b/>
          <w:sz w:val="28"/>
          <w:u w:val="single"/>
        </w:rPr>
        <w:t>자신을 위한 기도문 모음 (3) - 감사와 찬양의 기도</w:t>
      </w:r>
    </w:p>
    <w:p>
      <w:pPr>
        <w:spacing w:before="240" w:after="240"/>
        <w:ind w:firstLine="403"/>
        <w:jc w:val="both"/>
      </w:pPr>
      <w:r>
        <w:t>"범사에 감사하라 이것이 그리스도 예수 안에서 너희를 향하신 하나님의 뜻이니라" (데살로니가전서 5:18)</w:t>
      </w:r>
    </w:p>
    <w:p>
      <w:pPr>
        <w:jc w:val="center"/>
      </w:pPr>
      <w:r>
        <w:t>---------------------------------------------------------------------</w:t>
      </w:r>
    </w:p>
    <w:p>
      <w:pPr>
        <w:spacing w:before="240" w:after="240"/>
        <w:ind w:firstLine="403"/>
        <w:jc w:val="both"/>
      </w:pPr>
      <w:r>
        <w:t xml:space="preserve">우리가 받은 하나님의 은혜와 축복을 되돌아보며 감사하는 마음을 표현하는 기도입니다. 일상 속에서 당연하게 여기던 것들이 사실은 하나님의 크신 사랑과 은혜라는 것을 깨달으며, 진심으로 감사드리는 기도문입니다. 은혜로우신 하나님, 오늘도 주님의 사랑과 축복 가운데 살아가게 하심을 감사드립니다. 제가 숨 쉬는 이 순간도, 건강한 몸으로 활동할 수 있는 것도, 모든 것이 주님의 은혜임을 고백합니다. 때로는 너무 당연하게 여기며 지나쳤던 일상의 소중함을 이제야 깨닫습니다. 가족들의 건강과 안전을 지켜주시고, 따뜻한 사랑으로 서로를 돌볼 수 있게 하심을 감사합니다. 어려운 시기에도 우리 가정에 평안과 화목을 주시고, 서로를 격려하며 살아갈 수 있게 하심을 감사합니다. 또한 믿음의 형제자매들과 함께 예배드리며 교제할 수 있는 기회를 주심도 감사합니다. 하나님께서 제게 주신 달란트와 능력, 그리고 일할 수 있는 기회들을 감사합니다. 비록 완벽하지 않은 모습이지만, 주님께서는 저를 사용하셔서 주변 사람들에게 도움이 되고 위로가 되는 일들을 할 수 있게 하셨습니다. 이 모든 것이 제 능력이 아닌 주님의 은혜임을 고백합니다. 무엇보다도 예수님을 구세주로 영접하게 하셔서 구원의 확신을 주시고, 하나님의 자녀로 살아갈 수 있게 하심을 감사합니다. 이 땅에서의 삶이 끝나면 주님이 예비하신 천국에서 영원히 살 수 있다는 소망을 주심을 감사합니다. 앞으로도 감사하는 마음을 잃지 않고, 주님의 은혜를 기억하며 살아가게 하소서. 감사할 일이 많을 때나 어려움이 닥칠 때나, 항상 주님의 사랑을 의지하며 감사의 제목을 찾을 수 있게 하소서. 예수님의 이름으로 감사하며 기도드립니다. 아멘. </w:t>
      </w:r>
    </w:p>
    <w:p>
      <w:r>
        <w:rPr>
          <w:b/>
          <w:sz w:val="28"/>
          <w:u w:val="single"/>
        </w:rPr>
        <w:t>자신을 위한 기도문 모음 (4) - 치유와 회복을 위한 기도</w:t>
      </w:r>
    </w:p>
    <w:p>
      <w:pPr>
        <w:spacing w:before="240" w:after="240"/>
        <w:ind w:firstLine="403"/>
        <w:jc w:val="both"/>
      </w:pPr>
      <w:r>
        <w:t>"그가 찔림은 우리의 허물 때문이요 그가 상함은 우리의 죄악 때문이라 그가 징계를 받으므로 우리는 평화를 누리고 그가 채찍에 맞으므로 우리는 나음을 받았도다" (이사야 53:5)</w:t>
      </w:r>
    </w:p>
    <w:p>
      <w:pPr>
        <w:jc w:val="center"/>
      </w:pPr>
      <w:r>
        <w:t>---------------------------------------------------------------------</w:t>
      </w:r>
    </w:p>
    <w:p>
      <w:pPr>
        <w:spacing w:before="240" w:after="240"/>
        <w:ind w:firstLine="403"/>
        <w:jc w:val="both"/>
      </w:pPr>
      <w:r>
        <w:t xml:space="preserve">몸과 마음의 상처와 아픔을 치유해주시기를 간구하는 기도입니다. 질병과 고통뿐만 아니라 마음의 상처, 인간관계의 어려움, 트라우마 등 모든 형태의 아픔에서 하나님의 치유하심을 구하는 기도문입니다. 치유하시는 하나님, 모든 질병과 상처를 고치시는 주님께 나아갑니다. 지금 제가 겪고 있는 몸과 마음의 아픔을 주님께서 아시고 계시며, 저보다 더 안타까워하고 계심을 믿습니다. 때로는 견디기 어려운 고통 속에서도 주님의 사랑을 의지하며 버텨왔습니다. 몸의 질병으로 인한 고통뿐만 아니라, 마음 깊은 곳에 자리한 상처들도 주님께서 치유해주시옵소서. 과거의 실패와 후회로 인한 아픔, 사람들과의 관계에서 받은 상처, 용서하지 못해 마음에 품고 있는 미움과 원망들을 모두 주님께 맡겨드립니다. 하나님, 주님의 능력으로 제 몸의 모든 아픈 부분들을 회복시켜주시옵소서. 의사들이 포기한 질병이라 할지라도, 주님께는 불가능한 일이 없음을 믿습니다. 주님의 치유의 손길이 제 몸 위에 임하셔서, 건강을 회복하게 하시고 다시 힘차게 살아갈 수 있게 하소서. 마음의 상처들도 주님의 사랑으로 치유해주시옵소서. 절망과 좌절감 대신 희망과 기쁨을 주시고, 두려움과 불안 대신 평안과 안정을 주소서. 과거의 아픔에 얽매이지 않고, 주님이 주시는 새로운 시작을 맞이할 수 있게 하소서. 이 모든 고통과 시련을 통해서도 주님의 뜻을 이루시고, 저를 더욱 성숙한 믿음의 사람으로 만들어주시옵소서. 치유의 과정에서 주님의 사랑을 더욱 깊이 체험하게 하시고, 같은 아픔을 겪는 사람들을 위로하고 격려할 수 있는 사람이 되게 하소서. 예수님의 이름으로 기도드립니다. 아멘. </w:t>
      </w:r>
    </w:p>
    <w:p>
      <w:r>
        <w:rPr>
          <w:b/>
          <w:sz w:val="28"/>
          <w:u w:val="single"/>
        </w:rPr>
        <w:t>자신을 위한 기도문 모음 (5) - 미래와 소망을 위한 기도</w:t>
      </w:r>
    </w:p>
    <w:p>
      <w:pPr>
        <w:spacing w:before="240" w:after="240"/>
        <w:ind w:firstLine="403"/>
        <w:jc w:val="both"/>
      </w:pPr>
      <w:r>
        <w:t>"여호와의 말씀이니라 너희를 향한 나의 생각을 내가 아나니 평안이요 재앙이 아니니라 너희에게 미래와 희망을 주는 것이니라" (예레미야 29:11)</w:t>
      </w:r>
    </w:p>
    <w:p>
      <w:pPr>
        <w:spacing w:before="240" w:after="240"/>
        <w:ind w:firstLine="403"/>
        <w:jc w:val="both"/>
      </w:pPr>
      <w:r>
        <w:t>불확실한 미래에 대한 두려움을 이겨내고, 하나님께서 예비하신 좋은 계획을 믿으며 소망을 품고 살아갈 수 있도록 간구하는 기도입니다. 변화하는 세상 속에서도 변하지 않는 하나님의 사랑과 약속을 의지하는 마음을 담았습니다. 미래를 주관하시는 하나님, 앞으로 다가올 날들에 대한 불안과 걱정으로 마음이 무거워질 때가 있습니다. 세상의 변화는 너무나 빠르고, 예측할 수 없는 일들이 너무나 많습니다. 하지만 주님께서는 시작과 끝을 아시는 분이시며, 저의 모든 날들을 계획하고 계심을 믿습니다. 때로는 제가 세운 계획들이 무너지고, 꿈꾸던 일들이 이루어지지 않을 때 실망하고 좌절했습니다. 하지만 주님의 계획은 제 계획보다 더 좋은 것이며, 주님의 때가 가장 완벽한 때라는 것을 깨달았습니다. 제 한계된 시각으로는 이해할 수 없는 일들도 주님의 큰 그림 안에서는 모두 의미가 있음을 믿습니다. 하나님, 앞으로의 삶에서 주님의 뜻을 분별하며 살아갈 수 있게 하소서. 세상의 가치관에 흔들리지 않고, 주님의 말씀을 기준으로 삶의 방향을 정할 수 있게 하소서. 어려운 시기가 와도 주님을 신뢰하며, 그 속에서도 하나님의 선하신 뜻을 발견할 수 있게 하소서. 제가 하는 일들이 하나님의 영광을 드러내고, 많은 사람들에게 유익이 되는 일들이 되게 하소서. 개인적인 성공보다는 주님의 나라와 의를 먼저 구하는 마음을 주시고, 그 안에서 참된 기쁨과 만족을 찾을 수 있게 하소서. 무엇보다도 주님과의 관계가 날마다 더욱 깊어지고, 주님을 닮아가는 삶을 살 수 있게 하소서. 이 땅에서의 삶이 끝날 때까지 주님의 사랑 안에서 소망을 잃지 않고, 다른 사람들에게도 희망을 전하는 삶이 되게 하소서. 예수님의 이름으로 기도드립니다. 아멘. 이러한 기도문들은 우리가 하나님과의 개인적인 교제 시간을 더욱 풍성하게 만들어줍니다. 각자의 상황과 필요에 따라 이 기도문들을 참고하여 자신만의 기도를 드려보시기 바랍니다.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자신을 위한 기도문 모음</dc:title>
  <dc:subject>기도문 모음</dc:subject>
  <dc:creator>대표 기도문 나눔터</dc:creator>
  <cp:keywords>자신을, 위한, 기도문, 모음</cp:keywords>
  <dc:description>자신을 위한 기도문 모음 - 더 많은 기도문은 https://prayer-church.co.kr/ 에서 확인하세요
웹사이트: https://prayer-church.co.kr/
콘텐츠 유형: 기도문
SEO 설명: 자신을 위한 기도문 모음...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